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09198" w14:textId="77777777" w:rsidR="00581A7E" w:rsidRDefault="00581A7E">
      <w:pPr>
        <w:jc w:val="center"/>
        <w:rPr>
          <w:rFonts w:cs="Arial"/>
          <w:b/>
          <w:sz w:val="22"/>
          <w:lang w:val="mn-MN"/>
        </w:rPr>
      </w:pPr>
    </w:p>
    <w:p w14:paraId="47847972" w14:textId="77777777" w:rsidR="009B1C1E" w:rsidRPr="00204F2E" w:rsidRDefault="009B1C1E">
      <w:pPr>
        <w:jc w:val="center"/>
        <w:rPr>
          <w:rFonts w:cs="Arial"/>
          <w:b/>
          <w:sz w:val="22"/>
          <w:lang w:val="mn-MN"/>
        </w:rPr>
      </w:pPr>
    </w:p>
    <w:p w14:paraId="20D29BC1" w14:textId="54CABC8D" w:rsidR="000B7D44" w:rsidRPr="009B1C1E" w:rsidRDefault="00C00878">
      <w:pPr>
        <w:jc w:val="center"/>
        <w:rPr>
          <w:rFonts w:cs="Arial"/>
          <w:b/>
          <w:color w:val="365F91" w:themeColor="accent1" w:themeShade="BF"/>
          <w:sz w:val="32"/>
          <w:szCs w:val="32"/>
          <w:lang w:val="mn-MN"/>
        </w:rPr>
      </w:pPr>
      <w:r w:rsidRPr="009B1C1E">
        <w:rPr>
          <w:rFonts w:cs="Arial"/>
          <w:b/>
          <w:color w:val="365F91" w:themeColor="accent1" w:themeShade="BF"/>
          <w:sz w:val="32"/>
          <w:szCs w:val="32"/>
          <w:lang w:val="mn-MN"/>
        </w:rPr>
        <w:t>ӨДӨР ТУТМЫН АМЬДРАЛД ХЭРЭГЛЭ</w:t>
      </w:r>
      <w:r w:rsidR="000B7D44" w:rsidRPr="009B1C1E">
        <w:rPr>
          <w:rFonts w:cs="Arial"/>
          <w:b/>
          <w:color w:val="365F91" w:themeColor="accent1" w:themeShade="BF"/>
          <w:sz w:val="32"/>
          <w:szCs w:val="32"/>
          <w:lang w:val="mn-MN"/>
        </w:rPr>
        <w:t>ГДЭХ</w:t>
      </w:r>
      <w:r w:rsidRPr="009B1C1E">
        <w:rPr>
          <w:rFonts w:cs="Arial"/>
          <w:b/>
          <w:color w:val="365F91" w:themeColor="accent1" w:themeShade="BF"/>
          <w:sz w:val="32"/>
          <w:szCs w:val="32"/>
          <w:lang w:val="mn-MN"/>
        </w:rPr>
        <w:t xml:space="preserve"> </w:t>
      </w:r>
      <w:r w:rsidR="0013350D" w:rsidRPr="009B1C1E">
        <w:rPr>
          <w:rFonts w:cs="Arial"/>
          <w:b/>
          <w:color w:val="365F91" w:themeColor="accent1" w:themeShade="BF"/>
          <w:sz w:val="32"/>
          <w:szCs w:val="32"/>
          <w:lang w:val="mn-MN"/>
        </w:rPr>
        <w:t>ЦАХИМ</w:t>
      </w:r>
      <w:r w:rsidRPr="009B1C1E">
        <w:rPr>
          <w:rFonts w:cs="Arial"/>
          <w:b/>
          <w:color w:val="365F91" w:themeColor="accent1" w:themeShade="BF"/>
          <w:sz w:val="32"/>
          <w:szCs w:val="32"/>
          <w:lang w:val="mn-MN"/>
        </w:rPr>
        <w:t xml:space="preserve"> УР ЧАДВАР</w:t>
      </w:r>
      <w:r w:rsidRPr="009B1C1E">
        <w:rPr>
          <w:rFonts w:cs="Arial"/>
          <w:b/>
          <w:color w:val="365F91" w:themeColor="accent1" w:themeShade="BF"/>
          <w:sz w:val="32"/>
          <w:szCs w:val="32"/>
          <w:lang w:val="mn-MN"/>
        </w:rPr>
        <w:br/>
      </w:r>
    </w:p>
    <w:p w14:paraId="0F9B1207" w14:textId="77777777" w:rsidR="000B7D44" w:rsidRPr="009B1C1E" w:rsidRDefault="000B7D44">
      <w:pPr>
        <w:jc w:val="center"/>
        <w:rPr>
          <w:rFonts w:cs="Arial"/>
          <w:b/>
          <w:color w:val="365F91" w:themeColor="accent1" w:themeShade="BF"/>
          <w:sz w:val="32"/>
          <w:szCs w:val="32"/>
          <w:lang w:val="mn-MN"/>
        </w:rPr>
      </w:pPr>
    </w:p>
    <w:p w14:paraId="38BA6F85" w14:textId="4AADFBA0" w:rsidR="008263D6" w:rsidRPr="009B1C1E" w:rsidRDefault="00C00878">
      <w:pPr>
        <w:jc w:val="center"/>
        <w:rPr>
          <w:rFonts w:cs="Arial"/>
          <w:color w:val="365F91" w:themeColor="accent1" w:themeShade="BF"/>
          <w:sz w:val="32"/>
          <w:szCs w:val="32"/>
          <w:lang w:val="mn-MN"/>
        </w:rPr>
      </w:pPr>
      <w:r w:rsidRPr="009B1C1E">
        <w:rPr>
          <w:rFonts w:cs="Arial"/>
          <w:b/>
          <w:color w:val="365F91" w:themeColor="accent1" w:themeShade="BF"/>
          <w:sz w:val="32"/>
          <w:szCs w:val="32"/>
          <w:lang w:val="mn-MN"/>
        </w:rPr>
        <w:t>Суралцагчийн гарын авлага</w:t>
      </w:r>
    </w:p>
    <w:p w14:paraId="50B81975" w14:textId="4CCE1B9F" w:rsidR="008263D6" w:rsidRPr="009B1C1E" w:rsidRDefault="008263D6">
      <w:pPr>
        <w:rPr>
          <w:rFonts w:cs="Arial"/>
          <w:color w:val="365F91" w:themeColor="accent1" w:themeShade="BF"/>
          <w:sz w:val="32"/>
          <w:szCs w:val="32"/>
          <w:lang w:val="mn-MN"/>
        </w:rPr>
      </w:pPr>
    </w:p>
    <w:p w14:paraId="04B07F97" w14:textId="77777777" w:rsidR="0013350D" w:rsidRPr="00204F2E" w:rsidRDefault="0013350D">
      <w:pPr>
        <w:rPr>
          <w:rFonts w:cs="Arial"/>
          <w:sz w:val="22"/>
          <w:lang w:val="mn-MN"/>
        </w:rPr>
      </w:pPr>
    </w:p>
    <w:p w14:paraId="706224B5" w14:textId="77777777" w:rsidR="0013350D" w:rsidRDefault="0013350D" w:rsidP="009B1C1E">
      <w:pPr>
        <w:jc w:val="center"/>
        <w:rPr>
          <w:rFonts w:cs="Arial"/>
          <w:color w:val="365F91" w:themeColor="accent1" w:themeShade="BF"/>
          <w:sz w:val="32"/>
          <w:szCs w:val="32"/>
          <w:lang w:val="mn-MN"/>
        </w:rPr>
      </w:pPr>
    </w:p>
    <w:p w14:paraId="69738398" w14:textId="77777777" w:rsidR="009B1C1E" w:rsidRDefault="009B1C1E" w:rsidP="009B1C1E">
      <w:pPr>
        <w:jc w:val="center"/>
        <w:rPr>
          <w:rFonts w:cs="Arial"/>
          <w:color w:val="365F91" w:themeColor="accent1" w:themeShade="BF"/>
          <w:sz w:val="32"/>
          <w:szCs w:val="32"/>
          <w:lang w:val="mn-MN"/>
        </w:rPr>
      </w:pPr>
    </w:p>
    <w:p w14:paraId="16F827F2" w14:textId="77777777" w:rsidR="009B1C1E" w:rsidRDefault="009B1C1E" w:rsidP="009B1C1E">
      <w:pPr>
        <w:jc w:val="center"/>
        <w:rPr>
          <w:rFonts w:cs="Arial"/>
          <w:color w:val="365F91" w:themeColor="accent1" w:themeShade="BF"/>
          <w:sz w:val="32"/>
          <w:szCs w:val="32"/>
          <w:lang w:val="mn-MN"/>
        </w:rPr>
      </w:pPr>
    </w:p>
    <w:p w14:paraId="1650F217" w14:textId="77777777" w:rsidR="009B1C1E" w:rsidRDefault="009B1C1E" w:rsidP="009B1C1E">
      <w:pPr>
        <w:jc w:val="center"/>
        <w:rPr>
          <w:rFonts w:cs="Arial"/>
          <w:color w:val="365F91" w:themeColor="accent1" w:themeShade="BF"/>
          <w:sz w:val="32"/>
          <w:szCs w:val="32"/>
          <w:lang w:val="mn-MN"/>
        </w:rPr>
      </w:pPr>
    </w:p>
    <w:p w14:paraId="2DDC97BD" w14:textId="77777777" w:rsidR="009B1C1E" w:rsidRDefault="009B1C1E" w:rsidP="009B1C1E">
      <w:pPr>
        <w:jc w:val="center"/>
        <w:rPr>
          <w:rFonts w:cs="Arial"/>
          <w:color w:val="365F91" w:themeColor="accent1" w:themeShade="BF"/>
          <w:sz w:val="32"/>
          <w:szCs w:val="32"/>
          <w:lang w:val="mn-MN"/>
        </w:rPr>
      </w:pPr>
    </w:p>
    <w:p w14:paraId="1B19D8E2" w14:textId="77777777" w:rsidR="009B1C1E" w:rsidRPr="009B1C1E" w:rsidRDefault="009B1C1E" w:rsidP="009B1C1E">
      <w:pPr>
        <w:jc w:val="center"/>
        <w:rPr>
          <w:rFonts w:cs="Arial"/>
          <w:color w:val="365F91" w:themeColor="accent1" w:themeShade="BF"/>
          <w:sz w:val="32"/>
          <w:szCs w:val="32"/>
          <w:lang w:val="mn-MN"/>
        </w:rPr>
      </w:pPr>
    </w:p>
    <w:p w14:paraId="30896456" w14:textId="77777777" w:rsidR="009B1C1E" w:rsidRPr="009B1C1E" w:rsidRDefault="009B1C1E" w:rsidP="009B1C1E">
      <w:pPr>
        <w:spacing w:after="100"/>
        <w:jc w:val="center"/>
        <w:rPr>
          <w:rFonts w:cs="Arial"/>
          <w:color w:val="365F91" w:themeColor="accent1" w:themeShade="BF"/>
          <w:sz w:val="32"/>
          <w:szCs w:val="32"/>
          <w:lang w:val="mn-MN"/>
        </w:rPr>
      </w:pPr>
      <w:r w:rsidRPr="009B1C1E">
        <w:rPr>
          <w:rFonts w:cs="Arial"/>
          <w:color w:val="365F91" w:themeColor="accent1" w:themeShade="BF"/>
          <w:sz w:val="32"/>
          <w:szCs w:val="32"/>
          <w:lang w:val="mn-MN"/>
        </w:rPr>
        <w:t>Цахим ертөнцтэй холбох, суралцах, хөгжүүлэх замаар ахмад настай эмэгтэйчүүд, эрэгтэйчүүдийг чадвахжуулах нь</w:t>
      </w:r>
    </w:p>
    <w:p w14:paraId="6E31CA72" w14:textId="795BAB78" w:rsidR="008263D6" w:rsidRPr="009B1C1E" w:rsidRDefault="008263D6" w:rsidP="009B1C1E">
      <w:pPr>
        <w:spacing w:after="100"/>
        <w:jc w:val="center"/>
        <w:rPr>
          <w:rFonts w:cs="Arial"/>
          <w:color w:val="365F91" w:themeColor="accent1" w:themeShade="BF"/>
          <w:sz w:val="32"/>
          <w:szCs w:val="32"/>
          <w:lang w:val="mn-MN"/>
        </w:rPr>
      </w:pPr>
    </w:p>
    <w:p w14:paraId="6786CFDF" w14:textId="77777777" w:rsidR="008263D6" w:rsidRPr="00204F2E" w:rsidRDefault="00C00878">
      <w:pPr>
        <w:rPr>
          <w:rFonts w:cs="Arial"/>
          <w:sz w:val="22"/>
          <w:lang w:val="mn-MN"/>
        </w:rPr>
      </w:pPr>
      <w:r w:rsidRPr="00204F2E">
        <w:rPr>
          <w:rFonts w:cs="Arial"/>
          <w:sz w:val="22"/>
          <w:lang w:val="mn-MN"/>
        </w:rPr>
        <w:br w:type="page"/>
      </w:r>
    </w:p>
    <w:p w14:paraId="2D16E98A" w14:textId="77777777" w:rsidR="00FF2785" w:rsidRDefault="00FF2785">
      <w:pPr>
        <w:rPr>
          <w:rFonts w:cs="Arial"/>
          <w:b/>
          <w:sz w:val="22"/>
          <w:lang w:val="mn-MN"/>
        </w:rPr>
      </w:pPr>
    </w:p>
    <w:p w14:paraId="167DB460" w14:textId="77777777" w:rsidR="00FF2785" w:rsidRPr="00E553C9" w:rsidRDefault="00FF2785" w:rsidP="00E553C9">
      <w:pPr>
        <w:jc w:val="both"/>
        <w:rPr>
          <w:rFonts w:cs="Arial"/>
          <w:b/>
          <w:sz w:val="22"/>
          <w:lang w:val="mn-MN"/>
        </w:rPr>
      </w:pPr>
    </w:p>
    <w:p w14:paraId="39E1802B" w14:textId="630A2015" w:rsidR="008263D6" w:rsidRPr="00E553C9" w:rsidRDefault="00C00878" w:rsidP="00E553C9">
      <w:pPr>
        <w:jc w:val="both"/>
        <w:rPr>
          <w:rFonts w:cs="Arial"/>
          <w:sz w:val="22"/>
          <w:lang w:val="mn-MN"/>
        </w:rPr>
      </w:pPr>
      <w:r w:rsidRPr="00E553C9">
        <w:rPr>
          <w:rFonts w:cs="Arial"/>
          <w:b/>
          <w:sz w:val="22"/>
          <w:lang w:val="mn-MN"/>
        </w:rPr>
        <w:t>Анхааруулга</w:t>
      </w:r>
    </w:p>
    <w:p w14:paraId="1AFEC984" w14:textId="1EEB272B" w:rsidR="008263D6" w:rsidRPr="00E553C9" w:rsidRDefault="00C00878" w:rsidP="00E553C9">
      <w:pPr>
        <w:spacing w:after="100"/>
        <w:jc w:val="both"/>
        <w:rPr>
          <w:rFonts w:cs="Arial"/>
          <w:sz w:val="22"/>
          <w:lang w:val="mn-MN"/>
        </w:rPr>
      </w:pPr>
      <w:r w:rsidRPr="00E553C9">
        <w:rPr>
          <w:rFonts w:cs="Arial"/>
          <w:sz w:val="22"/>
          <w:lang w:val="mn-MN"/>
        </w:rPr>
        <w:t>Энэхүү гарын авлагад ашигласан нэршил болон материал</w:t>
      </w:r>
      <w:r w:rsidR="007A5A08" w:rsidRPr="00E553C9">
        <w:rPr>
          <w:rFonts w:cs="Arial"/>
          <w:sz w:val="22"/>
          <w:lang w:val="mn-MN"/>
        </w:rPr>
        <w:t xml:space="preserve">ууд </w:t>
      </w:r>
      <w:r w:rsidRPr="00E553C9">
        <w:rPr>
          <w:rFonts w:cs="Arial"/>
          <w:sz w:val="22"/>
          <w:lang w:val="mn-MN"/>
        </w:rPr>
        <w:t>нь аливаа улс орон, нутаг дэвсгэр, хот, бүс нутаг, тэдгээрийн эрх бүхий байгууллагын эрх зүйн байдал, эсхүл хил хязгаарын талаарх НҮБ-ын Нарийн бичгийн дарга нарын газрын аливаа байр суурийг илэрхийлээгүй болно.</w:t>
      </w:r>
    </w:p>
    <w:p w14:paraId="3B8582E7" w14:textId="77777777" w:rsidR="008263D6" w:rsidRPr="00E553C9" w:rsidRDefault="00C00878" w:rsidP="00E553C9">
      <w:pPr>
        <w:spacing w:after="100"/>
        <w:jc w:val="both"/>
        <w:rPr>
          <w:rFonts w:cs="Arial"/>
          <w:sz w:val="22"/>
          <w:lang w:val="mn-MN"/>
        </w:rPr>
      </w:pPr>
      <w:r w:rsidRPr="00E553C9">
        <w:rPr>
          <w:rFonts w:cs="Arial"/>
          <w:sz w:val="22"/>
          <w:lang w:val="mn-MN"/>
        </w:rPr>
        <w:t>Энэхүү хэвлэлийг албан ёсны редакторын хяналтгүйгээр гаргасан болно. “Улс орон эсхүл бүс нутаг” гэсэн нэршил нь улс орон, нутаг дэвсгэр, хот, бүс нутгийг хамарна.</w:t>
      </w:r>
    </w:p>
    <w:p w14:paraId="0BFBA95E" w14:textId="4427519F" w:rsidR="008263D6" w:rsidRPr="00E553C9" w:rsidRDefault="00C00878" w:rsidP="00E553C9">
      <w:pPr>
        <w:spacing w:after="100"/>
        <w:jc w:val="both"/>
        <w:rPr>
          <w:rFonts w:cs="Arial"/>
          <w:sz w:val="22"/>
          <w:lang w:val="mn-MN"/>
        </w:rPr>
      </w:pPr>
      <w:r w:rsidRPr="00E553C9">
        <w:rPr>
          <w:rFonts w:cs="Arial"/>
          <w:sz w:val="22"/>
          <w:lang w:val="mn-MN"/>
        </w:rPr>
        <w:t>НҮБ нь URL хаягуудын хүртээмж болон хэвийн ажилла</w:t>
      </w:r>
      <w:r w:rsidR="0013350D" w:rsidRPr="00E553C9">
        <w:rPr>
          <w:rFonts w:cs="Arial"/>
          <w:sz w:val="22"/>
          <w:lang w:val="mn-MN"/>
        </w:rPr>
        <w:t>ан</w:t>
      </w:r>
      <w:r w:rsidRPr="00E553C9">
        <w:rPr>
          <w:rFonts w:cs="Arial"/>
          <w:sz w:val="22"/>
          <w:lang w:val="mn-MN"/>
        </w:rPr>
        <w:t>д хариуцлага хүлээхгүй. Энэхүү хэвлэлд тусгасан үзэл бодол, тоо баримт, тооцоолол нь НҮБ-ын үзэл бодлыг заавал илэрхийлсэн, эсхүл НҮБ-аас дэмжсэн гэж үзэхгүй.</w:t>
      </w:r>
    </w:p>
    <w:p w14:paraId="509D3FA2" w14:textId="42F79C8F" w:rsidR="008263D6" w:rsidRPr="00E553C9" w:rsidRDefault="00C00878" w:rsidP="00E553C9">
      <w:pPr>
        <w:spacing w:after="100"/>
        <w:jc w:val="both"/>
        <w:rPr>
          <w:rFonts w:cs="Arial"/>
          <w:sz w:val="22"/>
          <w:lang w:val="mn-MN"/>
        </w:rPr>
      </w:pPr>
      <w:r w:rsidRPr="00E553C9">
        <w:rPr>
          <w:rFonts w:cs="Arial"/>
          <w:sz w:val="22"/>
          <w:lang w:val="mn-MN"/>
        </w:rPr>
        <w:t xml:space="preserve">Компани, аж ахуйн нэгжийн нэр болон арилжааны бүтээгдэхүүнийг дурдсан нь НҮБ-аас тэдгээрийг дэмжиж байгааг илэрхийлэхгүй. НҮБ нь уг мэдээллийн цаашдын үнэн зөв байдал болон аливаа гадаад </w:t>
      </w:r>
      <w:r w:rsidR="00F12C81" w:rsidRPr="00E553C9">
        <w:rPr>
          <w:rFonts w:cs="Arial"/>
          <w:sz w:val="22"/>
          <w:lang w:val="mn-MN"/>
        </w:rPr>
        <w:t>цахим хуудас</w:t>
      </w:r>
      <w:r w:rsidRPr="00E553C9">
        <w:rPr>
          <w:rFonts w:cs="Arial"/>
          <w:sz w:val="22"/>
          <w:lang w:val="mn-MN"/>
        </w:rPr>
        <w:t>ын агуулгад хариуцлага хүлээхгүй.</w:t>
      </w:r>
    </w:p>
    <w:p w14:paraId="3B9F0471" w14:textId="4DBD9290" w:rsidR="008263D6" w:rsidRPr="00E553C9" w:rsidRDefault="00C00878" w:rsidP="00E553C9">
      <w:pPr>
        <w:spacing w:after="100"/>
        <w:jc w:val="both"/>
        <w:rPr>
          <w:rFonts w:cs="Arial"/>
          <w:sz w:val="22"/>
          <w:lang w:val="mn-MN"/>
        </w:rPr>
      </w:pPr>
      <w:r w:rsidRPr="00E553C9">
        <w:rPr>
          <w:rFonts w:cs="Arial"/>
          <w:sz w:val="22"/>
          <w:lang w:val="mn-MN"/>
        </w:rPr>
        <w:t>Энэхүү хэвлэлийн материалыг боловсролын болон бусад ашгийн бус зорилгоор эх сурвалжийг бүрэн дурдсан нөхцөлд зохиогчийн эрх эзэмшигчээс урьдчилан бичгээр зөвшөөрөл авахгүйгээр олшруулж, түгээж болно. Материалыг худалдах болон бусад арилжааны зорилгоор, үүнд сурталчилгаа, зар сурталчилгааны зорилгоор олшруулахыг бичгээр зөвшөөрөл ава</w:t>
      </w:r>
      <w:r w:rsidR="009B1C1E" w:rsidRPr="00E553C9">
        <w:rPr>
          <w:rFonts w:cs="Arial"/>
          <w:sz w:val="22"/>
          <w:lang w:val="mn-MN"/>
        </w:rPr>
        <w:t xml:space="preserve">агүй тохиолдолд </w:t>
      </w:r>
      <w:r w:rsidRPr="00E553C9">
        <w:rPr>
          <w:rFonts w:cs="Arial"/>
          <w:sz w:val="22"/>
          <w:lang w:val="mn-MN"/>
        </w:rPr>
        <w:t>хориглоно.</w:t>
      </w:r>
    </w:p>
    <w:p w14:paraId="5E7A2DAE" w14:textId="4AE4A125" w:rsidR="008263D6" w:rsidRPr="00E553C9" w:rsidRDefault="00C00878" w:rsidP="00E553C9">
      <w:pPr>
        <w:spacing w:after="100"/>
        <w:jc w:val="both"/>
        <w:rPr>
          <w:rFonts w:cs="Arial"/>
          <w:sz w:val="22"/>
          <w:lang w:val="mn-MN"/>
        </w:rPr>
      </w:pPr>
      <w:r w:rsidRPr="00E553C9">
        <w:rPr>
          <w:rFonts w:cs="Arial"/>
          <w:sz w:val="22"/>
          <w:lang w:val="mn-MN"/>
        </w:rPr>
        <w:t xml:space="preserve">Санал болгох эшлэл: Нэгдсэн Үндэстний Байгууллага, Ази, Номхон далайн эдийн засаг, нийгмийн комисс (2025). “Өдөр тутмын амьдралд хэрэглэх </w:t>
      </w:r>
      <w:r w:rsidR="00946E90" w:rsidRPr="00E553C9">
        <w:rPr>
          <w:rFonts w:cs="Arial"/>
          <w:sz w:val="22"/>
          <w:lang w:val="mn-MN"/>
        </w:rPr>
        <w:t>цахим</w:t>
      </w:r>
      <w:r w:rsidRPr="00E553C9">
        <w:rPr>
          <w:rFonts w:cs="Arial"/>
          <w:sz w:val="22"/>
          <w:lang w:val="mn-MN"/>
        </w:rPr>
        <w:t xml:space="preserve"> ур чадвар: Суралцагчийн гарын авлага”.</w:t>
      </w:r>
    </w:p>
    <w:p w14:paraId="103742C2" w14:textId="4006E14F" w:rsidR="008263D6" w:rsidRPr="00E553C9" w:rsidRDefault="00C00878" w:rsidP="00E553C9">
      <w:pPr>
        <w:spacing w:after="100"/>
        <w:jc w:val="both"/>
        <w:rPr>
          <w:rFonts w:cs="Arial"/>
          <w:sz w:val="22"/>
          <w:lang w:val="mn-MN"/>
        </w:rPr>
      </w:pPr>
      <w:r w:rsidRPr="00E553C9">
        <w:rPr>
          <w:rFonts w:cs="Arial"/>
          <w:sz w:val="22"/>
          <w:lang w:val="mn-MN"/>
        </w:rPr>
        <w:t>Дэлгэрэнгүй мэдээлэл: Нийгмийн хөгжлийн хэлтэс, НҮБ-ын Ази, Номхон далайн эдийн засаг, нийгмийн комисс.</w:t>
      </w:r>
    </w:p>
    <w:p w14:paraId="3308B816" w14:textId="61EC711C" w:rsidR="008263D6" w:rsidRPr="00E553C9" w:rsidRDefault="00C00878" w:rsidP="00E553C9">
      <w:pPr>
        <w:spacing w:after="100"/>
        <w:jc w:val="both"/>
        <w:rPr>
          <w:rFonts w:cs="Arial"/>
          <w:sz w:val="22"/>
          <w:lang w:val="mn-MN"/>
        </w:rPr>
      </w:pPr>
      <w:r w:rsidRPr="00E553C9">
        <w:rPr>
          <w:rFonts w:cs="Arial"/>
          <w:sz w:val="22"/>
          <w:lang w:val="mn-MN"/>
        </w:rPr>
        <w:t xml:space="preserve">И-мэйл: </w:t>
      </w:r>
      <w:r w:rsidR="009B1C1E" w:rsidRPr="00E553C9">
        <w:rPr>
          <w:rFonts w:cs="Arial"/>
          <w:sz w:val="22"/>
          <w:lang w:val="mn-MN"/>
        </w:rPr>
        <w:t>Ази, Номхон далайн эдийн засаг, нийгмийн комисс</w:t>
      </w:r>
      <w:r w:rsidRPr="00E553C9">
        <w:rPr>
          <w:rFonts w:cs="Arial"/>
          <w:sz w:val="22"/>
          <w:lang w:val="mn-MN"/>
        </w:rPr>
        <w:t>-sdd@un.org</w:t>
      </w:r>
    </w:p>
    <w:p w14:paraId="708AF2E4" w14:textId="33B3DF46" w:rsidR="008263D6" w:rsidRPr="00E553C9" w:rsidRDefault="00C00878" w:rsidP="00E553C9">
      <w:pPr>
        <w:spacing w:after="100"/>
        <w:jc w:val="both"/>
        <w:rPr>
          <w:rFonts w:cs="Arial"/>
          <w:sz w:val="22"/>
          <w:lang w:val="mn-MN"/>
        </w:rPr>
      </w:pPr>
      <w:r w:rsidRPr="00E553C9">
        <w:rPr>
          <w:rFonts w:cs="Arial"/>
          <w:sz w:val="22"/>
          <w:lang w:val="mn-MN"/>
        </w:rPr>
        <w:t xml:space="preserve">Бүртгэлийн дугаар: </w:t>
      </w:r>
      <w:r w:rsidR="00EE68AD" w:rsidRPr="00E553C9">
        <w:rPr>
          <w:rFonts w:cs="Arial"/>
          <w:sz w:val="22"/>
          <w:lang w:val="mn-MN"/>
        </w:rPr>
        <w:t>ESCAP</w:t>
      </w:r>
      <w:r w:rsidRPr="00E553C9">
        <w:rPr>
          <w:rFonts w:cs="Arial"/>
          <w:sz w:val="22"/>
          <w:lang w:val="mn-MN"/>
        </w:rPr>
        <w:t>/6-WP/136</w:t>
      </w:r>
    </w:p>
    <w:p w14:paraId="1D94F8EF" w14:textId="77777777" w:rsidR="008263D6" w:rsidRPr="00E553C9" w:rsidRDefault="00C00878" w:rsidP="00E553C9">
      <w:pPr>
        <w:jc w:val="both"/>
        <w:rPr>
          <w:rFonts w:cs="Arial"/>
          <w:sz w:val="22"/>
          <w:lang w:val="mn-MN"/>
        </w:rPr>
      </w:pPr>
      <w:r w:rsidRPr="00E553C9">
        <w:rPr>
          <w:rFonts w:cs="Arial"/>
          <w:sz w:val="22"/>
          <w:lang w:val="mn-MN"/>
        </w:rPr>
        <w:br w:type="page"/>
      </w:r>
    </w:p>
    <w:p w14:paraId="3E77C197" w14:textId="77777777" w:rsidR="00FF2785" w:rsidRPr="00E553C9" w:rsidRDefault="00FF2785">
      <w:pPr>
        <w:rPr>
          <w:rFonts w:cs="Arial"/>
          <w:b/>
          <w:color w:val="365F91" w:themeColor="accent1" w:themeShade="BF"/>
          <w:sz w:val="32"/>
          <w:szCs w:val="32"/>
          <w:lang w:val="mn-MN"/>
        </w:rPr>
      </w:pPr>
    </w:p>
    <w:p w14:paraId="5E05FF25" w14:textId="6F7D8C2E" w:rsidR="008263D6" w:rsidRPr="00E553C9" w:rsidRDefault="00C00878">
      <w:pPr>
        <w:rPr>
          <w:rFonts w:cs="Arial"/>
          <w:color w:val="365F91" w:themeColor="accent1" w:themeShade="BF"/>
          <w:sz w:val="32"/>
          <w:szCs w:val="32"/>
          <w:lang w:val="mn-MN"/>
        </w:rPr>
      </w:pPr>
      <w:r w:rsidRPr="00E553C9">
        <w:rPr>
          <w:rFonts w:cs="Arial"/>
          <w:b/>
          <w:color w:val="365F91" w:themeColor="accent1" w:themeShade="BF"/>
          <w:sz w:val="32"/>
          <w:szCs w:val="32"/>
          <w:lang w:val="mn-MN"/>
        </w:rPr>
        <w:t>Талархал</w:t>
      </w:r>
    </w:p>
    <w:p w14:paraId="429EACC6" w14:textId="77777777" w:rsidR="00EA319A" w:rsidRPr="00E553C9" w:rsidRDefault="00EA319A" w:rsidP="00E553C9">
      <w:pPr>
        <w:pStyle w:val="isselectedend"/>
        <w:jc w:val="both"/>
        <w:rPr>
          <w:rFonts w:ascii="Arial" w:hAnsi="Arial" w:cs="Arial"/>
          <w:sz w:val="22"/>
          <w:szCs w:val="22"/>
          <w:lang w:val="mn-MN"/>
        </w:rPr>
      </w:pPr>
      <w:r w:rsidRPr="00E553C9">
        <w:rPr>
          <w:rFonts w:ascii="Arial" w:hAnsi="Arial" w:cs="Arial"/>
          <w:sz w:val="22"/>
          <w:szCs w:val="22"/>
          <w:lang w:val="mn-MN"/>
        </w:rPr>
        <w:t>Энэхүү хэвлэл нь Ази, Номхон далайн бүс нутгийн ахмад настнуудын цахим ур чадварыг дээшлүүлэх зорилготой олон түнш, оролцогч талуудын хамтын ажиллагааны үр дүн юм.</w:t>
      </w:r>
    </w:p>
    <w:p w14:paraId="5C56EF56" w14:textId="77777777" w:rsidR="00EA319A" w:rsidRPr="00E553C9" w:rsidRDefault="00EA319A" w:rsidP="00E553C9">
      <w:pPr>
        <w:pStyle w:val="isselectedend"/>
        <w:jc w:val="both"/>
        <w:rPr>
          <w:rFonts w:ascii="Arial" w:hAnsi="Arial" w:cs="Arial"/>
          <w:sz w:val="22"/>
          <w:szCs w:val="22"/>
          <w:lang w:val="mn-MN"/>
        </w:rPr>
      </w:pPr>
      <w:r w:rsidRPr="00E553C9">
        <w:rPr>
          <w:rFonts w:ascii="Arial" w:hAnsi="Arial" w:cs="Arial"/>
          <w:sz w:val="22"/>
          <w:szCs w:val="22"/>
          <w:lang w:val="mn-MN"/>
        </w:rPr>
        <w:t xml:space="preserve">Ази, Номхон далайн эдийн засаг, нийгмийн комиссын Нийгмийн хөгжлийн хэлтсийн захирал </w:t>
      </w:r>
      <w:r w:rsidRPr="00E553C9">
        <w:rPr>
          <w:rStyle w:val="Strong"/>
          <w:rFonts w:ascii="Arial" w:hAnsi="Arial" w:cs="Arial"/>
          <w:b w:val="0"/>
          <w:bCs w:val="0"/>
          <w:sz w:val="22"/>
          <w:szCs w:val="22"/>
          <w:lang w:val="mn-MN"/>
        </w:rPr>
        <w:t>Сринивас Тата</w:t>
      </w:r>
      <w:r w:rsidRPr="00E553C9">
        <w:rPr>
          <w:rFonts w:ascii="Arial" w:hAnsi="Arial" w:cs="Arial"/>
          <w:b/>
          <w:bCs/>
          <w:sz w:val="22"/>
          <w:szCs w:val="22"/>
          <w:lang w:val="mn-MN"/>
        </w:rPr>
        <w:t xml:space="preserve"> </w:t>
      </w:r>
      <w:r w:rsidRPr="00E553C9">
        <w:rPr>
          <w:rFonts w:ascii="Arial" w:hAnsi="Arial" w:cs="Arial"/>
          <w:sz w:val="22"/>
          <w:szCs w:val="22"/>
          <w:lang w:val="mn-MN"/>
        </w:rPr>
        <w:t xml:space="preserve">болон Нийгмийн хөгжлийн хэлтсийн Хүн ам зүйн шилжилтийн хэлтсийн дарга </w:t>
      </w:r>
      <w:r w:rsidRPr="00E553C9">
        <w:rPr>
          <w:rStyle w:val="Strong"/>
          <w:rFonts w:ascii="Arial" w:hAnsi="Arial" w:cs="Arial"/>
          <w:b w:val="0"/>
          <w:bCs w:val="0"/>
          <w:sz w:val="22"/>
          <w:szCs w:val="22"/>
          <w:lang w:val="mn-MN"/>
        </w:rPr>
        <w:t>Савинэ Хэннинг</w:t>
      </w:r>
      <w:r w:rsidRPr="00E553C9">
        <w:rPr>
          <w:rFonts w:ascii="Arial" w:hAnsi="Arial" w:cs="Arial"/>
          <w:sz w:val="22"/>
          <w:szCs w:val="22"/>
          <w:lang w:val="mn-MN"/>
        </w:rPr>
        <w:t xml:space="preserve"> нар заавар, дэмжлэг үзүүлсэн. Энэхүү гарын авлагын үзэл баримтлал, боловсруулалт, хяналтыг Нийгмийн хөгжлийн хэлтсийн Хүн ам зүйн шилжилтийн хэлтсийн Нийгмийн асуудал хариуцсан мэргэжилтэн </w:t>
      </w:r>
      <w:r w:rsidRPr="00E553C9">
        <w:rPr>
          <w:rStyle w:val="Strong"/>
          <w:rFonts w:ascii="Arial" w:hAnsi="Arial" w:cs="Arial"/>
          <w:b w:val="0"/>
          <w:bCs w:val="0"/>
          <w:sz w:val="22"/>
          <w:szCs w:val="22"/>
          <w:lang w:val="mn-MN"/>
        </w:rPr>
        <w:t>Напафат Сачанавакул</w:t>
      </w:r>
      <w:r w:rsidRPr="00E553C9">
        <w:rPr>
          <w:rFonts w:ascii="Arial" w:hAnsi="Arial" w:cs="Arial"/>
          <w:sz w:val="22"/>
          <w:szCs w:val="22"/>
          <w:lang w:val="mn-MN"/>
        </w:rPr>
        <w:t xml:space="preserve"> хариуцсан.</w:t>
      </w:r>
    </w:p>
    <w:p w14:paraId="0E28940E" w14:textId="2E2F1F34" w:rsidR="00EA319A" w:rsidRPr="00E553C9" w:rsidRDefault="00EA319A" w:rsidP="00E553C9">
      <w:pPr>
        <w:pStyle w:val="isselectedend"/>
        <w:jc w:val="both"/>
        <w:rPr>
          <w:rFonts w:ascii="Arial" w:hAnsi="Arial" w:cs="Arial"/>
          <w:sz w:val="22"/>
          <w:szCs w:val="22"/>
          <w:lang w:val="mn-MN"/>
        </w:rPr>
      </w:pPr>
      <w:r w:rsidRPr="00E553C9">
        <w:rPr>
          <w:rFonts w:ascii="Arial" w:hAnsi="Arial" w:cs="Arial"/>
          <w:sz w:val="22"/>
          <w:szCs w:val="22"/>
          <w:lang w:val="mn-MN"/>
        </w:rPr>
        <w:t xml:space="preserve">Ази, Номхон далайн эдийн засаг, нийгмийн комиссын зөвлөх, Тайландын </w:t>
      </w:r>
      <w:r w:rsidRPr="00E553C9">
        <w:rPr>
          <w:rStyle w:val="Strong"/>
          <w:rFonts w:ascii="Arial" w:hAnsi="Arial" w:cs="Arial"/>
          <w:b w:val="0"/>
          <w:bCs w:val="0"/>
          <w:sz w:val="22"/>
          <w:szCs w:val="22"/>
          <w:lang w:val="mn-MN"/>
        </w:rPr>
        <w:t>YoungHappy байгу</w:t>
      </w:r>
      <w:r w:rsidRPr="00E553C9">
        <w:rPr>
          <w:rFonts w:ascii="Arial" w:hAnsi="Arial" w:cs="Arial"/>
          <w:sz w:val="22"/>
          <w:szCs w:val="22"/>
          <w:lang w:val="mn-MN"/>
        </w:rPr>
        <w:t xml:space="preserve">уллагын гүйцэтгэх захирал </w:t>
      </w:r>
      <w:r w:rsidRPr="00E553C9">
        <w:rPr>
          <w:rStyle w:val="Strong"/>
          <w:rFonts w:ascii="Arial" w:hAnsi="Arial" w:cs="Arial"/>
          <w:b w:val="0"/>
          <w:bCs w:val="0"/>
          <w:sz w:val="22"/>
          <w:szCs w:val="22"/>
          <w:lang w:val="mn-MN"/>
        </w:rPr>
        <w:t>Чакхрис Фомёт</w:t>
      </w:r>
      <w:r w:rsidRPr="00E553C9">
        <w:rPr>
          <w:rFonts w:ascii="Arial" w:hAnsi="Arial" w:cs="Arial"/>
          <w:sz w:val="22"/>
          <w:szCs w:val="22"/>
          <w:lang w:val="mn-MN"/>
        </w:rPr>
        <w:t xml:space="preserve"> сургалтын хэрэгслийн агуулгын загварыг удирдан боловсруулалтад хувь нэмэр оруулсан бөгөөд </w:t>
      </w:r>
      <w:r w:rsidRPr="00E553C9">
        <w:rPr>
          <w:rStyle w:val="Strong"/>
          <w:rFonts w:ascii="Arial" w:hAnsi="Arial" w:cs="Arial"/>
          <w:b w:val="0"/>
          <w:bCs w:val="0"/>
          <w:sz w:val="22"/>
          <w:szCs w:val="22"/>
          <w:lang w:val="mn-MN"/>
        </w:rPr>
        <w:t>Наппакарн Бунпрасом</w:t>
      </w:r>
      <w:r w:rsidRPr="00E553C9">
        <w:rPr>
          <w:rFonts w:ascii="Arial" w:hAnsi="Arial" w:cs="Arial"/>
          <w:b/>
          <w:bCs/>
          <w:sz w:val="22"/>
          <w:szCs w:val="22"/>
          <w:lang w:val="mn-MN"/>
        </w:rPr>
        <w:t xml:space="preserve">, </w:t>
      </w:r>
      <w:r w:rsidRPr="00E553C9">
        <w:rPr>
          <w:rStyle w:val="Strong"/>
          <w:rFonts w:ascii="Arial" w:hAnsi="Arial" w:cs="Arial"/>
          <w:b w:val="0"/>
          <w:bCs w:val="0"/>
          <w:sz w:val="22"/>
          <w:szCs w:val="22"/>
          <w:lang w:val="mn-MN"/>
        </w:rPr>
        <w:t>Жутипорн Аупайбун</w:t>
      </w:r>
      <w:r w:rsidRPr="00E553C9">
        <w:rPr>
          <w:rFonts w:ascii="Arial" w:hAnsi="Arial" w:cs="Arial"/>
          <w:sz w:val="22"/>
          <w:szCs w:val="22"/>
          <w:lang w:val="mn-MN"/>
        </w:rPr>
        <w:t xml:space="preserve"> нарын багт дэмжлэг үзүүлэн ажилласан. Гарын авлагын видео болон инфографикийн загварыг </w:t>
      </w:r>
      <w:r w:rsidRPr="00E553C9">
        <w:rPr>
          <w:rStyle w:val="Strong"/>
          <w:rFonts w:ascii="Arial" w:hAnsi="Arial" w:cs="Arial"/>
          <w:b w:val="0"/>
          <w:bCs w:val="0"/>
          <w:sz w:val="22"/>
          <w:szCs w:val="22"/>
          <w:lang w:val="mn-MN"/>
        </w:rPr>
        <w:t>Пратрипарн Чанто</w:t>
      </w:r>
      <w:r w:rsidRPr="00E553C9">
        <w:rPr>
          <w:rFonts w:ascii="Arial" w:hAnsi="Arial" w:cs="Arial"/>
          <w:sz w:val="22"/>
          <w:szCs w:val="22"/>
          <w:lang w:val="mn-MN"/>
        </w:rPr>
        <w:t xml:space="preserve"> боловсруулсан.</w:t>
      </w:r>
    </w:p>
    <w:p w14:paraId="234C1A92" w14:textId="57B96EE0" w:rsidR="00EA319A" w:rsidRPr="00E553C9" w:rsidRDefault="00EA319A" w:rsidP="00E553C9">
      <w:pPr>
        <w:pStyle w:val="isselectedend"/>
        <w:jc w:val="both"/>
        <w:rPr>
          <w:rFonts w:ascii="Arial" w:hAnsi="Arial" w:cs="Arial"/>
          <w:sz w:val="22"/>
          <w:szCs w:val="22"/>
          <w:lang w:val="mn-MN"/>
        </w:rPr>
      </w:pPr>
      <w:r w:rsidRPr="00E553C9">
        <w:rPr>
          <w:rFonts w:ascii="Arial" w:hAnsi="Arial" w:cs="Arial"/>
          <w:sz w:val="22"/>
          <w:szCs w:val="22"/>
          <w:lang w:val="mn-MN"/>
        </w:rPr>
        <w:t xml:space="preserve">Дараах Ази, Номхон далайн эдийн засаг, нийгмийн комиссын ажилтан, гэрээт ажилтан болон дадлагажигчид агуулгад хувь нэмэр оруулж, техникийн дэмжлэг үзүүлсэн: </w:t>
      </w:r>
      <w:r w:rsidRPr="00E553C9">
        <w:rPr>
          <w:rStyle w:val="Strong"/>
          <w:rFonts w:ascii="Arial" w:hAnsi="Arial" w:cs="Arial"/>
          <w:b w:val="0"/>
          <w:bCs w:val="0"/>
          <w:sz w:val="22"/>
          <w:szCs w:val="22"/>
          <w:lang w:val="mn-MN"/>
        </w:rPr>
        <w:t>Александр Козлов, Ванесса Штайнмайер, Сами Нур Рашид Мир Балоч, Сорча Бейтс, Елена Харрис-Бауэр, Синвэй Лю, Адити Бхагват Прасад, Жейкоб Кристофер Симкокс, Фанжоу Юэ</w:t>
      </w:r>
      <w:r w:rsidRPr="00E553C9">
        <w:rPr>
          <w:rFonts w:ascii="Arial" w:hAnsi="Arial" w:cs="Arial"/>
          <w:sz w:val="22"/>
          <w:szCs w:val="22"/>
          <w:lang w:val="mn-MN"/>
        </w:rPr>
        <w:t>.</w:t>
      </w:r>
      <w:r w:rsidR="00ED506F" w:rsidRPr="00E553C9">
        <w:rPr>
          <w:rFonts w:ascii="Arial" w:hAnsi="Arial" w:cs="Arial"/>
          <w:sz w:val="22"/>
          <w:szCs w:val="22"/>
          <w:lang w:val="mn-MN"/>
        </w:rPr>
        <w:t xml:space="preserve"> </w:t>
      </w:r>
      <w:r w:rsidRPr="00E553C9">
        <w:rPr>
          <w:rFonts w:ascii="Arial" w:hAnsi="Arial" w:cs="Arial"/>
          <w:sz w:val="22"/>
          <w:szCs w:val="22"/>
          <w:lang w:val="mn-MN"/>
        </w:rPr>
        <w:t>Захиргааны дэмжлэг, судалгааны тусла</w:t>
      </w:r>
      <w:r w:rsidR="00ED506F" w:rsidRPr="00E553C9">
        <w:rPr>
          <w:rFonts w:ascii="Arial" w:hAnsi="Arial" w:cs="Arial"/>
          <w:sz w:val="22"/>
          <w:szCs w:val="22"/>
          <w:lang w:val="mn-MN"/>
        </w:rPr>
        <w:t>гчаар</w:t>
      </w:r>
      <w:r w:rsidRPr="00E553C9">
        <w:rPr>
          <w:rFonts w:ascii="Arial" w:hAnsi="Arial" w:cs="Arial"/>
          <w:sz w:val="22"/>
          <w:szCs w:val="22"/>
          <w:lang w:val="mn-MN"/>
        </w:rPr>
        <w:t xml:space="preserve"> </w:t>
      </w:r>
      <w:r w:rsidRPr="00E553C9">
        <w:rPr>
          <w:rStyle w:val="Strong"/>
          <w:rFonts w:ascii="Arial" w:hAnsi="Arial" w:cs="Arial"/>
          <w:b w:val="0"/>
          <w:bCs w:val="0"/>
          <w:sz w:val="22"/>
          <w:szCs w:val="22"/>
          <w:lang w:val="mn-MN"/>
        </w:rPr>
        <w:t>Супатра Кэучана, Панита Раттанакиттиапорн, Лаван Уппапакди</w:t>
      </w:r>
      <w:r w:rsidRPr="00E553C9">
        <w:rPr>
          <w:rFonts w:ascii="Arial" w:hAnsi="Arial" w:cs="Arial"/>
          <w:sz w:val="22"/>
          <w:szCs w:val="22"/>
          <w:lang w:val="mn-MN"/>
        </w:rPr>
        <w:t xml:space="preserve"> нар </w:t>
      </w:r>
      <w:r w:rsidR="00ED506F" w:rsidRPr="00E553C9">
        <w:rPr>
          <w:rFonts w:ascii="Arial" w:hAnsi="Arial" w:cs="Arial"/>
          <w:sz w:val="22"/>
          <w:szCs w:val="22"/>
          <w:lang w:val="mn-MN"/>
        </w:rPr>
        <w:t>ажилласан</w:t>
      </w:r>
      <w:r w:rsidRPr="00E553C9">
        <w:rPr>
          <w:rFonts w:ascii="Arial" w:hAnsi="Arial" w:cs="Arial"/>
          <w:sz w:val="22"/>
          <w:szCs w:val="22"/>
          <w:lang w:val="mn-MN"/>
        </w:rPr>
        <w:t>.</w:t>
      </w:r>
    </w:p>
    <w:p w14:paraId="39A40EC2" w14:textId="191BB1DF" w:rsidR="00EA319A" w:rsidRPr="00E553C9" w:rsidRDefault="00EA319A" w:rsidP="00E553C9">
      <w:pPr>
        <w:pStyle w:val="NormalWeb"/>
        <w:jc w:val="both"/>
        <w:rPr>
          <w:rFonts w:ascii="Arial" w:hAnsi="Arial" w:cs="Arial"/>
          <w:sz w:val="22"/>
          <w:szCs w:val="22"/>
          <w:lang w:val="mn-MN"/>
        </w:rPr>
      </w:pPr>
      <w:r w:rsidRPr="00E553C9">
        <w:rPr>
          <w:rFonts w:ascii="Arial" w:hAnsi="Arial" w:cs="Arial"/>
          <w:sz w:val="22"/>
          <w:szCs w:val="22"/>
          <w:lang w:val="mn-MN"/>
        </w:rPr>
        <w:t xml:space="preserve">Дараах үндэсний зөвлөхүүд сургалтын хэрэгслийг сайжруулах, орчуулах, туршин хэрэгжүүлэхэд дэмжлэг үзүүлсэн. Камбож улсад </w:t>
      </w:r>
      <w:r w:rsidRPr="00E553C9">
        <w:rPr>
          <w:rStyle w:val="Strong"/>
          <w:rFonts w:ascii="Arial" w:hAnsi="Arial" w:cs="Arial"/>
          <w:b w:val="0"/>
          <w:bCs w:val="0"/>
          <w:sz w:val="22"/>
          <w:szCs w:val="22"/>
          <w:lang w:val="mn-MN"/>
        </w:rPr>
        <w:t>Камбож дахь</w:t>
      </w:r>
      <w:r w:rsidRPr="00E553C9">
        <w:rPr>
          <w:rFonts w:ascii="Arial" w:hAnsi="Arial" w:cs="Arial"/>
          <w:sz w:val="22"/>
          <w:szCs w:val="22"/>
          <w:lang w:val="mn-MN"/>
        </w:rPr>
        <w:t xml:space="preserve"> НelpAge</w:t>
      </w:r>
      <w:r w:rsidRPr="00E553C9">
        <w:rPr>
          <w:rStyle w:val="Strong"/>
          <w:rFonts w:ascii="Arial" w:hAnsi="Arial" w:cs="Arial"/>
          <w:b w:val="0"/>
          <w:bCs w:val="0"/>
          <w:sz w:val="22"/>
          <w:szCs w:val="22"/>
          <w:lang w:val="mn-MN"/>
        </w:rPr>
        <w:t xml:space="preserve"> </w:t>
      </w:r>
      <w:r w:rsidRPr="00E553C9">
        <w:rPr>
          <w:rFonts w:ascii="Arial" w:hAnsi="Arial" w:cs="Arial"/>
          <w:sz w:val="22"/>
          <w:szCs w:val="22"/>
          <w:lang w:val="mn-MN"/>
        </w:rPr>
        <w:t xml:space="preserve">байгууллагын </w:t>
      </w:r>
      <w:r w:rsidRPr="00E553C9">
        <w:rPr>
          <w:rStyle w:val="Strong"/>
          <w:rFonts w:ascii="Arial" w:hAnsi="Arial" w:cs="Arial"/>
          <w:b w:val="0"/>
          <w:bCs w:val="0"/>
          <w:sz w:val="22"/>
          <w:szCs w:val="22"/>
          <w:lang w:val="mn-MN"/>
        </w:rPr>
        <w:t>Вира Тум</w:t>
      </w:r>
      <w:r w:rsidRPr="00E553C9">
        <w:rPr>
          <w:rFonts w:ascii="Arial" w:hAnsi="Arial" w:cs="Arial"/>
          <w:sz w:val="22"/>
          <w:szCs w:val="22"/>
          <w:lang w:val="mn-MN"/>
        </w:rPr>
        <w:t xml:space="preserve"> санаачилгыг удирдаж, </w:t>
      </w:r>
      <w:r w:rsidRPr="00E553C9">
        <w:rPr>
          <w:rStyle w:val="Strong"/>
          <w:rFonts w:ascii="Arial" w:hAnsi="Arial" w:cs="Arial"/>
          <w:b w:val="0"/>
          <w:bCs w:val="0"/>
          <w:sz w:val="22"/>
          <w:szCs w:val="22"/>
          <w:lang w:val="mn-MN"/>
        </w:rPr>
        <w:t>Бунрет Вон, Каквейдонтрей Пич</w:t>
      </w:r>
      <w:r w:rsidRPr="00E553C9">
        <w:rPr>
          <w:rFonts w:ascii="Arial" w:hAnsi="Arial" w:cs="Arial"/>
          <w:sz w:val="22"/>
          <w:szCs w:val="22"/>
          <w:lang w:val="mn-MN"/>
        </w:rPr>
        <w:t xml:space="preserve"> нарын баг дэмжлэг үзүүлэн ажилласан. Энэтхэг улсад </w:t>
      </w:r>
      <w:r w:rsidRPr="00E553C9">
        <w:rPr>
          <w:rStyle w:val="Strong"/>
          <w:rFonts w:ascii="Arial" w:hAnsi="Arial" w:cs="Arial"/>
          <w:b w:val="0"/>
          <w:bCs w:val="0"/>
          <w:sz w:val="22"/>
          <w:szCs w:val="22"/>
          <w:lang w:val="mn-MN"/>
        </w:rPr>
        <w:t>Анупама Датта, Халинг Нгамфундар</w:t>
      </w:r>
      <w:r w:rsidRPr="00E553C9">
        <w:rPr>
          <w:rFonts w:ascii="Arial" w:hAnsi="Arial" w:cs="Arial"/>
          <w:sz w:val="22"/>
          <w:szCs w:val="22"/>
          <w:lang w:val="mn-MN"/>
        </w:rPr>
        <w:t xml:space="preserve"> нар Энэтхэг улс дах </w:t>
      </w:r>
      <w:r w:rsidRPr="00E553C9">
        <w:rPr>
          <w:rStyle w:val="Strong"/>
          <w:rFonts w:ascii="Arial" w:hAnsi="Arial" w:cs="Arial"/>
          <w:b w:val="0"/>
          <w:bCs w:val="0"/>
          <w:sz w:val="22"/>
          <w:szCs w:val="22"/>
          <w:lang w:val="mn-MN"/>
        </w:rPr>
        <w:t>Help Age</w:t>
      </w:r>
      <w:r w:rsidRPr="00E553C9">
        <w:rPr>
          <w:rStyle w:val="Strong"/>
          <w:rFonts w:ascii="Arial" w:hAnsi="Arial" w:cs="Arial"/>
          <w:sz w:val="22"/>
          <w:szCs w:val="22"/>
          <w:lang w:val="mn-MN"/>
        </w:rPr>
        <w:t xml:space="preserve"> </w:t>
      </w:r>
      <w:r w:rsidRPr="00E553C9">
        <w:rPr>
          <w:rFonts w:ascii="Arial" w:hAnsi="Arial" w:cs="Arial"/>
          <w:sz w:val="22"/>
          <w:szCs w:val="22"/>
          <w:lang w:val="mn-MN"/>
        </w:rPr>
        <w:t xml:space="preserve">байгууллагын </w:t>
      </w:r>
      <w:r w:rsidRPr="00E553C9">
        <w:rPr>
          <w:rStyle w:val="Strong"/>
          <w:rFonts w:ascii="Arial" w:hAnsi="Arial" w:cs="Arial"/>
          <w:b w:val="0"/>
          <w:bCs w:val="0"/>
          <w:sz w:val="22"/>
          <w:szCs w:val="22"/>
          <w:lang w:val="mn-MN"/>
        </w:rPr>
        <w:t xml:space="preserve">Рохит Прасадын </w:t>
      </w:r>
      <w:r w:rsidRPr="00E553C9">
        <w:rPr>
          <w:rFonts w:ascii="Arial" w:hAnsi="Arial" w:cs="Arial"/>
          <w:sz w:val="22"/>
          <w:szCs w:val="22"/>
          <w:lang w:val="mn-MN"/>
        </w:rPr>
        <w:t xml:space="preserve">удирдлага дор санаачилгыг хэрэгжүүлсэн. Вьетнам улсад </w:t>
      </w:r>
      <w:r w:rsidRPr="00E553C9">
        <w:rPr>
          <w:rStyle w:val="Strong"/>
          <w:rFonts w:ascii="Arial" w:hAnsi="Arial" w:cs="Arial"/>
          <w:b w:val="0"/>
          <w:bCs w:val="0"/>
          <w:sz w:val="22"/>
          <w:szCs w:val="22"/>
          <w:lang w:val="mn-MN"/>
        </w:rPr>
        <w:t>Вьетнам дахь HelpAge олон улсын</w:t>
      </w:r>
      <w:r w:rsidRPr="00E553C9">
        <w:rPr>
          <w:rFonts w:ascii="Arial" w:hAnsi="Arial" w:cs="Arial"/>
          <w:sz w:val="22"/>
          <w:szCs w:val="22"/>
          <w:lang w:val="mn-MN"/>
        </w:rPr>
        <w:t xml:space="preserve"> болон </w:t>
      </w:r>
      <w:r w:rsidRPr="00E553C9">
        <w:rPr>
          <w:rStyle w:val="Strong"/>
          <w:rFonts w:ascii="Arial" w:hAnsi="Arial" w:cs="Arial"/>
          <w:b w:val="0"/>
          <w:bCs w:val="0"/>
          <w:sz w:val="22"/>
          <w:szCs w:val="22"/>
          <w:lang w:val="mn-MN"/>
        </w:rPr>
        <w:t>VIOBA</w:t>
      </w:r>
      <w:r w:rsidRPr="00E553C9">
        <w:rPr>
          <w:rStyle w:val="Strong"/>
          <w:rFonts w:ascii="Arial" w:hAnsi="Arial" w:cs="Arial"/>
          <w:sz w:val="22"/>
          <w:szCs w:val="22"/>
          <w:lang w:val="mn-MN"/>
        </w:rPr>
        <w:t xml:space="preserve"> </w:t>
      </w:r>
      <w:r w:rsidRPr="00E553C9">
        <w:rPr>
          <w:rStyle w:val="Strong"/>
          <w:rFonts w:ascii="Arial" w:hAnsi="Arial" w:cs="Arial"/>
          <w:b w:val="0"/>
          <w:bCs w:val="0"/>
          <w:sz w:val="22"/>
          <w:szCs w:val="22"/>
          <w:lang w:val="mn-MN"/>
        </w:rPr>
        <w:t xml:space="preserve">нийгмийн </w:t>
      </w:r>
      <w:r w:rsidRPr="00E553C9">
        <w:rPr>
          <w:rFonts w:ascii="Arial" w:hAnsi="Arial" w:cs="Arial"/>
          <w:sz w:val="22"/>
          <w:szCs w:val="22"/>
          <w:lang w:val="mn-MN"/>
        </w:rPr>
        <w:t xml:space="preserve">байгууллагын </w:t>
      </w:r>
      <w:r w:rsidRPr="00E553C9">
        <w:rPr>
          <w:rStyle w:val="Strong"/>
          <w:rFonts w:ascii="Arial" w:hAnsi="Arial" w:cs="Arial"/>
          <w:b w:val="0"/>
          <w:bCs w:val="0"/>
          <w:sz w:val="22"/>
          <w:szCs w:val="22"/>
          <w:lang w:val="mn-MN"/>
        </w:rPr>
        <w:t>Туй Бич Чан</w:t>
      </w:r>
      <w:r w:rsidRPr="00E553C9">
        <w:rPr>
          <w:rFonts w:ascii="Arial" w:hAnsi="Arial" w:cs="Arial"/>
          <w:sz w:val="22"/>
          <w:szCs w:val="22"/>
          <w:lang w:val="mn-MN"/>
        </w:rPr>
        <w:t xml:space="preserve">ын удирдлага дор </w:t>
      </w:r>
      <w:r w:rsidRPr="00E553C9">
        <w:rPr>
          <w:rStyle w:val="Strong"/>
          <w:rFonts w:ascii="Arial" w:hAnsi="Arial" w:cs="Arial"/>
          <w:b w:val="0"/>
          <w:bCs w:val="0"/>
          <w:sz w:val="22"/>
          <w:szCs w:val="22"/>
          <w:lang w:val="mn-MN"/>
        </w:rPr>
        <w:t>Минь Дык Ле</w:t>
      </w:r>
      <w:r w:rsidRPr="00E553C9">
        <w:rPr>
          <w:rFonts w:ascii="Arial" w:hAnsi="Arial" w:cs="Arial"/>
          <w:b/>
          <w:bCs/>
          <w:sz w:val="22"/>
          <w:szCs w:val="22"/>
          <w:lang w:val="mn-MN"/>
        </w:rPr>
        <w:t xml:space="preserve"> </w:t>
      </w:r>
      <w:r w:rsidRPr="00E553C9">
        <w:rPr>
          <w:rFonts w:ascii="Arial" w:hAnsi="Arial" w:cs="Arial"/>
          <w:sz w:val="22"/>
          <w:szCs w:val="22"/>
          <w:lang w:val="mn-MN"/>
        </w:rPr>
        <w:t>санаачилгыг удирдсан. Бак Нинь мужийн Ахмадын холбоо нь Үе хоорондын Өөртөө-туслах клубүүдтэй хамтран олон нийтийн туршилтын сургалтыг зохион байгуулахад дэмжлэг үзүүлсэн.</w:t>
      </w:r>
    </w:p>
    <w:p w14:paraId="0E3F95AE" w14:textId="77777777" w:rsidR="008263D6" w:rsidRPr="00E553C9" w:rsidRDefault="00C00878" w:rsidP="00E553C9">
      <w:pPr>
        <w:jc w:val="both"/>
        <w:rPr>
          <w:rFonts w:cs="Arial"/>
          <w:sz w:val="22"/>
          <w:lang w:val="mn-MN"/>
        </w:rPr>
      </w:pPr>
      <w:r w:rsidRPr="00E553C9">
        <w:rPr>
          <w:rFonts w:cs="Arial"/>
          <w:sz w:val="22"/>
          <w:lang w:val="mn-MN"/>
        </w:rPr>
        <w:br w:type="page"/>
      </w:r>
    </w:p>
    <w:p w14:paraId="2FC640ED" w14:textId="77777777" w:rsidR="00EE68AD" w:rsidRPr="00E553C9" w:rsidRDefault="00EE68AD" w:rsidP="00EE68AD">
      <w:pPr>
        <w:pStyle w:val="Heading2"/>
        <w:rPr>
          <w:rFonts w:ascii="Arial" w:hAnsi="Arial" w:cs="Arial"/>
          <w:sz w:val="22"/>
          <w:szCs w:val="22"/>
          <w:lang w:val="mn-MN"/>
        </w:rPr>
      </w:pPr>
      <w:r w:rsidRPr="00E553C9">
        <w:rPr>
          <w:rFonts w:ascii="Arial" w:hAnsi="Arial" w:cs="Arial"/>
          <w:sz w:val="22"/>
          <w:szCs w:val="22"/>
          <w:lang w:val="mn-MN"/>
        </w:rPr>
        <w:lastRenderedPageBreak/>
        <w:t>Агуулга</w:t>
      </w:r>
    </w:p>
    <w:p w14:paraId="63B59970" w14:textId="77777777" w:rsidR="00EE68AD" w:rsidRPr="00E553C9" w:rsidRDefault="00EE68AD" w:rsidP="00EE68AD">
      <w:pPr>
        <w:pStyle w:val="Heading3"/>
        <w:rPr>
          <w:rFonts w:ascii="Arial" w:hAnsi="Arial" w:cs="Arial"/>
          <w:sz w:val="22"/>
          <w:lang w:val="mn-MN"/>
        </w:rPr>
      </w:pPr>
      <w:bookmarkStart w:id="0" w:name="р-хэсэг"/>
    </w:p>
    <w:p w14:paraId="48CC599E" w14:textId="77777777" w:rsidR="00EE68AD" w:rsidRPr="00E553C9" w:rsidRDefault="00EE68AD" w:rsidP="00EE68AD">
      <w:pPr>
        <w:pStyle w:val="Heading3"/>
        <w:rPr>
          <w:rFonts w:ascii="Arial" w:hAnsi="Arial" w:cs="Arial"/>
          <w:sz w:val="22"/>
          <w:lang w:val="mn-MN"/>
        </w:rPr>
      </w:pPr>
      <w:r w:rsidRPr="00E553C9">
        <w:rPr>
          <w:rFonts w:ascii="Arial" w:hAnsi="Arial" w:cs="Arial"/>
          <w:sz w:val="22"/>
          <w:lang w:val="mn-MN"/>
        </w:rPr>
        <w:t>Бүлэг 1</w:t>
      </w:r>
    </w:p>
    <w:p w14:paraId="6296ECDF" w14:textId="77777777" w:rsidR="00EE68AD" w:rsidRPr="00E553C9" w:rsidRDefault="00EE68AD" w:rsidP="00EE68AD">
      <w:pPr>
        <w:pStyle w:val="FirstParagraph"/>
        <w:rPr>
          <w:rFonts w:ascii="Arial" w:hAnsi="Arial" w:cs="Arial"/>
          <w:sz w:val="22"/>
          <w:szCs w:val="22"/>
          <w:lang w:val="mn-MN"/>
        </w:rPr>
      </w:pPr>
      <w:r w:rsidRPr="00E553C9">
        <w:rPr>
          <w:rFonts w:ascii="Arial" w:hAnsi="Arial" w:cs="Arial"/>
          <w:b/>
          <w:bCs/>
          <w:sz w:val="22"/>
          <w:szCs w:val="22"/>
          <w:lang w:val="mn-MN"/>
        </w:rPr>
        <w:t>Ухаалаг утас болон интернетийг ашиглаж эхлэх</w:t>
      </w:r>
    </w:p>
    <w:p w14:paraId="530A051F" w14:textId="77777777" w:rsidR="00EE68AD" w:rsidRPr="00E553C9" w:rsidRDefault="00EE68AD" w:rsidP="00EE68AD">
      <w:pPr>
        <w:pStyle w:val="Heading3"/>
        <w:rPr>
          <w:rFonts w:ascii="Arial" w:hAnsi="Arial" w:cs="Arial"/>
          <w:sz w:val="22"/>
          <w:lang w:val="mn-MN"/>
        </w:rPr>
      </w:pPr>
      <w:bookmarkStart w:id="1" w:name="р-хэсэг-1"/>
      <w:bookmarkEnd w:id="0"/>
    </w:p>
    <w:p w14:paraId="4273557F" w14:textId="77777777" w:rsidR="00EE68AD" w:rsidRPr="00E553C9" w:rsidRDefault="00EE68AD" w:rsidP="00EE68AD">
      <w:pPr>
        <w:pStyle w:val="Heading3"/>
        <w:rPr>
          <w:rFonts w:ascii="Arial" w:hAnsi="Arial" w:cs="Arial"/>
          <w:sz w:val="22"/>
          <w:lang w:val="mn-MN"/>
        </w:rPr>
      </w:pPr>
      <w:r w:rsidRPr="00E553C9">
        <w:rPr>
          <w:rFonts w:ascii="Arial" w:hAnsi="Arial" w:cs="Arial"/>
          <w:sz w:val="22"/>
          <w:lang w:val="mn-MN"/>
        </w:rPr>
        <w:t>Бүлэг 2</w:t>
      </w:r>
    </w:p>
    <w:p w14:paraId="5DA3BDCE" w14:textId="77777777" w:rsidR="00EE68AD" w:rsidRPr="00E553C9" w:rsidRDefault="00EE68AD" w:rsidP="00EE68AD">
      <w:pPr>
        <w:pStyle w:val="FirstParagraph"/>
        <w:rPr>
          <w:rFonts w:ascii="Arial" w:hAnsi="Arial" w:cs="Arial"/>
          <w:sz w:val="22"/>
          <w:szCs w:val="22"/>
          <w:lang w:val="mn-MN"/>
        </w:rPr>
      </w:pPr>
      <w:r w:rsidRPr="00E553C9">
        <w:rPr>
          <w:rFonts w:ascii="Arial" w:hAnsi="Arial" w:cs="Arial"/>
          <w:b/>
          <w:bCs/>
          <w:sz w:val="22"/>
          <w:szCs w:val="22"/>
          <w:lang w:val="mn-MN"/>
        </w:rPr>
        <w:t>Сошиал медиа болон харилцааны ур чадвар</w:t>
      </w:r>
    </w:p>
    <w:p w14:paraId="6DB56B6A" w14:textId="77777777" w:rsidR="00EE68AD" w:rsidRPr="00E553C9" w:rsidRDefault="00EE68AD" w:rsidP="00EE68AD">
      <w:pPr>
        <w:pStyle w:val="Heading3"/>
        <w:rPr>
          <w:rFonts w:ascii="Arial" w:hAnsi="Arial" w:cs="Arial"/>
          <w:sz w:val="22"/>
          <w:lang w:val="mn-MN"/>
        </w:rPr>
      </w:pPr>
      <w:bookmarkStart w:id="2" w:name="р-хэсэг-2"/>
      <w:bookmarkEnd w:id="1"/>
    </w:p>
    <w:p w14:paraId="63E6AAB5" w14:textId="77777777" w:rsidR="00EE68AD" w:rsidRPr="00E553C9" w:rsidRDefault="00EE68AD" w:rsidP="00EE68AD">
      <w:pPr>
        <w:pStyle w:val="Heading3"/>
        <w:rPr>
          <w:rFonts w:ascii="Arial" w:hAnsi="Arial" w:cs="Arial"/>
          <w:sz w:val="22"/>
          <w:lang w:val="mn-MN"/>
        </w:rPr>
      </w:pPr>
      <w:r w:rsidRPr="00E553C9">
        <w:rPr>
          <w:rFonts w:ascii="Arial" w:hAnsi="Arial" w:cs="Arial"/>
          <w:sz w:val="22"/>
          <w:lang w:val="mn-MN"/>
        </w:rPr>
        <w:t>Бүлэг 3</w:t>
      </w:r>
    </w:p>
    <w:p w14:paraId="232FBC7F" w14:textId="77777777" w:rsidR="00EE68AD" w:rsidRPr="00E553C9" w:rsidRDefault="00EE68AD" w:rsidP="00EE68AD">
      <w:pPr>
        <w:pStyle w:val="FirstParagraph"/>
        <w:rPr>
          <w:rFonts w:ascii="Arial" w:hAnsi="Arial" w:cs="Arial"/>
          <w:sz w:val="22"/>
          <w:szCs w:val="22"/>
          <w:lang w:val="mn-MN"/>
        </w:rPr>
      </w:pPr>
      <w:r w:rsidRPr="00E553C9">
        <w:rPr>
          <w:rFonts w:ascii="Arial" w:hAnsi="Arial" w:cs="Arial"/>
          <w:b/>
          <w:bCs/>
          <w:sz w:val="22"/>
          <w:szCs w:val="22"/>
          <w:lang w:val="mn-MN"/>
        </w:rPr>
        <w:t>Мэдээлэл хайх ур чадвар –аюулгүй, үр дүнтэй мэдээлэл хайх</w:t>
      </w:r>
    </w:p>
    <w:p w14:paraId="795F0656" w14:textId="77777777" w:rsidR="00EE68AD" w:rsidRPr="00E553C9" w:rsidRDefault="00EE68AD" w:rsidP="00EE68AD">
      <w:pPr>
        <w:pStyle w:val="Heading3"/>
        <w:rPr>
          <w:rFonts w:ascii="Arial" w:hAnsi="Arial" w:cs="Arial"/>
          <w:sz w:val="22"/>
          <w:lang w:val="mn-MN"/>
        </w:rPr>
      </w:pPr>
      <w:bookmarkStart w:id="3" w:name="р-хэсэг-3"/>
      <w:bookmarkEnd w:id="2"/>
    </w:p>
    <w:p w14:paraId="4D8305E8" w14:textId="77777777" w:rsidR="00EE68AD" w:rsidRPr="00E553C9" w:rsidRDefault="00EE68AD" w:rsidP="00EE68AD">
      <w:pPr>
        <w:pStyle w:val="Heading3"/>
        <w:rPr>
          <w:rFonts w:ascii="Arial" w:hAnsi="Arial" w:cs="Arial"/>
          <w:sz w:val="22"/>
          <w:lang w:val="mn-MN"/>
        </w:rPr>
      </w:pPr>
      <w:r w:rsidRPr="00E553C9">
        <w:rPr>
          <w:rFonts w:ascii="Arial" w:hAnsi="Arial" w:cs="Arial"/>
          <w:sz w:val="22"/>
          <w:lang w:val="mn-MN"/>
        </w:rPr>
        <w:t>Бүлэг 4</w:t>
      </w:r>
    </w:p>
    <w:p w14:paraId="36866814" w14:textId="77777777" w:rsidR="00EE68AD" w:rsidRPr="00E553C9" w:rsidRDefault="00EE68AD" w:rsidP="00EE68AD">
      <w:pPr>
        <w:pStyle w:val="FirstParagraph"/>
        <w:rPr>
          <w:rFonts w:ascii="Arial" w:hAnsi="Arial" w:cs="Arial"/>
          <w:sz w:val="22"/>
          <w:szCs w:val="22"/>
          <w:lang w:val="mn-MN"/>
        </w:rPr>
      </w:pPr>
      <w:r w:rsidRPr="00E553C9">
        <w:rPr>
          <w:rFonts w:ascii="Arial" w:hAnsi="Arial" w:cs="Arial"/>
          <w:b/>
          <w:bCs/>
          <w:sz w:val="22"/>
          <w:szCs w:val="22"/>
          <w:lang w:val="mn-MN"/>
        </w:rPr>
        <w:t>Аюулгүй байдал болон нууцлалын ур чадвар</w:t>
      </w:r>
    </w:p>
    <w:bookmarkEnd w:id="3"/>
    <w:p w14:paraId="5D539617" w14:textId="77777777" w:rsidR="00EE68AD" w:rsidRPr="00E553C9" w:rsidRDefault="00EE68AD" w:rsidP="00EE68AD">
      <w:pPr>
        <w:pStyle w:val="Heading3"/>
        <w:rPr>
          <w:rFonts w:ascii="Arial" w:hAnsi="Arial" w:cs="Arial"/>
          <w:sz w:val="22"/>
          <w:lang w:val="mn-MN"/>
        </w:rPr>
      </w:pPr>
    </w:p>
    <w:p w14:paraId="6AB1CD7D" w14:textId="77777777" w:rsidR="00EE68AD" w:rsidRPr="00E553C9" w:rsidRDefault="00EE68AD" w:rsidP="00EE68AD">
      <w:pPr>
        <w:pStyle w:val="Heading3"/>
        <w:rPr>
          <w:rFonts w:ascii="Arial" w:hAnsi="Arial" w:cs="Arial"/>
          <w:sz w:val="22"/>
          <w:lang w:val="mn-MN"/>
        </w:rPr>
      </w:pPr>
      <w:r w:rsidRPr="00E553C9">
        <w:rPr>
          <w:rFonts w:ascii="Arial" w:hAnsi="Arial" w:cs="Arial"/>
          <w:sz w:val="22"/>
          <w:lang w:val="mn-MN"/>
        </w:rPr>
        <w:t>Бүлэг 5</w:t>
      </w:r>
    </w:p>
    <w:p w14:paraId="42252C25" w14:textId="77777777" w:rsidR="00EE68AD" w:rsidRPr="00E553C9" w:rsidRDefault="00EE68AD" w:rsidP="00EE68AD">
      <w:pPr>
        <w:pStyle w:val="FirstParagraph"/>
        <w:rPr>
          <w:rFonts w:ascii="Arial" w:hAnsi="Arial" w:cs="Arial"/>
          <w:sz w:val="22"/>
          <w:szCs w:val="22"/>
          <w:lang w:val="mn-MN"/>
        </w:rPr>
      </w:pPr>
      <w:r w:rsidRPr="00E553C9">
        <w:rPr>
          <w:rFonts w:ascii="Arial" w:hAnsi="Arial" w:cs="Arial"/>
          <w:b/>
          <w:bCs/>
          <w:sz w:val="22"/>
          <w:szCs w:val="22"/>
          <w:lang w:val="mn-MN"/>
        </w:rPr>
        <w:t>Цахим үйлчилгээ болон аюулгүй гүйлгээ хийх ур чадвар</w:t>
      </w:r>
    </w:p>
    <w:p w14:paraId="271B6B53" w14:textId="77777777" w:rsidR="00EE68AD" w:rsidRPr="00E553C9" w:rsidRDefault="00EE68AD" w:rsidP="00EE68AD">
      <w:pPr>
        <w:rPr>
          <w:rFonts w:cs="Arial"/>
          <w:sz w:val="22"/>
          <w:lang w:val="mn-MN"/>
        </w:rPr>
      </w:pPr>
    </w:p>
    <w:p w14:paraId="54743A31" w14:textId="77777777" w:rsidR="00EE68AD" w:rsidRPr="00E553C9" w:rsidRDefault="00EE68AD">
      <w:pPr>
        <w:rPr>
          <w:rFonts w:cs="Arial"/>
          <w:b/>
          <w:sz w:val="22"/>
          <w:lang w:val="mn-MN"/>
        </w:rPr>
      </w:pPr>
    </w:p>
    <w:p w14:paraId="54CEFC82" w14:textId="77777777" w:rsidR="00EE68AD" w:rsidRPr="00E553C9" w:rsidRDefault="00EE68AD">
      <w:pPr>
        <w:rPr>
          <w:rFonts w:cs="Arial"/>
          <w:b/>
          <w:sz w:val="22"/>
          <w:lang w:val="mn-MN"/>
        </w:rPr>
      </w:pPr>
    </w:p>
    <w:p w14:paraId="2E270D66" w14:textId="77777777" w:rsidR="00EE68AD" w:rsidRPr="00E553C9" w:rsidRDefault="00EE68AD">
      <w:pPr>
        <w:rPr>
          <w:rFonts w:cs="Arial"/>
          <w:b/>
          <w:sz w:val="22"/>
          <w:lang w:val="mn-MN"/>
        </w:rPr>
      </w:pPr>
    </w:p>
    <w:p w14:paraId="64A77E05" w14:textId="77777777" w:rsidR="00EE68AD" w:rsidRPr="00E553C9" w:rsidRDefault="00EE68AD">
      <w:pPr>
        <w:rPr>
          <w:rFonts w:cs="Arial"/>
          <w:b/>
          <w:sz w:val="22"/>
          <w:lang w:val="mn-MN"/>
        </w:rPr>
      </w:pPr>
    </w:p>
    <w:p w14:paraId="25D2FC04" w14:textId="77777777" w:rsidR="00EE68AD" w:rsidRPr="00E553C9" w:rsidRDefault="00EE68AD">
      <w:pPr>
        <w:rPr>
          <w:rFonts w:cs="Arial"/>
          <w:b/>
          <w:sz w:val="22"/>
          <w:lang w:val="mn-MN"/>
        </w:rPr>
      </w:pPr>
    </w:p>
    <w:p w14:paraId="648222CD" w14:textId="77777777" w:rsidR="00EE68AD" w:rsidRPr="00E553C9" w:rsidRDefault="00EE68AD">
      <w:pPr>
        <w:rPr>
          <w:rFonts w:cs="Arial"/>
          <w:b/>
          <w:sz w:val="22"/>
          <w:lang w:val="mn-MN"/>
        </w:rPr>
      </w:pPr>
    </w:p>
    <w:p w14:paraId="5049636B" w14:textId="77777777" w:rsidR="00EE68AD" w:rsidRPr="00E553C9" w:rsidRDefault="00EE68AD">
      <w:pPr>
        <w:rPr>
          <w:rFonts w:cs="Arial"/>
          <w:b/>
          <w:sz w:val="22"/>
          <w:lang w:val="mn-MN"/>
        </w:rPr>
      </w:pPr>
    </w:p>
    <w:p w14:paraId="54D6568B" w14:textId="77777777" w:rsidR="00EE68AD" w:rsidRPr="00E553C9" w:rsidRDefault="00EE68AD">
      <w:pPr>
        <w:rPr>
          <w:rFonts w:cs="Arial"/>
          <w:b/>
          <w:sz w:val="22"/>
          <w:lang w:val="mn-MN"/>
        </w:rPr>
      </w:pPr>
    </w:p>
    <w:p w14:paraId="7CE28F07" w14:textId="77777777" w:rsidR="00EE68AD" w:rsidRPr="00E553C9" w:rsidRDefault="00EE68AD">
      <w:pPr>
        <w:rPr>
          <w:rFonts w:cs="Arial"/>
          <w:b/>
          <w:sz w:val="22"/>
          <w:lang w:val="mn-MN"/>
        </w:rPr>
      </w:pPr>
    </w:p>
    <w:p w14:paraId="069B1E7C" w14:textId="77777777" w:rsidR="00EE68AD" w:rsidRPr="00E553C9" w:rsidRDefault="00EE68AD">
      <w:pPr>
        <w:rPr>
          <w:rFonts w:cs="Arial"/>
          <w:b/>
          <w:sz w:val="22"/>
          <w:lang w:val="mn-MN"/>
        </w:rPr>
      </w:pPr>
    </w:p>
    <w:p w14:paraId="2FC2CC00" w14:textId="77777777" w:rsidR="00EE68AD" w:rsidRPr="00E553C9" w:rsidRDefault="00EE68AD">
      <w:pPr>
        <w:rPr>
          <w:rFonts w:cs="Arial"/>
          <w:b/>
          <w:sz w:val="22"/>
          <w:lang w:val="mn-MN"/>
        </w:rPr>
      </w:pPr>
    </w:p>
    <w:p w14:paraId="5B87EBAE" w14:textId="77777777" w:rsidR="00EE68AD" w:rsidRPr="00E553C9" w:rsidRDefault="00EE68AD">
      <w:pPr>
        <w:rPr>
          <w:rFonts w:cs="Arial"/>
          <w:b/>
          <w:sz w:val="22"/>
          <w:lang w:val="mn-MN"/>
        </w:rPr>
      </w:pPr>
    </w:p>
    <w:p w14:paraId="4ED8CF61" w14:textId="77777777" w:rsidR="00EE68AD" w:rsidRPr="00E553C9" w:rsidRDefault="00EE68AD">
      <w:pPr>
        <w:rPr>
          <w:rFonts w:cs="Arial"/>
          <w:b/>
          <w:sz w:val="22"/>
          <w:lang w:val="mn-MN"/>
        </w:rPr>
      </w:pPr>
    </w:p>
    <w:p w14:paraId="6F3EC552" w14:textId="08696874" w:rsidR="008263D6" w:rsidRPr="00E553C9" w:rsidRDefault="001A6D64">
      <w:pPr>
        <w:rPr>
          <w:rFonts w:cs="Arial"/>
          <w:color w:val="548DD4" w:themeColor="text2" w:themeTint="99"/>
          <w:sz w:val="28"/>
          <w:szCs w:val="28"/>
          <w:lang w:val="mn-MN"/>
        </w:rPr>
      </w:pPr>
      <w:r w:rsidRPr="00E553C9">
        <w:rPr>
          <w:rFonts w:cs="Arial"/>
          <w:b/>
          <w:color w:val="548DD4" w:themeColor="text2" w:themeTint="99"/>
          <w:sz w:val="28"/>
          <w:szCs w:val="28"/>
          <w:lang w:val="mn-MN"/>
        </w:rPr>
        <w:t>БҮЛЭГ 1</w:t>
      </w:r>
    </w:p>
    <w:p w14:paraId="5624CAE1" w14:textId="77777777" w:rsidR="008263D6" w:rsidRPr="00E553C9" w:rsidRDefault="00C00878" w:rsidP="001A6D64">
      <w:pPr>
        <w:pBdr>
          <w:bottom w:val="single" w:sz="4" w:space="1" w:color="auto"/>
        </w:pBdr>
        <w:spacing w:after="100"/>
        <w:rPr>
          <w:rFonts w:cs="Arial"/>
          <w:color w:val="548DD4" w:themeColor="text2" w:themeTint="99"/>
          <w:sz w:val="28"/>
          <w:szCs w:val="28"/>
          <w:lang w:val="mn-MN"/>
        </w:rPr>
      </w:pPr>
      <w:r w:rsidRPr="00E553C9">
        <w:rPr>
          <w:rFonts w:cs="Arial"/>
          <w:color w:val="548DD4" w:themeColor="text2" w:themeTint="99"/>
          <w:sz w:val="28"/>
          <w:szCs w:val="28"/>
          <w:lang w:val="mn-MN"/>
        </w:rPr>
        <w:t>Ухаалаг утас болон интернэт ашиглаж эхлэх</w:t>
      </w:r>
    </w:p>
    <w:p w14:paraId="5DC8E254" w14:textId="77777777" w:rsidR="001A6D64" w:rsidRPr="00E553C9" w:rsidRDefault="001A6D64">
      <w:pPr>
        <w:spacing w:after="100"/>
        <w:rPr>
          <w:rFonts w:cs="Arial"/>
          <w:sz w:val="22"/>
          <w:lang w:val="mn-MN"/>
        </w:rPr>
      </w:pPr>
    </w:p>
    <w:p w14:paraId="5C880FC0" w14:textId="500F59E6" w:rsidR="008263D6" w:rsidRPr="00E553C9" w:rsidRDefault="00C00878">
      <w:pPr>
        <w:spacing w:after="100"/>
        <w:rPr>
          <w:rFonts w:cs="Arial"/>
          <w:sz w:val="22"/>
          <w:lang w:val="mn-MN"/>
        </w:rPr>
      </w:pPr>
      <w:r w:rsidRPr="00E553C9">
        <w:rPr>
          <w:rFonts w:cs="Arial"/>
          <w:sz w:val="22"/>
          <w:lang w:val="mn-MN"/>
        </w:rPr>
        <w:t>Тавтай морил</w:t>
      </w:r>
      <w:r w:rsidR="007A5A08" w:rsidRPr="00E553C9">
        <w:rPr>
          <w:rFonts w:cs="Arial"/>
          <w:sz w:val="22"/>
          <w:lang w:val="mn-MN"/>
        </w:rPr>
        <w:t>но уу</w:t>
      </w:r>
      <w:r w:rsidRPr="00E553C9">
        <w:rPr>
          <w:rFonts w:cs="Arial"/>
          <w:sz w:val="22"/>
          <w:lang w:val="mn-MN"/>
        </w:rPr>
        <w:t>!</w:t>
      </w:r>
    </w:p>
    <w:p w14:paraId="6AD115CF" w14:textId="4A0B49C9" w:rsidR="008263D6" w:rsidRPr="00E553C9" w:rsidRDefault="00C00878">
      <w:pPr>
        <w:spacing w:after="100"/>
        <w:rPr>
          <w:rFonts w:cs="Arial"/>
          <w:sz w:val="22"/>
          <w:lang w:val="mn-MN"/>
        </w:rPr>
      </w:pPr>
      <w:r w:rsidRPr="00E553C9">
        <w:rPr>
          <w:rFonts w:cs="Arial"/>
          <w:sz w:val="22"/>
          <w:lang w:val="mn-MN"/>
        </w:rPr>
        <w:t xml:space="preserve">Өнөөгийн </w:t>
      </w:r>
      <w:r w:rsidR="001A6D64" w:rsidRPr="00E553C9">
        <w:rPr>
          <w:rFonts w:cs="Arial"/>
          <w:sz w:val="22"/>
          <w:lang w:val="mn-MN"/>
        </w:rPr>
        <w:t>цахим</w:t>
      </w:r>
      <w:r w:rsidRPr="00E553C9">
        <w:rPr>
          <w:rFonts w:cs="Arial"/>
          <w:sz w:val="22"/>
          <w:lang w:val="mn-MN"/>
        </w:rPr>
        <w:t xml:space="preserve"> ертөнцөд ухаалаг утас нь гэр бүл, найз нөхөдтэйгөө холбоотой байх, мэдээлэл хайх, шинэ боломжуудыг нээх боломжийг бидэнд олгодог.</w:t>
      </w:r>
    </w:p>
    <w:p w14:paraId="723E96F7" w14:textId="77777777" w:rsidR="008263D6" w:rsidRPr="00E553C9" w:rsidRDefault="00C00878">
      <w:pPr>
        <w:spacing w:after="100"/>
        <w:rPr>
          <w:rFonts w:cs="Arial"/>
          <w:sz w:val="22"/>
          <w:lang w:val="mn-MN"/>
        </w:rPr>
      </w:pPr>
      <w:r w:rsidRPr="00E553C9">
        <w:rPr>
          <w:rFonts w:cs="Arial"/>
          <w:sz w:val="22"/>
          <w:lang w:val="mn-MN"/>
        </w:rPr>
        <w:t>Та Android утас эсвэл iPhone ашигладаг эсэхээс үл хамааран энэхүү гарын авлага танд алхам алхмаар туслах болно.</w:t>
      </w:r>
    </w:p>
    <w:p w14:paraId="663269CE" w14:textId="77777777" w:rsidR="008263D6" w:rsidRPr="00E553C9" w:rsidRDefault="00C00878">
      <w:pPr>
        <w:rPr>
          <w:rFonts w:cs="Arial"/>
          <w:sz w:val="22"/>
          <w:lang w:val="mn-MN"/>
        </w:rPr>
      </w:pPr>
      <w:r w:rsidRPr="00E553C9">
        <w:rPr>
          <w:rFonts w:cs="Arial"/>
          <w:sz w:val="22"/>
          <w:lang w:val="mn-MN"/>
        </w:rPr>
        <w:br w:type="page"/>
      </w:r>
    </w:p>
    <w:p w14:paraId="2C577F9E" w14:textId="77777777" w:rsidR="00FF2785" w:rsidRPr="00E553C9" w:rsidRDefault="00FF2785">
      <w:pPr>
        <w:rPr>
          <w:rFonts w:cs="Arial"/>
          <w:b/>
          <w:sz w:val="22"/>
          <w:lang w:val="mn-MN"/>
        </w:rPr>
      </w:pPr>
    </w:p>
    <w:p w14:paraId="3711E937" w14:textId="134A8185" w:rsidR="008263D6" w:rsidRPr="00E553C9" w:rsidRDefault="00C00878">
      <w:pPr>
        <w:rPr>
          <w:rFonts w:cs="Arial"/>
          <w:sz w:val="22"/>
          <w:lang w:val="mn-MN"/>
        </w:rPr>
      </w:pPr>
      <w:r w:rsidRPr="00E553C9">
        <w:rPr>
          <w:rFonts w:cs="Arial"/>
          <w:b/>
          <w:sz w:val="22"/>
          <w:lang w:val="mn-MN"/>
        </w:rPr>
        <w:t>Ухаалаг утас гэж юу вэ?</w:t>
      </w:r>
    </w:p>
    <w:p w14:paraId="452CB39A" w14:textId="61BE4DEB" w:rsidR="008263D6" w:rsidRPr="00E553C9" w:rsidRDefault="00C00878">
      <w:pPr>
        <w:spacing w:after="100"/>
        <w:rPr>
          <w:rFonts w:cs="Arial"/>
          <w:sz w:val="22"/>
          <w:lang w:val="mn-MN"/>
        </w:rPr>
      </w:pPr>
      <w:r w:rsidRPr="00E553C9">
        <w:rPr>
          <w:rFonts w:cs="Arial"/>
          <w:sz w:val="22"/>
          <w:lang w:val="mn-MN"/>
        </w:rPr>
        <w:t xml:space="preserve">Ухаалаг утас нь жижиг компьютертэй адил ажилладаг зөөврийн төхөөрөмж юм. </w:t>
      </w:r>
      <w:r w:rsidR="007A5A08" w:rsidRPr="00E553C9">
        <w:rPr>
          <w:rFonts w:cs="Arial"/>
          <w:sz w:val="22"/>
          <w:lang w:val="mn-MN"/>
        </w:rPr>
        <w:t>Д</w:t>
      </w:r>
      <w:r w:rsidRPr="00E553C9">
        <w:rPr>
          <w:rFonts w:cs="Arial"/>
          <w:sz w:val="22"/>
          <w:lang w:val="mn-MN"/>
        </w:rPr>
        <w:t>уудлага хийх, мессеж илгээх, зураг авах, интернэтэд холбогдох, мөн олон төрлийн аппликэйшн (утсан дээрх программ) ашиглах боломжтой.</w:t>
      </w:r>
    </w:p>
    <w:p w14:paraId="5EF305DE" w14:textId="77777777" w:rsidR="008263D6" w:rsidRPr="00E553C9" w:rsidRDefault="00C00878">
      <w:pPr>
        <w:spacing w:after="100"/>
        <w:rPr>
          <w:rFonts w:cs="Arial"/>
          <w:sz w:val="22"/>
          <w:lang w:val="mn-MN"/>
        </w:rPr>
      </w:pPr>
      <w:r w:rsidRPr="00E553C9">
        <w:rPr>
          <w:rFonts w:cs="Arial"/>
          <w:sz w:val="22"/>
          <w:lang w:val="mn-MN"/>
        </w:rPr>
        <w:t>1. Ухаалаг утасны үйлдлийн системийн төрлүүд</w:t>
      </w:r>
    </w:p>
    <w:p w14:paraId="6F1C8426" w14:textId="268F3E0B" w:rsidR="001A6D64" w:rsidRPr="00E553C9" w:rsidRDefault="001A6D64" w:rsidP="001A6D64">
      <w:pPr>
        <w:spacing w:after="100"/>
        <w:rPr>
          <w:rFonts w:cs="Arial"/>
          <w:sz w:val="22"/>
          <w:lang w:val="mn-MN"/>
        </w:rPr>
      </w:pPr>
      <w:r w:rsidRPr="00E553C9">
        <w:rPr>
          <w:rFonts w:cs="Arial"/>
          <w:sz w:val="22"/>
          <w:lang w:val="mn-MN"/>
        </w:rPr>
        <w:t>Ухаалаг утаснууд өөр өөр үйлдлийн систем дээр ажилладаг. Хамгийн өргөн хэрэглэгддэг хоёр үйлдлийн систем байдаг.</w:t>
      </w:r>
    </w:p>
    <w:p w14:paraId="2C34F735" w14:textId="091DF636" w:rsidR="008263D6" w:rsidRPr="00E553C9" w:rsidRDefault="00C00878">
      <w:pPr>
        <w:spacing w:after="100"/>
        <w:rPr>
          <w:rFonts w:cs="Arial"/>
          <w:sz w:val="22"/>
          <w:lang w:val="mn-MN"/>
        </w:rPr>
      </w:pPr>
      <w:r w:rsidRPr="00E553C9">
        <w:rPr>
          <w:rFonts w:cs="Arial"/>
          <w:sz w:val="22"/>
          <w:lang w:val="mn-MN"/>
        </w:rPr>
        <w:t xml:space="preserve">1.1. Android </w:t>
      </w:r>
      <w:r w:rsidR="001A6D64" w:rsidRPr="00E553C9">
        <w:rPr>
          <w:rFonts w:cs="Arial"/>
          <w:sz w:val="22"/>
          <w:lang w:val="mn-MN"/>
        </w:rPr>
        <w:t xml:space="preserve">гар </w:t>
      </w:r>
      <w:r w:rsidRPr="00E553C9">
        <w:rPr>
          <w:rFonts w:cs="Arial"/>
          <w:sz w:val="22"/>
          <w:lang w:val="mn-MN"/>
        </w:rPr>
        <w:t>утас</w:t>
      </w:r>
    </w:p>
    <w:p w14:paraId="06FC72C4" w14:textId="6EB5F311" w:rsidR="008263D6" w:rsidRPr="00E553C9" w:rsidRDefault="00C00878">
      <w:pPr>
        <w:spacing w:after="100"/>
        <w:rPr>
          <w:rFonts w:cs="Arial"/>
          <w:sz w:val="22"/>
          <w:lang w:val="mn-MN"/>
        </w:rPr>
      </w:pPr>
      <w:r w:rsidRPr="00E553C9">
        <w:rPr>
          <w:rFonts w:cs="Arial"/>
          <w:sz w:val="22"/>
          <w:lang w:val="mn-MN"/>
        </w:rPr>
        <w:t>Samsung, OPPO, Xiaomi, Vivo зэрэг брэндүүд ашигладаг. Эдгээр ухаалаг утас нь Gmail, Google Maps, YouTube зэрэг Google-ийн үйлчилгээнүүдтэй нийц</w:t>
      </w:r>
      <w:r w:rsidR="008B180F" w:rsidRPr="00E553C9">
        <w:rPr>
          <w:rFonts w:cs="Arial"/>
          <w:sz w:val="22"/>
          <w:lang w:val="mn-MN"/>
        </w:rPr>
        <w:t>тэй ажилладаг</w:t>
      </w:r>
      <w:r w:rsidRPr="00E553C9">
        <w:rPr>
          <w:rFonts w:cs="Arial"/>
          <w:sz w:val="22"/>
          <w:lang w:val="mn-MN"/>
        </w:rPr>
        <w:t>. Аппликэйшнийг Google Play Store-оос татаж авч болно.</w:t>
      </w:r>
    </w:p>
    <w:p w14:paraId="0CB00C3D" w14:textId="2F8CAEA8" w:rsidR="001A6D64" w:rsidRPr="00E553C9" w:rsidRDefault="008B180F">
      <w:pPr>
        <w:spacing w:after="100"/>
        <w:rPr>
          <w:rFonts w:cs="Arial"/>
          <w:sz w:val="22"/>
          <w:lang w:val="mn-MN"/>
        </w:rPr>
      </w:pPr>
      <w:r w:rsidRPr="00E553C9">
        <w:rPr>
          <w:rFonts w:cs="Arial"/>
          <w:sz w:val="22"/>
          <w:lang w:val="mn-MN"/>
        </w:rPr>
        <w:t>Google Play Store</w:t>
      </w:r>
    </w:p>
    <w:p w14:paraId="66D79490" w14:textId="77777777" w:rsidR="008B180F" w:rsidRPr="00E553C9" w:rsidRDefault="008B180F">
      <w:pPr>
        <w:spacing w:after="100"/>
        <w:rPr>
          <w:rFonts w:cs="Arial"/>
          <w:sz w:val="22"/>
          <w:lang w:val="mn-MN"/>
        </w:rPr>
      </w:pPr>
    </w:p>
    <w:p w14:paraId="1DCB79C2" w14:textId="77777777" w:rsidR="008263D6" w:rsidRPr="00E553C9" w:rsidRDefault="00C00878">
      <w:pPr>
        <w:spacing w:after="100"/>
        <w:rPr>
          <w:rFonts w:cs="Arial"/>
          <w:sz w:val="22"/>
          <w:lang w:val="mn-MN"/>
        </w:rPr>
      </w:pPr>
      <w:r w:rsidRPr="00E553C9">
        <w:rPr>
          <w:rFonts w:cs="Arial"/>
          <w:sz w:val="22"/>
          <w:lang w:val="mn-MN"/>
        </w:rPr>
        <w:t>1.2. iOS (iPhone буюу Apple төхөөрөмж)</w:t>
      </w:r>
    </w:p>
    <w:p w14:paraId="220AD5EE" w14:textId="49FA825F" w:rsidR="008263D6" w:rsidRPr="00E553C9" w:rsidRDefault="00C00878">
      <w:pPr>
        <w:spacing w:after="100"/>
        <w:rPr>
          <w:rFonts w:cs="Arial"/>
          <w:sz w:val="22"/>
          <w:lang w:val="mn-MN"/>
        </w:rPr>
      </w:pPr>
      <w:r w:rsidRPr="00E553C9">
        <w:rPr>
          <w:rFonts w:cs="Arial"/>
          <w:sz w:val="22"/>
          <w:lang w:val="mn-MN"/>
        </w:rPr>
        <w:t>Apple компани хөгжүүлсэн бөгөөд хэрэглэгчдэд ээлтэй онцлогуудаараа танигдсан. Аппликэйшнийг App Store-оос татаж авч, мэдээллийг iCloud ашиглан нөөцөлж болно.</w:t>
      </w:r>
    </w:p>
    <w:p w14:paraId="49083F28" w14:textId="132C5395" w:rsidR="008B180F" w:rsidRPr="00E553C9" w:rsidRDefault="00C00878" w:rsidP="00E553C9">
      <w:pPr>
        <w:spacing w:after="100"/>
        <w:rPr>
          <w:rFonts w:cs="Arial"/>
          <w:sz w:val="22"/>
          <w:lang w:val="mn-MN"/>
        </w:rPr>
      </w:pPr>
      <w:r w:rsidRPr="00E553C9">
        <w:rPr>
          <w:rFonts w:cs="Arial"/>
          <w:sz w:val="22"/>
          <w:lang w:val="mn-MN"/>
        </w:rPr>
        <w:t>App Store</w:t>
      </w:r>
    </w:p>
    <w:p w14:paraId="2CF020F0" w14:textId="77777777" w:rsidR="00E553C9" w:rsidRDefault="008B180F">
      <w:pPr>
        <w:rPr>
          <w:rFonts w:cs="Arial"/>
          <w:sz w:val="22"/>
          <w:lang w:val="mn-MN"/>
        </w:rPr>
      </w:pPr>
      <w:r w:rsidRPr="00E553C9">
        <w:rPr>
          <w:rFonts w:cs="Arial"/>
          <w:sz w:val="22"/>
          <w:lang w:val="mn-MN"/>
        </w:rPr>
        <w:t>Үйлдлийн систем нь таны утсыг ажиллуулж, дэлгэц дээр хэрхэн харагдах, ажиллахыг зохицуулдаг программ хангамж юм.</w:t>
      </w:r>
    </w:p>
    <w:p w14:paraId="46FDF8BD" w14:textId="685556CF" w:rsidR="008263D6" w:rsidRPr="00E553C9" w:rsidRDefault="00C00878">
      <w:pPr>
        <w:rPr>
          <w:rFonts w:cs="Arial"/>
          <w:sz w:val="22"/>
          <w:lang w:val="mn-MN"/>
        </w:rPr>
      </w:pPr>
      <w:r w:rsidRPr="00E553C9">
        <w:rPr>
          <w:rFonts w:cs="Arial"/>
          <w:b/>
          <w:sz w:val="22"/>
          <w:lang w:val="mn-MN"/>
        </w:rPr>
        <w:t>Дадлага 1</w:t>
      </w:r>
    </w:p>
    <w:p w14:paraId="183C4F37" w14:textId="77777777" w:rsidR="008263D6" w:rsidRPr="00E553C9" w:rsidRDefault="00C00878">
      <w:pPr>
        <w:spacing w:after="100"/>
        <w:rPr>
          <w:rFonts w:cs="Arial"/>
          <w:b/>
          <w:bCs/>
          <w:sz w:val="22"/>
          <w:lang w:val="mn-MN"/>
        </w:rPr>
      </w:pPr>
      <w:r w:rsidRPr="00E553C9">
        <w:rPr>
          <w:rFonts w:cs="Arial"/>
          <w:b/>
          <w:bCs/>
          <w:sz w:val="22"/>
          <w:lang w:val="mn-MN"/>
        </w:rPr>
        <w:t>Ухаалаг утасныхаа төрлийг тодорхойлох</w:t>
      </w:r>
    </w:p>
    <w:p w14:paraId="0F94BF21" w14:textId="77777777" w:rsidR="008263D6" w:rsidRPr="00E553C9" w:rsidRDefault="00C00878">
      <w:pPr>
        <w:spacing w:after="100"/>
        <w:rPr>
          <w:rFonts w:cs="Arial"/>
          <w:sz w:val="22"/>
          <w:lang w:val="mn-MN"/>
        </w:rPr>
      </w:pPr>
      <w:r w:rsidRPr="00E553C9">
        <w:rPr>
          <w:rFonts w:cs="Arial"/>
          <w:b/>
          <w:bCs/>
          <w:sz w:val="22"/>
          <w:lang w:val="mn-MN"/>
        </w:rPr>
        <w:t>Зорилго:</w:t>
      </w:r>
      <w:r w:rsidRPr="00E553C9">
        <w:rPr>
          <w:rFonts w:cs="Arial"/>
          <w:sz w:val="22"/>
          <w:lang w:val="mn-MN"/>
        </w:rPr>
        <w:t xml:space="preserve"> Таны ухаалаг утас Android эсвэл iPhone эсэхийг таних.</w:t>
      </w:r>
    </w:p>
    <w:p w14:paraId="58750ED5" w14:textId="77777777" w:rsidR="008263D6" w:rsidRPr="00E553C9" w:rsidRDefault="00C00878">
      <w:pPr>
        <w:spacing w:after="100"/>
        <w:rPr>
          <w:rFonts w:cs="Arial"/>
          <w:b/>
          <w:bCs/>
          <w:sz w:val="22"/>
          <w:lang w:val="mn-MN"/>
        </w:rPr>
      </w:pPr>
      <w:r w:rsidRPr="00E553C9">
        <w:rPr>
          <w:rFonts w:cs="Arial"/>
          <w:b/>
          <w:bCs/>
          <w:sz w:val="22"/>
          <w:lang w:val="mn-MN"/>
        </w:rPr>
        <w:t>Заавар:</w:t>
      </w:r>
    </w:p>
    <w:p w14:paraId="1DC6E3E9" w14:textId="77777777" w:rsidR="008263D6" w:rsidRPr="00E553C9" w:rsidRDefault="00C00878">
      <w:pPr>
        <w:spacing w:after="100"/>
        <w:rPr>
          <w:rFonts w:cs="Arial"/>
          <w:sz w:val="22"/>
          <w:lang w:val="mn-MN"/>
        </w:rPr>
      </w:pPr>
      <w:r w:rsidRPr="00E553C9">
        <w:rPr>
          <w:rFonts w:cs="Arial"/>
          <w:sz w:val="22"/>
          <w:lang w:val="mn-MN"/>
        </w:rPr>
        <w:t>1. Утасныхаа ар тал эсвэл дэлгэцийг хар.</w:t>
      </w:r>
    </w:p>
    <w:p w14:paraId="72223603" w14:textId="77777777" w:rsidR="008263D6" w:rsidRPr="00E553C9" w:rsidRDefault="00C00878">
      <w:pPr>
        <w:spacing w:after="100"/>
        <w:rPr>
          <w:rFonts w:cs="Arial"/>
          <w:sz w:val="22"/>
          <w:lang w:val="mn-MN"/>
        </w:rPr>
      </w:pPr>
      <w:r w:rsidRPr="00E553C9">
        <w:rPr>
          <w:rFonts w:cs="Arial"/>
          <w:sz w:val="22"/>
          <w:lang w:val="mn-MN"/>
        </w:rPr>
        <w:t>2. Брэндийн нэр эсвэл лого харагдаж байна уу?</w:t>
      </w:r>
    </w:p>
    <w:p w14:paraId="257EFF29" w14:textId="77777777" w:rsidR="008263D6" w:rsidRPr="00E553C9" w:rsidRDefault="00C00878">
      <w:pPr>
        <w:spacing w:after="100"/>
        <w:rPr>
          <w:rFonts w:cs="Arial"/>
          <w:sz w:val="22"/>
          <w:lang w:val="mn-MN"/>
        </w:rPr>
      </w:pPr>
      <w:r w:rsidRPr="00E553C9">
        <w:rPr>
          <w:rFonts w:cs="Arial"/>
          <w:sz w:val="22"/>
          <w:lang w:val="mn-MN"/>
        </w:rPr>
        <w:t>Apple = iPhone (iOS)</w:t>
      </w:r>
    </w:p>
    <w:p w14:paraId="140F9B4B" w14:textId="77777777" w:rsidR="008263D6" w:rsidRPr="00E553C9" w:rsidRDefault="00C00878">
      <w:pPr>
        <w:spacing w:after="100"/>
        <w:rPr>
          <w:rFonts w:cs="Arial"/>
          <w:sz w:val="22"/>
          <w:lang w:val="mn-MN"/>
        </w:rPr>
      </w:pPr>
      <w:r w:rsidRPr="00E553C9">
        <w:rPr>
          <w:rFonts w:cs="Arial"/>
          <w:sz w:val="22"/>
          <w:lang w:val="mn-MN"/>
        </w:rPr>
        <w:t>Samsung, OPPO, Xiaomi, Vivo болон бусад = Android</w:t>
      </w:r>
    </w:p>
    <w:p w14:paraId="35C54617" w14:textId="77777777" w:rsidR="008263D6" w:rsidRPr="00E553C9" w:rsidRDefault="00C00878">
      <w:pPr>
        <w:spacing w:after="100"/>
        <w:rPr>
          <w:rFonts w:cs="Arial"/>
          <w:sz w:val="22"/>
          <w:lang w:val="mn-MN"/>
        </w:rPr>
      </w:pPr>
      <w:r w:rsidRPr="00E553C9">
        <w:rPr>
          <w:rFonts w:cs="Arial"/>
          <w:sz w:val="22"/>
          <w:lang w:val="mn-MN"/>
        </w:rPr>
        <w:t>3. Хэрэв эргэлзэж байвал итгэдэг гэр бүлийн гишүүн, залуу хүнээс асуух эсвэл утасныхаа Settings хэсгийн About Phone цэсийг шалгана уу.</w:t>
      </w:r>
    </w:p>
    <w:p w14:paraId="71F6ED94" w14:textId="77777777" w:rsidR="008A1E62" w:rsidRPr="00E553C9" w:rsidRDefault="008A1E62" w:rsidP="008A1E62">
      <w:pPr>
        <w:spacing w:after="100"/>
        <w:rPr>
          <w:rFonts w:cs="Arial"/>
          <w:sz w:val="22"/>
          <w:lang w:val="mn-MN"/>
        </w:rPr>
      </w:pPr>
    </w:p>
    <w:p w14:paraId="56BADDB9" w14:textId="59D8EC87" w:rsidR="008A1E62" w:rsidRPr="00E553C9" w:rsidRDefault="008A1E62" w:rsidP="008A1E62">
      <w:pPr>
        <w:spacing w:after="100"/>
        <w:rPr>
          <w:rFonts w:cs="Arial"/>
          <w:sz w:val="22"/>
          <w:lang w:val="mn-MN"/>
        </w:rPr>
      </w:pPr>
      <w:r w:rsidRPr="00E553C9">
        <w:rPr>
          <w:rFonts w:cs="Arial"/>
          <w:sz w:val="22"/>
          <w:lang w:val="mn-MN"/>
        </w:rPr>
        <w:t>Асуулт:</w:t>
      </w:r>
    </w:p>
    <w:p w14:paraId="76A73EFB" w14:textId="27E05C14" w:rsidR="008A1E62" w:rsidRPr="00E553C9" w:rsidRDefault="008A1E62" w:rsidP="008A1E62">
      <w:pPr>
        <w:spacing w:after="100"/>
        <w:rPr>
          <w:rFonts w:cs="Arial"/>
          <w:sz w:val="22"/>
          <w:lang w:val="mn-MN"/>
        </w:rPr>
      </w:pPr>
      <w:r w:rsidRPr="00E553C9">
        <w:rPr>
          <w:rFonts w:cs="Arial"/>
          <w:sz w:val="22"/>
          <w:lang w:val="mn-MN"/>
        </w:rPr>
        <w:t>Миний утас:</w:t>
      </w:r>
    </w:p>
    <w:p w14:paraId="09281CB9" w14:textId="77777777" w:rsidR="008A1E62" w:rsidRPr="00E553C9" w:rsidRDefault="008A1E62" w:rsidP="008A1E62">
      <w:pPr>
        <w:spacing w:after="100"/>
        <w:rPr>
          <w:rFonts w:cs="Arial"/>
          <w:sz w:val="22"/>
          <w:lang w:val="mn-MN"/>
        </w:rPr>
      </w:pPr>
      <w:r w:rsidRPr="00E553C9">
        <w:rPr>
          <w:rFonts w:ascii="Segoe UI Symbol" w:hAnsi="Segoe UI Symbol" w:cs="Segoe UI Symbol"/>
          <w:sz w:val="22"/>
          <w:lang w:val="mn-MN"/>
        </w:rPr>
        <w:t>☐</w:t>
      </w:r>
      <w:r w:rsidRPr="00E553C9">
        <w:rPr>
          <w:rFonts w:cs="Arial"/>
          <w:sz w:val="22"/>
          <w:lang w:val="mn-MN"/>
        </w:rPr>
        <w:t xml:space="preserve"> Android    </w:t>
      </w:r>
      <w:r w:rsidRPr="00E553C9">
        <w:rPr>
          <w:rFonts w:ascii="Segoe UI Symbol" w:hAnsi="Segoe UI Symbol" w:cs="Segoe UI Symbol"/>
          <w:sz w:val="22"/>
          <w:lang w:val="mn-MN"/>
        </w:rPr>
        <w:t>☐</w:t>
      </w:r>
      <w:r w:rsidRPr="00E553C9">
        <w:rPr>
          <w:rFonts w:cs="Arial"/>
          <w:sz w:val="22"/>
          <w:lang w:val="mn-MN"/>
        </w:rPr>
        <w:t xml:space="preserve"> iPhone</w:t>
      </w:r>
    </w:p>
    <w:p w14:paraId="62E28A4B" w14:textId="77777777" w:rsidR="008A1E62" w:rsidRPr="00E553C9" w:rsidRDefault="008A1E62" w:rsidP="008A1E62">
      <w:pPr>
        <w:spacing w:after="100"/>
        <w:rPr>
          <w:rFonts w:cs="Arial"/>
          <w:sz w:val="22"/>
          <w:lang w:val="mn-MN"/>
        </w:rPr>
      </w:pPr>
      <w:r w:rsidRPr="00E553C9">
        <w:rPr>
          <w:rFonts w:cs="Arial"/>
          <w:sz w:val="22"/>
          <w:lang w:val="mn-MN"/>
        </w:rPr>
        <w:t>Брэнд/загвар (мэдэж байвал): ______________________</w:t>
      </w:r>
    </w:p>
    <w:p w14:paraId="178FC07D" w14:textId="604BE756" w:rsidR="00FF2785" w:rsidRPr="00E553C9" w:rsidRDefault="00C00878">
      <w:pPr>
        <w:rPr>
          <w:rFonts w:cs="Arial"/>
          <w:sz w:val="22"/>
          <w:lang w:val="mn-MN"/>
        </w:rPr>
      </w:pPr>
      <w:r w:rsidRPr="00E553C9">
        <w:rPr>
          <w:rFonts w:cs="Arial"/>
          <w:sz w:val="22"/>
          <w:lang w:val="mn-MN"/>
        </w:rPr>
        <w:br w:type="page"/>
      </w:r>
    </w:p>
    <w:p w14:paraId="732752D5" w14:textId="3889BFCC" w:rsidR="008263D6" w:rsidRPr="00E553C9" w:rsidRDefault="00C00878">
      <w:pPr>
        <w:rPr>
          <w:rFonts w:cs="Arial"/>
          <w:sz w:val="22"/>
          <w:lang w:val="mn-MN"/>
        </w:rPr>
      </w:pPr>
      <w:r w:rsidRPr="00E553C9">
        <w:rPr>
          <w:rFonts w:cs="Arial"/>
          <w:b/>
          <w:sz w:val="22"/>
          <w:lang w:val="mn-MN"/>
        </w:rPr>
        <w:lastRenderedPageBreak/>
        <w:t>2. Ухаалаг утсаа асаах, унтраах</w:t>
      </w:r>
    </w:p>
    <w:p w14:paraId="46A1A399" w14:textId="77777777" w:rsidR="008263D6" w:rsidRPr="00E553C9" w:rsidRDefault="00C00878">
      <w:pPr>
        <w:spacing w:after="100"/>
        <w:rPr>
          <w:rFonts w:cs="Arial"/>
          <w:b/>
          <w:bCs/>
          <w:sz w:val="22"/>
          <w:lang w:val="mn-MN"/>
        </w:rPr>
      </w:pPr>
      <w:r w:rsidRPr="00E553C9">
        <w:rPr>
          <w:rFonts w:cs="Arial"/>
          <w:b/>
          <w:bCs/>
          <w:sz w:val="22"/>
          <w:lang w:val="mn-MN"/>
        </w:rPr>
        <w:t>Android</w:t>
      </w:r>
    </w:p>
    <w:p w14:paraId="420E05EA" w14:textId="77777777" w:rsidR="008263D6" w:rsidRPr="00E553C9" w:rsidRDefault="00C00878">
      <w:pPr>
        <w:spacing w:after="100"/>
        <w:rPr>
          <w:rFonts w:cs="Arial"/>
          <w:sz w:val="22"/>
          <w:lang w:val="mn-MN"/>
        </w:rPr>
      </w:pPr>
      <w:r w:rsidRPr="00E553C9">
        <w:rPr>
          <w:rFonts w:cs="Arial"/>
          <w:sz w:val="22"/>
          <w:lang w:val="mn-MN"/>
        </w:rPr>
        <w:t>1. Асаах товчийг удаан дарна уу.</w:t>
      </w:r>
    </w:p>
    <w:p w14:paraId="2F05B9FA" w14:textId="10BB1C45" w:rsidR="008263D6" w:rsidRPr="00E553C9" w:rsidRDefault="00C00878">
      <w:pPr>
        <w:spacing w:after="100"/>
        <w:rPr>
          <w:rFonts w:cs="Arial"/>
          <w:sz w:val="22"/>
          <w:lang w:val="mn-MN"/>
        </w:rPr>
      </w:pPr>
      <w:r w:rsidRPr="00E553C9">
        <w:rPr>
          <w:rFonts w:cs="Arial"/>
          <w:sz w:val="22"/>
          <w:lang w:val="mn-MN"/>
        </w:rPr>
        <w:t xml:space="preserve">Зарим </w:t>
      </w:r>
      <w:r w:rsidR="008A1E62" w:rsidRPr="00E553C9">
        <w:rPr>
          <w:rFonts w:cs="Arial"/>
          <w:sz w:val="22"/>
          <w:lang w:val="mn-MN"/>
        </w:rPr>
        <w:t xml:space="preserve">утас </w:t>
      </w:r>
      <w:r w:rsidRPr="00E553C9">
        <w:rPr>
          <w:rFonts w:cs="Arial"/>
          <w:sz w:val="22"/>
          <w:lang w:val="mn-MN"/>
        </w:rPr>
        <w:t>Power + Volume Up товчийг зэрэг дарах шаардлагатай байж болно.</w:t>
      </w:r>
    </w:p>
    <w:p w14:paraId="09BC68BE" w14:textId="77777777" w:rsidR="008263D6" w:rsidRPr="00E553C9" w:rsidRDefault="00C00878">
      <w:pPr>
        <w:spacing w:after="100"/>
        <w:rPr>
          <w:rFonts w:cs="Arial"/>
          <w:sz w:val="22"/>
          <w:lang w:val="mn-MN"/>
        </w:rPr>
      </w:pPr>
      <w:r w:rsidRPr="00E553C9">
        <w:rPr>
          <w:rFonts w:cs="Arial"/>
          <w:sz w:val="22"/>
          <w:lang w:val="mn-MN"/>
        </w:rPr>
        <w:t>2. Унтраахын тулд “Power off” дээр дарна уу.</w:t>
      </w:r>
    </w:p>
    <w:p w14:paraId="04BE9BC6" w14:textId="35470641" w:rsidR="00FF2785" w:rsidRPr="00E553C9" w:rsidRDefault="00C00878" w:rsidP="00E553C9">
      <w:pPr>
        <w:spacing w:after="100"/>
        <w:rPr>
          <w:rFonts w:cs="Arial"/>
          <w:sz w:val="22"/>
          <w:lang w:val="mn-MN"/>
        </w:rPr>
      </w:pPr>
      <w:r w:rsidRPr="00E553C9">
        <w:rPr>
          <w:rFonts w:cs="Arial"/>
          <w:sz w:val="22"/>
          <w:lang w:val="mn-MN"/>
        </w:rPr>
        <w:t>3. Дахин асаахын тулд Power товчийг удаан дарна уу.</w:t>
      </w:r>
    </w:p>
    <w:p w14:paraId="599DB55D" w14:textId="77777777" w:rsidR="00FF2785" w:rsidRPr="00E553C9" w:rsidRDefault="00FF2785">
      <w:pPr>
        <w:rPr>
          <w:rFonts w:cs="Arial"/>
          <w:b/>
          <w:sz w:val="22"/>
          <w:lang w:val="mn-MN"/>
        </w:rPr>
      </w:pPr>
    </w:p>
    <w:p w14:paraId="6C81F1A1" w14:textId="1F6AA737" w:rsidR="008263D6" w:rsidRPr="00E553C9" w:rsidRDefault="00C00878">
      <w:pPr>
        <w:rPr>
          <w:rFonts w:cs="Arial"/>
          <w:sz w:val="22"/>
          <w:lang w:val="mn-MN"/>
        </w:rPr>
      </w:pPr>
      <w:r w:rsidRPr="00E553C9">
        <w:rPr>
          <w:rFonts w:cs="Arial"/>
          <w:b/>
          <w:sz w:val="22"/>
          <w:lang w:val="mn-MN"/>
        </w:rPr>
        <w:t>iPhone</w:t>
      </w:r>
    </w:p>
    <w:p w14:paraId="6AB8ECA6" w14:textId="77777777" w:rsidR="008263D6" w:rsidRPr="00E553C9" w:rsidRDefault="00C00878">
      <w:pPr>
        <w:spacing w:after="100"/>
        <w:rPr>
          <w:rFonts w:cs="Arial"/>
          <w:sz w:val="22"/>
          <w:lang w:val="mn-MN"/>
        </w:rPr>
      </w:pPr>
      <w:r w:rsidRPr="00E553C9">
        <w:rPr>
          <w:rFonts w:cs="Arial"/>
          <w:sz w:val="22"/>
          <w:lang w:val="mn-MN"/>
        </w:rPr>
        <w:t>iPhone X болон түүнээс хойших загварууд</w:t>
      </w:r>
    </w:p>
    <w:p w14:paraId="535B8A00" w14:textId="77777777" w:rsidR="008263D6" w:rsidRPr="00E553C9" w:rsidRDefault="00C00878">
      <w:pPr>
        <w:spacing w:after="100"/>
        <w:rPr>
          <w:rFonts w:cs="Arial"/>
          <w:sz w:val="22"/>
          <w:lang w:val="mn-MN"/>
        </w:rPr>
      </w:pPr>
      <w:r w:rsidRPr="00E553C9">
        <w:rPr>
          <w:rFonts w:cs="Arial"/>
          <w:sz w:val="22"/>
          <w:lang w:val="mn-MN"/>
        </w:rPr>
        <w:t>1. Хажуугийн товч болон дууны түвшний нэг товчийг зэрэг удаан дарна уу.</w:t>
      </w:r>
    </w:p>
    <w:p w14:paraId="5E92F785" w14:textId="3220782C" w:rsidR="009B77AE" w:rsidRPr="00E553C9" w:rsidRDefault="00C00878">
      <w:pPr>
        <w:spacing w:after="100"/>
        <w:rPr>
          <w:rFonts w:cs="Arial"/>
          <w:sz w:val="22"/>
          <w:lang w:val="mn-MN"/>
        </w:rPr>
      </w:pPr>
      <w:r w:rsidRPr="00E553C9">
        <w:rPr>
          <w:rFonts w:cs="Arial"/>
          <w:sz w:val="22"/>
          <w:lang w:val="mn-MN"/>
        </w:rPr>
        <w:t xml:space="preserve">2. Унтраахын тулд </w:t>
      </w:r>
      <w:r w:rsidR="007E47AE" w:rsidRPr="00E553C9">
        <w:rPr>
          <w:rFonts w:cs="Arial"/>
          <w:sz w:val="22"/>
          <w:lang w:val="mn-MN"/>
        </w:rPr>
        <w:t xml:space="preserve">баруун тийш </w:t>
      </w:r>
      <w:r w:rsidR="007A5A08" w:rsidRPr="00E553C9">
        <w:rPr>
          <w:rFonts w:cs="Arial"/>
          <w:sz w:val="22"/>
          <w:lang w:val="mn-MN"/>
        </w:rPr>
        <w:t>чирнэ үү</w:t>
      </w:r>
    </w:p>
    <w:p w14:paraId="41AB8A04" w14:textId="1973920E" w:rsidR="00712FBC" w:rsidRDefault="00C00878" w:rsidP="00E553C9">
      <w:pPr>
        <w:spacing w:after="100"/>
        <w:rPr>
          <w:rFonts w:cs="Arial"/>
          <w:sz w:val="22"/>
          <w:lang w:val="mn-MN"/>
        </w:rPr>
      </w:pPr>
      <w:r w:rsidRPr="00E553C9">
        <w:rPr>
          <w:rFonts w:cs="Arial"/>
          <w:sz w:val="22"/>
          <w:lang w:val="mn-MN"/>
        </w:rPr>
        <w:t>3. Apple-ийн лого гарч иртэл хажуугийн товчийг удаан дарна уу.</w:t>
      </w:r>
    </w:p>
    <w:p w14:paraId="01B6E82D" w14:textId="77777777" w:rsidR="002A4F26" w:rsidRPr="00E553C9" w:rsidRDefault="002A4F26" w:rsidP="00E553C9">
      <w:pPr>
        <w:spacing w:after="100"/>
        <w:rPr>
          <w:rFonts w:cs="Arial"/>
          <w:sz w:val="22"/>
          <w:lang w:val="mn-MN"/>
        </w:rPr>
      </w:pPr>
    </w:p>
    <w:p w14:paraId="262D566F" w14:textId="398F187F" w:rsidR="008263D6" w:rsidRPr="00E553C9" w:rsidRDefault="00C00878">
      <w:pPr>
        <w:rPr>
          <w:rFonts w:cs="Arial"/>
          <w:sz w:val="22"/>
          <w:lang w:val="mn-MN"/>
        </w:rPr>
      </w:pPr>
      <w:r w:rsidRPr="00E553C9">
        <w:rPr>
          <w:rFonts w:cs="Arial"/>
          <w:b/>
          <w:sz w:val="22"/>
          <w:lang w:val="mn-MN"/>
        </w:rPr>
        <w:t>iPhone</w:t>
      </w:r>
    </w:p>
    <w:p w14:paraId="34599766" w14:textId="77777777" w:rsidR="008263D6" w:rsidRPr="00E553C9" w:rsidRDefault="00C00878">
      <w:pPr>
        <w:spacing w:after="100"/>
        <w:rPr>
          <w:rFonts w:cs="Arial"/>
          <w:sz w:val="22"/>
          <w:lang w:val="mn-MN"/>
        </w:rPr>
      </w:pPr>
      <w:r w:rsidRPr="00E553C9">
        <w:rPr>
          <w:rFonts w:cs="Arial"/>
          <w:sz w:val="22"/>
          <w:lang w:val="mn-MN"/>
        </w:rPr>
        <w:t>iOS</w:t>
      </w:r>
    </w:p>
    <w:p w14:paraId="6C11EAEF" w14:textId="77777777" w:rsidR="008263D6" w:rsidRPr="00E553C9" w:rsidRDefault="00C00878">
      <w:pPr>
        <w:spacing w:after="100"/>
        <w:rPr>
          <w:rFonts w:cs="Arial"/>
          <w:sz w:val="22"/>
          <w:lang w:val="mn-MN"/>
        </w:rPr>
      </w:pPr>
      <w:r w:rsidRPr="00E553C9">
        <w:rPr>
          <w:rFonts w:cs="Arial"/>
          <w:sz w:val="22"/>
          <w:lang w:val="mn-MN"/>
        </w:rPr>
        <w:t>iPhone 6, 7, 8, SE</w:t>
      </w:r>
    </w:p>
    <w:p w14:paraId="066ECC96" w14:textId="77777777" w:rsidR="008263D6" w:rsidRPr="00AB46C9" w:rsidRDefault="00C00878">
      <w:pPr>
        <w:spacing w:after="100"/>
        <w:rPr>
          <w:rFonts w:cs="Arial"/>
          <w:sz w:val="22"/>
          <w:lang w:val="mn-MN"/>
        </w:rPr>
      </w:pPr>
      <w:r w:rsidRPr="00AB46C9">
        <w:rPr>
          <w:rFonts w:cs="Arial"/>
          <w:sz w:val="22"/>
          <w:lang w:val="mn-MN"/>
        </w:rPr>
        <w:t>1. Гулсагч гарч иртэл Side эсвэл Top товчийг удаан дарна уу.</w:t>
      </w:r>
    </w:p>
    <w:p w14:paraId="63AB5069" w14:textId="77777777" w:rsidR="008263D6" w:rsidRPr="00E553C9" w:rsidRDefault="00C00878">
      <w:pPr>
        <w:spacing w:after="100"/>
        <w:rPr>
          <w:rFonts w:cs="Arial"/>
          <w:sz w:val="22"/>
          <w:lang w:val="mn-MN"/>
        </w:rPr>
      </w:pPr>
      <w:r w:rsidRPr="00AB46C9">
        <w:rPr>
          <w:rFonts w:cs="Arial"/>
          <w:sz w:val="22"/>
          <w:lang w:val="mn-MN"/>
        </w:rPr>
        <w:t>2. Унтраахын тулд гулсагчийг чирнэ үү.</w:t>
      </w:r>
    </w:p>
    <w:p w14:paraId="3E38B5A5" w14:textId="77777777" w:rsidR="008263D6" w:rsidRPr="00E553C9" w:rsidRDefault="00C00878">
      <w:pPr>
        <w:spacing w:after="100"/>
        <w:rPr>
          <w:rFonts w:cs="Arial"/>
          <w:sz w:val="22"/>
          <w:lang w:val="mn-MN"/>
        </w:rPr>
      </w:pPr>
      <w:r w:rsidRPr="00E553C9">
        <w:rPr>
          <w:rFonts w:cs="Arial"/>
          <w:sz w:val="22"/>
          <w:lang w:val="mn-MN"/>
        </w:rPr>
        <w:t>3. Дахин асаахын тулд ижил товчийг удаан дарна уу.</w:t>
      </w:r>
    </w:p>
    <w:p w14:paraId="4D5A5EE2" w14:textId="5362BFC3" w:rsidR="008263D6" w:rsidRPr="00E553C9" w:rsidRDefault="00C00878">
      <w:pPr>
        <w:rPr>
          <w:rFonts w:cs="Arial"/>
          <w:sz w:val="22"/>
          <w:lang w:val="mn-MN"/>
        </w:rPr>
      </w:pPr>
      <w:r w:rsidRPr="00E553C9">
        <w:rPr>
          <w:rFonts w:cs="Arial"/>
          <w:b/>
          <w:sz w:val="22"/>
          <w:lang w:val="mn-MN"/>
        </w:rPr>
        <w:t>Дадлага 2</w:t>
      </w:r>
    </w:p>
    <w:p w14:paraId="1EF6D3E7" w14:textId="77777777" w:rsidR="008263D6" w:rsidRPr="00E553C9" w:rsidRDefault="00C00878">
      <w:pPr>
        <w:spacing w:after="100"/>
        <w:rPr>
          <w:rFonts w:cs="Arial"/>
          <w:sz w:val="22"/>
          <w:lang w:val="mn-MN"/>
        </w:rPr>
      </w:pPr>
      <w:r w:rsidRPr="00E553C9">
        <w:rPr>
          <w:rFonts w:cs="Arial"/>
          <w:sz w:val="22"/>
          <w:lang w:val="mn-MN"/>
        </w:rPr>
        <w:t>Ухаалаг утсаа унтрааж, дахин асаах</w:t>
      </w:r>
    </w:p>
    <w:p w14:paraId="7A774EBF" w14:textId="77777777" w:rsidR="008263D6" w:rsidRPr="00E553C9" w:rsidRDefault="00C00878">
      <w:pPr>
        <w:spacing w:after="100"/>
        <w:rPr>
          <w:rFonts w:cs="Arial"/>
          <w:sz w:val="22"/>
          <w:lang w:val="mn-MN"/>
        </w:rPr>
      </w:pPr>
      <w:r w:rsidRPr="00E553C9">
        <w:rPr>
          <w:rFonts w:cs="Arial"/>
          <w:sz w:val="22"/>
          <w:lang w:val="mn-MN"/>
        </w:rPr>
        <w:t>Зорилго: Ухаалаг утсаа унтрааж, дахин асаах дадлага хийх.</w:t>
      </w:r>
    </w:p>
    <w:p w14:paraId="4E14DE36" w14:textId="77777777" w:rsidR="008263D6" w:rsidRPr="00E553C9" w:rsidRDefault="00C00878">
      <w:pPr>
        <w:spacing w:after="100"/>
        <w:rPr>
          <w:rFonts w:cs="Arial"/>
          <w:sz w:val="22"/>
          <w:lang w:val="mn-MN"/>
        </w:rPr>
      </w:pPr>
      <w:r w:rsidRPr="00E553C9">
        <w:rPr>
          <w:rFonts w:cs="Arial"/>
          <w:sz w:val="22"/>
          <w:lang w:val="mn-MN"/>
        </w:rPr>
        <w:t>Заавар:</w:t>
      </w:r>
    </w:p>
    <w:p w14:paraId="119D9BF4" w14:textId="06781A44" w:rsidR="008263D6" w:rsidRPr="00E553C9" w:rsidRDefault="00C00878">
      <w:pPr>
        <w:spacing w:after="100"/>
        <w:rPr>
          <w:rFonts w:cs="Arial"/>
          <w:sz w:val="22"/>
          <w:lang w:val="mn-MN"/>
        </w:rPr>
      </w:pPr>
      <w:r w:rsidRPr="00E553C9">
        <w:rPr>
          <w:rFonts w:cs="Arial"/>
          <w:sz w:val="22"/>
          <w:lang w:val="mn-MN"/>
        </w:rPr>
        <w:t>1.</w:t>
      </w:r>
      <w:r w:rsidR="008A1E62" w:rsidRPr="00E553C9">
        <w:rPr>
          <w:rFonts w:cs="Arial"/>
          <w:sz w:val="22"/>
          <w:lang w:val="mn-MN"/>
        </w:rPr>
        <w:t xml:space="preserve"> </w:t>
      </w:r>
      <w:r w:rsidR="004F1F8B" w:rsidRPr="00E553C9">
        <w:rPr>
          <w:rFonts w:cs="Arial"/>
          <w:sz w:val="22"/>
          <w:lang w:val="mn-MN"/>
        </w:rPr>
        <w:t>Өөрийн у</w:t>
      </w:r>
      <w:r w:rsidR="008A1E62" w:rsidRPr="00E553C9">
        <w:rPr>
          <w:rFonts w:cs="Arial"/>
          <w:sz w:val="22"/>
          <w:lang w:val="mn-MN"/>
        </w:rPr>
        <w:t xml:space="preserve">тсандаа </w:t>
      </w:r>
      <w:r w:rsidRPr="00E553C9">
        <w:rPr>
          <w:rFonts w:cs="Arial"/>
          <w:sz w:val="22"/>
          <w:lang w:val="mn-MN"/>
        </w:rPr>
        <w:t xml:space="preserve">тохирох </w:t>
      </w:r>
      <w:r w:rsidR="004F1F8B" w:rsidRPr="00E553C9">
        <w:rPr>
          <w:rFonts w:cs="Arial"/>
          <w:sz w:val="22"/>
          <w:lang w:val="mn-MN"/>
        </w:rPr>
        <w:t xml:space="preserve">зөв </w:t>
      </w:r>
      <w:r w:rsidRPr="00E553C9">
        <w:rPr>
          <w:rFonts w:cs="Arial"/>
          <w:sz w:val="22"/>
          <w:lang w:val="mn-MN"/>
        </w:rPr>
        <w:t>аргыг дагана уу:</w:t>
      </w:r>
    </w:p>
    <w:p w14:paraId="6674AD6A" w14:textId="77777777" w:rsidR="008263D6" w:rsidRPr="00E553C9" w:rsidRDefault="00C00878">
      <w:pPr>
        <w:pStyle w:val="ListParagraph"/>
        <w:numPr>
          <w:ilvl w:val="0"/>
          <w:numId w:val="7"/>
        </w:numPr>
        <w:spacing w:after="100"/>
        <w:rPr>
          <w:rFonts w:cs="Arial"/>
          <w:sz w:val="22"/>
          <w:lang w:val="mn-MN"/>
        </w:rPr>
      </w:pPr>
      <w:r w:rsidRPr="00E553C9">
        <w:rPr>
          <w:rFonts w:cs="Arial"/>
          <w:sz w:val="22"/>
          <w:lang w:val="mn-MN"/>
        </w:rPr>
        <w:t>Android: Power товчийг удаан дарна. “Power off” дээр дарна.</w:t>
      </w:r>
    </w:p>
    <w:p w14:paraId="252DAA2E" w14:textId="77777777" w:rsidR="008263D6" w:rsidRPr="00E553C9" w:rsidRDefault="00C00878">
      <w:pPr>
        <w:pStyle w:val="ListParagraph"/>
        <w:numPr>
          <w:ilvl w:val="0"/>
          <w:numId w:val="7"/>
        </w:numPr>
        <w:spacing w:after="100"/>
        <w:rPr>
          <w:rFonts w:cs="Arial"/>
          <w:sz w:val="22"/>
          <w:lang w:val="mn-MN"/>
        </w:rPr>
      </w:pPr>
      <w:r w:rsidRPr="00E553C9">
        <w:rPr>
          <w:rFonts w:cs="Arial"/>
          <w:sz w:val="22"/>
          <w:lang w:val="mn-MN"/>
        </w:rPr>
        <w:t>iPhone: Side товч болон Volume товчны аль нэгийг зэрэг удаан дарж, дараа нь унтраах гулсагчийг чирнэ.</w:t>
      </w:r>
    </w:p>
    <w:p w14:paraId="63E6650D" w14:textId="77777777" w:rsidR="008263D6" w:rsidRPr="00E553C9" w:rsidRDefault="00C00878">
      <w:pPr>
        <w:spacing w:after="100"/>
        <w:rPr>
          <w:rFonts w:cs="Arial"/>
          <w:sz w:val="22"/>
          <w:lang w:val="mn-MN"/>
        </w:rPr>
      </w:pPr>
      <w:r w:rsidRPr="00E553C9">
        <w:rPr>
          <w:rFonts w:cs="Arial"/>
          <w:sz w:val="22"/>
          <w:lang w:val="mn-MN"/>
        </w:rPr>
        <w:t>2. 5 секунд хүлээгээд, ижил товчийг ашиглан утсаа дахин асаана.</w:t>
      </w:r>
    </w:p>
    <w:p w14:paraId="6A91F5A2" w14:textId="77777777" w:rsidR="008A1E62" w:rsidRPr="00E553C9" w:rsidRDefault="008A1E62" w:rsidP="008A1E62">
      <w:pPr>
        <w:spacing w:after="100"/>
        <w:rPr>
          <w:rFonts w:cs="Arial"/>
          <w:sz w:val="22"/>
          <w:lang w:val="mn-MN"/>
        </w:rPr>
      </w:pPr>
    </w:p>
    <w:p w14:paraId="4513D939" w14:textId="25814071" w:rsidR="008A1E62" w:rsidRPr="00E553C9" w:rsidRDefault="008A1E62" w:rsidP="008A1E62">
      <w:pPr>
        <w:spacing w:after="100"/>
        <w:rPr>
          <w:rFonts w:cs="Arial"/>
          <w:sz w:val="22"/>
          <w:lang w:val="mn-MN"/>
        </w:rPr>
      </w:pPr>
      <w:r w:rsidRPr="00E553C9">
        <w:rPr>
          <w:rFonts w:cs="Arial"/>
          <w:sz w:val="22"/>
          <w:lang w:val="mn-MN"/>
        </w:rPr>
        <w:t>Асуулт:</w:t>
      </w:r>
    </w:p>
    <w:p w14:paraId="4C32C47F" w14:textId="77777777" w:rsidR="004F1F8B" w:rsidRPr="00E553C9" w:rsidRDefault="004F1F8B" w:rsidP="004F1F8B">
      <w:pPr>
        <w:spacing w:after="100"/>
        <w:rPr>
          <w:rFonts w:cs="Arial"/>
          <w:sz w:val="22"/>
          <w:lang w:val="mn-MN"/>
        </w:rPr>
      </w:pPr>
      <w:r w:rsidRPr="00E553C9">
        <w:rPr>
          <w:rFonts w:cs="Arial"/>
          <w:sz w:val="22"/>
          <w:lang w:val="mn-MN"/>
        </w:rPr>
        <w:t>Дахин асаах үед юу харсан бэ? (жишээлбэл, брэндийн лого, мэндчилгээний дэлгэц)</w:t>
      </w:r>
    </w:p>
    <w:p w14:paraId="5CD3662C" w14:textId="77777777" w:rsidR="004F1F8B" w:rsidRPr="00E553C9" w:rsidRDefault="004F1F8B" w:rsidP="004F1F8B">
      <w:pPr>
        <w:spacing w:after="100"/>
        <w:rPr>
          <w:rFonts w:cs="Arial"/>
          <w:sz w:val="22"/>
          <w:lang w:val="mn-MN"/>
        </w:rPr>
      </w:pPr>
      <w:r w:rsidRPr="00E553C9">
        <w:rPr>
          <w:rFonts w:cs="Arial"/>
          <w:sz w:val="22"/>
          <w:lang w:val="mn-MN"/>
        </w:rPr>
        <w:t>Энд бичнэ үү:</w:t>
      </w:r>
    </w:p>
    <w:p w14:paraId="33EBEBF1" w14:textId="77777777" w:rsidR="008263D6" w:rsidRPr="00E553C9" w:rsidRDefault="00C00878">
      <w:pPr>
        <w:rPr>
          <w:rFonts w:cs="Arial"/>
          <w:sz w:val="22"/>
          <w:lang w:val="mn-MN"/>
        </w:rPr>
      </w:pPr>
      <w:r w:rsidRPr="00E553C9">
        <w:rPr>
          <w:rFonts w:cs="Arial"/>
          <w:sz w:val="22"/>
          <w:lang w:val="mn-MN"/>
        </w:rPr>
        <w:br w:type="page"/>
      </w:r>
    </w:p>
    <w:p w14:paraId="567FD9A1" w14:textId="77777777" w:rsidR="00A03AB4" w:rsidRPr="00E553C9" w:rsidRDefault="00A03AB4">
      <w:pPr>
        <w:rPr>
          <w:rFonts w:cs="Arial"/>
          <w:b/>
          <w:sz w:val="22"/>
          <w:lang w:val="mn-MN"/>
        </w:rPr>
      </w:pPr>
    </w:p>
    <w:p w14:paraId="7CC73C63" w14:textId="01CCC6A4" w:rsidR="008263D6" w:rsidRPr="00E553C9" w:rsidRDefault="00A03AB4">
      <w:pPr>
        <w:rPr>
          <w:rFonts w:cs="Arial"/>
          <w:sz w:val="22"/>
          <w:lang w:val="mn-MN"/>
        </w:rPr>
      </w:pPr>
      <w:r w:rsidRPr="00E553C9">
        <w:rPr>
          <w:rFonts w:cs="Arial"/>
          <w:b/>
          <w:sz w:val="22"/>
          <w:lang w:val="mn-MN"/>
        </w:rPr>
        <w:t>3. Мэдрэгчтэй дэлгэцийг хэрхэн ашиглах вэ?</w:t>
      </w:r>
    </w:p>
    <w:p w14:paraId="026498E1" w14:textId="77777777" w:rsidR="008263D6" w:rsidRPr="00E553C9" w:rsidRDefault="00C00878">
      <w:pPr>
        <w:spacing w:after="100"/>
        <w:rPr>
          <w:rFonts w:cs="Arial"/>
          <w:sz w:val="22"/>
          <w:lang w:val="mn-MN"/>
        </w:rPr>
      </w:pPr>
      <w:r w:rsidRPr="00E553C9">
        <w:rPr>
          <w:rFonts w:cs="Arial"/>
          <w:sz w:val="22"/>
          <w:lang w:val="mn-MN"/>
        </w:rPr>
        <w:t>Утас тань асмагц Нүүр дэлгэц гарч ирнэ.</w:t>
      </w:r>
    </w:p>
    <w:p w14:paraId="6849AD67" w14:textId="77777777" w:rsidR="008263D6" w:rsidRPr="00E553C9" w:rsidRDefault="00C00878">
      <w:pPr>
        <w:spacing w:after="100"/>
        <w:rPr>
          <w:rFonts w:cs="Arial"/>
          <w:sz w:val="22"/>
          <w:lang w:val="mn-MN"/>
        </w:rPr>
      </w:pPr>
      <w:r w:rsidRPr="00E553C9">
        <w:rPr>
          <w:rFonts w:cs="Arial"/>
          <w:sz w:val="22"/>
          <w:lang w:val="mn-MN"/>
        </w:rPr>
        <w:t>Дараах дохио зангааг ашиглан дэлгэцээр шилжинэ.</w:t>
      </w:r>
    </w:p>
    <w:p w14:paraId="6D8E3510" w14:textId="77777777" w:rsidR="008263D6" w:rsidRPr="00E553C9" w:rsidRDefault="00C00878">
      <w:pPr>
        <w:spacing w:after="100"/>
        <w:rPr>
          <w:rFonts w:cs="Arial"/>
          <w:sz w:val="22"/>
          <w:lang w:val="mn-MN"/>
        </w:rPr>
      </w:pPr>
      <w:r w:rsidRPr="00E553C9">
        <w:rPr>
          <w:rFonts w:cs="Arial"/>
          <w:sz w:val="22"/>
          <w:lang w:val="mn-MN"/>
        </w:rPr>
        <w:t>Tap — Дарах: Ямар нэг зүйлийг нээхийн тулд дэлгэцэнд зөөлөн хүрнэ.</w:t>
      </w:r>
    </w:p>
    <w:p w14:paraId="0396A632" w14:textId="77777777" w:rsidR="008263D6" w:rsidRPr="00E553C9" w:rsidRDefault="00C00878">
      <w:pPr>
        <w:spacing w:after="100"/>
        <w:rPr>
          <w:rFonts w:cs="Arial"/>
          <w:sz w:val="22"/>
          <w:lang w:val="mn-MN"/>
        </w:rPr>
      </w:pPr>
      <w:r w:rsidRPr="00E553C9">
        <w:rPr>
          <w:rFonts w:cs="Arial"/>
          <w:sz w:val="22"/>
          <w:lang w:val="mn-MN"/>
        </w:rPr>
        <w:t>Tap and Hold — Даран барих: Нэмэлт сонголтуудыг харахын тулд дэлгэц дээр хүрээд удаан барина.</w:t>
      </w:r>
    </w:p>
    <w:p w14:paraId="53611637" w14:textId="1C6C3A6F" w:rsidR="008263D6" w:rsidRPr="00E553C9" w:rsidRDefault="00C00878">
      <w:pPr>
        <w:rPr>
          <w:rFonts w:cs="Arial"/>
          <w:sz w:val="22"/>
          <w:lang w:val="mn-MN"/>
        </w:rPr>
      </w:pPr>
      <w:r w:rsidRPr="00E553C9">
        <w:rPr>
          <w:rFonts w:cs="Arial"/>
          <w:b/>
          <w:sz w:val="22"/>
          <w:lang w:val="mn-MN"/>
        </w:rPr>
        <w:t>3. Мэдрэгчтэй дэлгэцийг хэрхэн ашиглах вэ?</w:t>
      </w:r>
    </w:p>
    <w:p w14:paraId="4E9E2C73" w14:textId="77777777" w:rsidR="008263D6" w:rsidRPr="00E553C9" w:rsidRDefault="00C00878">
      <w:pPr>
        <w:spacing w:after="100"/>
        <w:rPr>
          <w:rFonts w:cs="Arial"/>
          <w:sz w:val="22"/>
          <w:lang w:val="mn-MN"/>
        </w:rPr>
      </w:pPr>
      <w:r w:rsidRPr="00E553C9">
        <w:rPr>
          <w:rFonts w:cs="Arial"/>
          <w:sz w:val="22"/>
          <w:lang w:val="mn-MN"/>
        </w:rPr>
        <w:t>Утас тань асмагц Нүүр дэлгэц харагдана.</w:t>
      </w:r>
    </w:p>
    <w:p w14:paraId="251C03E8" w14:textId="77777777" w:rsidR="008263D6" w:rsidRPr="00E553C9" w:rsidRDefault="00C00878">
      <w:pPr>
        <w:spacing w:after="100"/>
        <w:rPr>
          <w:rFonts w:cs="Arial"/>
          <w:sz w:val="22"/>
          <w:lang w:val="mn-MN"/>
        </w:rPr>
      </w:pPr>
      <w:r w:rsidRPr="00E553C9">
        <w:rPr>
          <w:rFonts w:cs="Arial"/>
          <w:sz w:val="22"/>
          <w:lang w:val="mn-MN"/>
        </w:rPr>
        <w:t>Дэлгэцээр шилжих арга:</w:t>
      </w:r>
    </w:p>
    <w:p w14:paraId="3ECEA3BD" w14:textId="77777777" w:rsidR="008263D6" w:rsidRPr="00E553C9" w:rsidRDefault="00C00878">
      <w:pPr>
        <w:spacing w:after="100"/>
        <w:rPr>
          <w:rFonts w:cs="Arial"/>
          <w:sz w:val="22"/>
          <w:lang w:val="mn-MN"/>
        </w:rPr>
      </w:pPr>
      <w:r w:rsidRPr="00E553C9">
        <w:rPr>
          <w:rFonts w:cs="Arial"/>
          <w:sz w:val="22"/>
          <w:lang w:val="mn-MN"/>
        </w:rPr>
        <w:t>Swipe — Шилжүүлэх: Хуудас хооронд шилжихийн тулд хуруугаа дэлгэцээр хөндлөн хөдөлгөнө.</w:t>
      </w:r>
    </w:p>
    <w:p w14:paraId="186C55F1" w14:textId="77777777" w:rsidR="008263D6" w:rsidRPr="00E553C9" w:rsidRDefault="00C00878">
      <w:pPr>
        <w:spacing w:after="100"/>
        <w:rPr>
          <w:rFonts w:cs="Arial"/>
          <w:sz w:val="22"/>
          <w:lang w:val="mn-MN"/>
        </w:rPr>
      </w:pPr>
      <w:r w:rsidRPr="00E553C9">
        <w:rPr>
          <w:rFonts w:cs="Arial"/>
          <w:sz w:val="22"/>
          <w:lang w:val="mn-MN"/>
        </w:rPr>
        <w:t xml:space="preserve">Pinch </w:t>
      </w:r>
      <w:r w:rsidRPr="00AB46C9">
        <w:rPr>
          <w:rFonts w:cs="Arial"/>
          <w:sz w:val="22"/>
          <w:lang w:val="mn-MN"/>
        </w:rPr>
        <w:t>— Чимхэх: Зураг эсвэл бичвэрийг</w:t>
      </w:r>
      <w:r w:rsidRPr="00E553C9">
        <w:rPr>
          <w:rFonts w:cs="Arial"/>
          <w:sz w:val="22"/>
          <w:lang w:val="mn-MN"/>
        </w:rPr>
        <w:t xml:space="preserve"> томруулах, жижигрүүлэхийн тулд хоёр хуруугаа ашиглана.</w:t>
      </w:r>
    </w:p>
    <w:p w14:paraId="5BAB8A80" w14:textId="4CA1BC21" w:rsidR="00A42D80" w:rsidRPr="002A4F26" w:rsidRDefault="00A42D80">
      <w:pPr>
        <w:rPr>
          <w:rFonts w:cs="Arial"/>
          <w:sz w:val="22"/>
          <w:lang w:val="mn-MN"/>
        </w:rPr>
      </w:pPr>
    </w:p>
    <w:p w14:paraId="4D1B4E2A" w14:textId="4940F2B3" w:rsidR="008263D6" w:rsidRPr="00E553C9" w:rsidRDefault="00C00878">
      <w:pPr>
        <w:rPr>
          <w:rFonts w:cs="Arial"/>
          <w:sz w:val="22"/>
          <w:lang w:val="mn-MN"/>
        </w:rPr>
      </w:pPr>
      <w:r w:rsidRPr="00E553C9">
        <w:rPr>
          <w:rFonts w:cs="Arial"/>
          <w:b/>
          <w:sz w:val="22"/>
          <w:lang w:val="mn-MN"/>
        </w:rPr>
        <w:t>4. Түгээмэл хэрэглээний аппликэйшнүүд</w:t>
      </w:r>
    </w:p>
    <w:p w14:paraId="2B927867" w14:textId="11533341" w:rsidR="008263D6" w:rsidRPr="00E553C9" w:rsidRDefault="00C00878">
      <w:pPr>
        <w:spacing w:after="100"/>
        <w:rPr>
          <w:rFonts w:cs="Arial"/>
          <w:b/>
          <w:bCs/>
          <w:sz w:val="22"/>
          <w:lang w:val="mn-MN"/>
        </w:rPr>
      </w:pPr>
      <w:r w:rsidRPr="00E553C9">
        <w:rPr>
          <w:rFonts w:cs="Arial"/>
          <w:b/>
          <w:bCs/>
          <w:sz w:val="22"/>
          <w:lang w:val="mn-MN"/>
        </w:rPr>
        <w:t xml:space="preserve">Android </w:t>
      </w:r>
    </w:p>
    <w:p w14:paraId="6A6AFC14" w14:textId="77777777" w:rsidR="0029019A" w:rsidRPr="00E553C9" w:rsidRDefault="0029019A" w:rsidP="0029019A">
      <w:pPr>
        <w:spacing w:after="100"/>
        <w:rPr>
          <w:rFonts w:cs="Arial"/>
          <w:sz w:val="22"/>
          <w:lang w:val="mn-MN"/>
        </w:rPr>
      </w:pPr>
      <w:r w:rsidRPr="00E553C9">
        <w:rPr>
          <w:rFonts w:cs="Arial"/>
          <w:sz w:val="22"/>
          <w:lang w:val="mn-MN"/>
        </w:rPr>
        <w:t>Утас — Дуудлага хийх, хүлээн авах</w:t>
      </w:r>
    </w:p>
    <w:p w14:paraId="3293350B" w14:textId="77777777" w:rsidR="0029019A" w:rsidRPr="00E553C9" w:rsidRDefault="0029019A" w:rsidP="0029019A">
      <w:pPr>
        <w:spacing w:after="100"/>
        <w:rPr>
          <w:rFonts w:cs="Arial"/>
          <w:sz w:val="22"/>
          <w:lang w:val="mn-MN"/>
        </w:rPr>
      </w:pPr>
      <w:r w:rsidRPr="00E553C9">
        <w:rPr>
          <w:rFonts w:cs="Arial"/>
          <w:sz w:val="22"/>
          <w:lang w:val="mn-MN"/>
        </w:rPr>
        <w:t>Мессеж — Текстэн мессеж илгээх</w:t>
      </w:r>
    </w:p>
    <w:p w14:paraId="694EC3E3" w14:textId="77777777" w:rsidR="0029019A" w:rsidRPr="00E553C9" w:rsidRDefault="0029019A" w:rsidP="0029019A">
      <w:pPr>
        <w:spacing w:after="100"/>
        <w:rPr>
          <w:rFonts w:cs="Arial"/>
          <w:sz w:val="22"/>
          <w:lang w:val="mn-MN"/>
        </w:rPr>
      </w:pPr>
      <w:r w:rsidRPr="00E553C9">
        <w:rPr>
          <w:rFonts w:cs="Arial"/>
          <w:sz w:val="22"/>
          <w:lang w:val="mn-MN"/>
        </w:rPr>
        <w:t>И-мэйл (Gmail, Outlook) — И-мэйл илгээх, унших</w:t>
      </w:r>
    </w:p>
    <w:p w14:paraId="3599A55E" w14:textId="77777777" w:rsidR="0029019A" w:rsidRPr="00E553C9" w:rsidRDefault="0029019A" w:rsidP="0029019A">
      <w:pPr>
        <w:spacing w:after="100"/>
        <w:rPr>
          <w:rFonts w:cs="Arial"/>
          <w:sz w:val="22"/>
          <w:lang w:val="mn-MN"/>
        </w:rPr>
      </w:pPr>
      <w:r w:rsidRPr="00E553C9">
        <w:rPr>
          <w:rFonts w:cs="Arial"/>
          <w:sz w:val="22"/>
          <w:lang w:val="mn-MN"/>
        </w:rPr>
        <w:t>Харилцагчид — Нэр, утасны дугаар, и-мэйл хадгалах</w:t>
      </w:r>
    </w:p>
    <w:p w14:paraId="69B0DD59" w14:textId="77777777" w:rsidR="0029019A" w:rsidRPr="00E553C9" w:rsidRDefault="0029019A" w:rsidP="0029019A">
      <w:pPr>
        <w:spacing w:after="100"/>
        <w:rPr>
          <w:rFonts w:cs="Arial"/>
          <w:sz w:val="22"/>
          <w:lang w:val="mn-MN"/>
        </w:rPr>
      </w:pPr>
      <w:r w:rsidRPr="00E553C9">
        <w:rPr>
          <w:rFonts w:cs="Arial"/>
          <w:sz w:val="22"/>
          <w:lang w:val="mn-MN"/>
        </w:rPr>
        <w:t>Тохиргоо — Дуу, гэрэлтүүлэг, Wi-Fi болон бусад тохиргоог өөрчлөх</w:t>
      </w:r>
    </w:p>
    <w:p w14:paraId="1C3E285C" w14:textId="77777777" w:rsidR="0029019A" w:rsidRPr="00E553C9" w:rsidRDefault="0029019A" w:rsidP="0029019A">
      <w:pPr>
        <w:spacing w:after="100"/>
        <w:rPr>
          <w:rFonts w:cs="Arial"/>
          <w:sz w:val="22"/>
          <w:lang w:val="mn-MN"/>
        </w:rPr>
      </w:pPr>
      <w:r w:rsidRPr="00E553C9">
        <w:rPr>
          <w:rFonts w:cs="Arial"/>
          <w:sz w:val="22"/>
          <w:lang w:val="mn-MN"/>
        </w:rPr>
        <w:t>Интернэт хөтөч — Мэдээлэл хайх</w:t>
      </w:r>
    </w:p>
    <w:p w14:paraId="38D9797F" w14:textId="77777777" w:rsidR="0029019A" w:rsidRPr="00E553C9" w:rsidRDefault="0029019A" w:rsidP="0029019A">
      <w:pPr>
        <w:spacing w:after="100"/>
        <w:rPr>
          <w:rFonts w:cs="Arial"/>
          <w:sz w:val="22"/>
          <w:lang w:val="mn-MN"/>
        </w:rPr>
      </w:pPr>
      <w:r w:rsidRPr="00E553C9">
        <w:rPr>
          <w:rFonts w:cs="Arial"/>
          <w:sz w:val="22"/>
          <w:lang w:val="mn-MN"/>
        </w:rPr>
        <w:t>Камер — Зураг авах, видео бичлэг хийх</w:t>
      </w:r>
    </w:p>
    <w:p w14:paraId="1AB085D1" w14:textId="77777777" w:rsidR="0029019A" w:rsidRPr="00E553C9" w:rsidRDefault="0029019A" w:rsidP="0029019A">
      <w:pPr>
        <w:spacing w:after="100"/>
        <w:rPr>
          <w:rFonts w:cs="Arial"/>
          <w:sz w:val="22"/>
          <w:lang w:val="mn-MN"/>
        </w:rPr>
      </w:pPr>
      <w:r w:rsidRPr="00E553C9">
        <w:rPr>
          <w:rFonts w:cs="Arial"/>
          <w:sz w:val="22"/>
          <w:lang w:val="mn-MN"/>
        </w:rPr>
        <w:t>Зураг — Хадгалсан зургуудыг үзэх</w:t>
      </w:r>
    </w:p>
    <w:p w14:paraId="1EEBDF10" w14:textId="73BB0FBB" w:rsidR="0029019A" w:rsidRPr="00E553C9" w:rsidRDefault="00C00878" w:rsidP="002A4F26">
      <w:pPr>
        <w:spacing w:after="100"/>
        <w:rPr>
          <w:rFonts w:cs="Arial"/>
          <w:sz w:val="22"/>
          <w:lang w:val="mn-MN"/>
        </w:rPr>
      </w:pPr>
      <w:r w:rsidRPr="00E553C9">
        <w:rPr>
          <w:rFonts w:cs="Arial"/>
          <w:sz w:val="22"/>
          <w:lang w:val="mn-MN"/>
        </w:rPr>
        <w:t>Play Store / App Store — Аппликэйшн татаж авах болон шинэчлэх</w:t>
      </w:r>
    </w:p>
    <w:p w14:paraId="3E3C68C5" w14:textId="77777777" w:rsidR="0029019A" w:rsidRPr="00E553C9" w:rsidRDefault="0029019A">
      <w:pPr>
        <w:rPr>
          <w:rFonts w:cs="Arial"/>
          <w:b/>
          <w:bCs/>
          <w:sz w:val="22"/>
          <w:lang w:val="mn-MN"/>
        </w:rPr>
      </w:pPr>
      <w:r w:rsidRPr="00E553C9">
        <w:rPr>
          <w:rFonts w:cs="Arial"/>
          <w:b/>
          <w:bCs/>
          <w:sz w:val="22"/>
          <w:lang w:val="mn-MN"/>
        </w:rPr>
        <w:t xml:space="preserve">iOS </w:t>
      </w:r>
    </w:p>
    <w:p w14:paraId="31C3ABE9" w14:textId="77777777" w:rsidR="0029019A" w:rsidRPr="00E553C9" w:rsidRDefault="0029019A" w:rsidP="0029019A">
      <w:pPr>
        <w:spacing w:after="100"/>
        <w:rPr>
          <w:rFonts w:cs="Arial"/>
          <w:sz w:val="22"/>
          <w:lang w:val="mn-MN"/>
        </w:rPr>
      </w:pPr>
      <w:r w:rsidRPr="00E553C9">
        <w:rPr>
          <w:rFonts w:cs="Arial"/>
          <w:sz w:val="22"/>
          <w:lang w:val="mn-MN"/>
        </w:rPr>
        <w:t>Утас — Дуудлага хийх, хүлээн авах</w:t>
      </w:r>
    </w:p>
    <w:p w14:paraId="3AA6D27A" w14:textId="77777777" w:rsidR="0029019A" w:rsidRPr="00E553C9" w:rsidRDefault="0029019A" w:rsidP="0029019A">
      <w:pPr>
        <w:spacing w:after="100"/>
        <w:rPr>
          <w:rFonts w:cs="Arial"/>
          <w:sz w:val="22"/>
          <w:lang w:val="mn-MN"/>
        </w:rPr>
      </w:pPr>
      <w:r w:rsidRPr="00E553C9">
        <w:rPr>
          <w:rFonts w:cs="Arial"/>
          <w:sz w:val="22"/>
          <w:lang w:val="mn-MN"/>
        </w:rPr>
        <w:t>Мессеж — Текстэн мессеж илгээх</w:t>
      </w:r>
    </w:p>
    <w:p w14:paraId="2CE55B14" w14:textId="77777777" w:rsidR="0029019A" w:rsidRPr="00E553C9" w:rsidRDefault="0029019A" w:rsidP="0029019A">
      <w:pPr>
        <w:spacing w:after="100"/>
        <w:rPr>
          <w:rFonts w:cs="Arial"/>
          <w:sz w:val="22"/>
          <w:lang w:val="mn-MN"/>
        </w:rPr>
      </w:pPr>
      <w:r w:rsidRPr="00E553C9">
        <w:rPr>
          <w:rFonts w:cs="Arial"/>
          <w:sz w:val="22"/>
          <w:lang w:val="mn-MN"/>
        </w:rPr>
        <w:t>И-мэйл (Gmail, Outlook) — И-мэйл илгээх, унших</w:t>
      </w:r>
    </w:p>
    <w:p w14:paraId="75E3D00D" w14:textId="77777777" w:rsidR="0029019A" w:rsidRPr="00E553C9" w:rsidRDefault="0029019A" w:rsidP="0029019A">
      <w:pPr>
        <w:spacing w:after="100"/>
        <w:rPr>
          <w:rFonts w:cs="Arial"/>
          <w:sz w:val="22"/>
          <w:lang w:val="mn-MN"/>
        </w:rPr>
      </w:pPr>
      <w:r w:rsidRPr="00E553C9">
        <w:rPr>
          <w:rFonts w:cs="Arial"/>
          <w:sz w:val="22"/>
          <w:lang w:val="mn-MN"/>
        </w:rPr>
        <w:t>Харилцагчид — Нэр, утасны дугаар, и-мэйл хадгалах</w:t>
      </w:r>
    </w:p>
    <w:p w14:paraId="3FB16EFF" w14:textId="77777777" w:rsidR="0029019A" w:rsidRPr="00E553C9" w:rsidRDefault="0029019A" w:rsidP="0029019A">
      <w:pPr>
        <w:spacing w:after="100"/>
        <w:rPr>
          <w:rFonts w:cs="Arial"/>
          <w:sz w:val="22"/>
          <w:lang w:val="mn-MN"/>
        </w:rPr>
      </w:pPr>
      <w:r w:rsidRPr="00E553C9">
        <w:rPr>
          <w:rFonts w:cs="Arial"/>
          <w:sz w:val="22"/>
          <w:lang w:val="mn-MN"/>
        </w:rPr>
        <w:t>Тохиргоо — Дуу, гэрэлтүүлэг, Wi-Fi болон бусад тохиргоог өөрчлөх</w:t>
      </w:r>
    </w:p>
    <w:p w14:paraId="14FBF240" w14:textId="77777777" w:rsidR="0029019A" w:rsidRPr="00E553C9" w:rsidRDefault="0029019A" w:rsidP="0029019A">
      <w:pPr>
        <w:spacing w:after="100"/>
        <w:rPr>
          <w:rFonts w:cs="Arial"/>
          <w:sz w:val="22"/>
          <w:lang w:val="mn-MN"/>
        </w:rPr>
      </w:pPr>
      <w:r w:rsidRPr="00E553C9">
        <w:rPr>
          <w:rFonts w:cs="Arial"/>
          <w:sz w:val="22"/>
          <w:lang w:val="mn-MN"/>
        </w:rPr>
        <w:t>Интернэт хөтөч — Мэдээлэл хайх</w:t>
      </w:r>
    </w:p>
    <w:p w14:paraId="20892AEA" w14:textId="77777777" w:rsidR="0029019A" w:rsidRPr="00E553C9" w:rsidRDefault="0029019A" w:rsidP="0029019A">
      <w:pPr>
        <w:spacing w:after="100"/>
        <w:rPr>
          <w:rFonts w:cs="Arial"/>
          <w:sz w:val="22"/>
          <w:lang w:val="mn-MN"/>
        </w:rPr>
      </w:pPr>
      <w:r w:rsidRPr="00E553C9">
        <w:rPr>
          <w:rFonts w:cs="Arial"/>
          <w:sz w:val="22"/>
          <w:lang w:val="mn-MN"/>
        </w:rPr>
        <w:t>Камер — Зураг авах, видео бичлэг хийх</w:t>
      </w:r>
    </w:p>
    <w:p w14:paraId="4940062F" w14:textId="77777777" w:rsidR="0029019A" w:rsidRPr="00E553C9" w:rsidRDefault="0029019A" w:rsidP="0029019A">
      <w:pPr>
        <w:spacing w:after="100"/>
        <w:rPr>
          <w:rFonts w:cs="Arial"/>
          <w:sz w:val="22"/>
          <w:lang w:val="mn-MN"/>
        </w:rPr>
      </w:pPr>
      <w:r w:rsidRPr="00E553C9">
        <w:rPr>
          <w:rFonts w:cs="Arial"/>
          <w:sz w:val="22"/>
          <w:lang w:val="mn-MN"/>
        </w:rPr>
        <w:t>Зураг — Хадгалсан зургуудыг үзэх</w:t>
      </w:r>
    </w:p>
    <w:p w14:paraId="52CD8712" w14:textId="454E8FEE" w:rsidR="0029019A" w:rsidRPr="00AB46C9" w:rsidRDefault="0029019A" w:rsidP="00AB46C9">
      <w:pPr>
        <w:spacing w:after="100"/>
        <w:rPr>
          <w:rFonts w:cs="Arial"/>
          <w:sz w:val="22"/>
          <w:lang w:val="mn-MN"/>
        </w:rPr>
      </w:pPr>
      <w:r w:rsidRPr="00E553C9">
        <w:rPr>
          <w:rFonts w:cs="Arial"/>
          <w:sz w:val="22"/>
          <w:lang w:val="mn-MN"/>
        </w:rPr>
        <w:t>Play Store / App Store — Аппликэйшн татаж авах болон шинэчлэх</w:t>
      </w:r>
    </w:p>
    <w:p w14:paraId="508EFBCA" w14:textId="39C91A49" w:rsidR="008263D6" w:rsidRPr="002A4F26" w:rsidRDefault="00C00878">
      <w:pPr>
        <w:rPr>
          <w:rFonts w:cs="Arial"/>
          <w:b/>
          <w:bCs/>
          <w:sz w:val="22"/>
          <w:lang w:val="mn-MN"/>
        </w:rPr>
      </w:pPr>
      <w:r w:rsidRPr="00E553C9">
        <w:rPr>
          <w:rFonts w:cs="Arial"/>
          <w:b/>
          <w:sz w:val="22"/>
          <w:lang w:val="mn-MN"/>
        </w:rPr>
        <w:t>Дадлага 3</w:t>
      </w:r>
    </w:p>
    <w:p w14:paraId="185E4B4D" w14:textId="77777777" w:rsidR="008263D6" w:rsidRPr="00AB46C9" w:rsidRDefault="00C00878">
      <w:pPr>
        <w:spacing w:after="100"/>
        <w:rPr>
          <w:rFonts w:cs="Arial"/>
          <w:sz w:val="22"/>
          <w:lang w:val="mn-MN"/>
        </w:rPr>
      </w:pPr>
      <w:r w:rsidRPr="00AB46C9">
        <w:rPr>
          <w:rFonts w:cs="Arial"/>
          <w:sz w:val="22"/>
          <w:lang w:val="mn-MN"/>
        </w:rPr>
        <w:t>Ухаалаг утасны дохио зангааг туршиж үзэх (“Gesture Gym”)</w:t>
      </w:r>
    </w:p>
    <w:p w14:paraId="747B976B" w14:textId="77777777" w:rsidR="008263D6" w:rsidRPr="00AB46C9" w:rsidRDefault="00C00878">
      <w:pPr>
        <w:spacing w:after="100"/>
        <w:rPr>
          <w:rFonts w:cs="Arial"/>
          <w:sz w:val="22"/>
          <w:lang w:val="mn-MN"/>
        </w:rPr>
      </w:pPr>
      <w:r w:rsidRPr="00AB46C9">
        <w:rPr>
          <w:rFonts w:cs="Arial"/>
          <w:sz w:val="22"/>
          <w:lang w:val="mn-MN"/>
        </w:rPr>
        <w:t>Зорилго: Дэлгэцийн түгээмэл дохио зангааг ашиглахдаа өөртөө итгэлтэй болох.</w:t>
      </w:r>
    </w:p>
    <w:p w14:paraId="446CEAE4" w14:textId="77777777" w:rsidR="008263D6" w:rsidRPr="00AB46C9" w:rsidRDefault="00C00878">
      <w:pPr>
        <w:spacing w:after="100"/>
        <w:rPr>
          <w:rFonts w:cs="Arial"/>
          <w:sz w:val="22"/>
          <w:lang w:val="mn-MN"/>
        </w:rPr>
      </w:pPr>
      <w:r w:rsidRPr="00AB46C9">
        <w:rPr>
          <w:rFonts w:cs="Arial"/>
          <w:sz w:val="22"/>
          <w:lang w:val="mn-MN"/>
        </w:rPr>
        <w:lastRenderedPageBreak/>
        <w:t>Заавар:</w:t>
      </w:r>
    </w:p>
    <w:p w14:paraId="217C12F5" w14:textId="77777777" w:rsidR="008263D6" w:rsidRPr="00AB46C9" w:rsidRDefault="00C00878">
      <w:pPr>
        <w:spacing w:after="100"/>
        <w:rPr>
          <w:rFonts w:cs="Arial"/>
          <w:sz w:val="22"/>
          <w:lang w:val="mn-MN"/>
        </w:rPr>
      </w:pPr>
      <w:r w:rsidRPr="00AB46C9">
        <w:rPr>
          <w:rFonts w:cs="Arial"/>
          <w:sz w:val="22"/>
          <w:lang w:val="mn-MN"/>
        </w:rPr>
        <w:t>1. Tap: Камерын аппликэйшнийг дүрсэн дээр нь нэг удаа дарж нээнэ.</w:t>
      </w:r>
    </w:p>
    <w:p w14:paraId="2FF00A96" w14:textId="77777777" w:rsidR="008263D6" w:rsidRPr="00AB46C9" w:rsidRDefault="00C00878">
      <w:pPr>
        <w:spacing w:after="100"/>
        <w:rPr>
          <w:rFonts w:cs="Arial"/>
          <w:sz w:val="22"/>
          <w:lang w:val="mn-MN"/>
        </w:rPr>
      </w:pPr>
      <w:r w:rsidRPr="00AB46C9">
        <w:rPr>
          <w:rFonts w:cs="Arial"/>
          <w:sz w:val="22"/>
          <w:lang w:val="mn-MN"/>
        </w:rPr>
        <w:t>2. Swipe: Зүүн/баруун эсвэл дээш/доош шилжүүлж Photos аппликэйшнийг олно.</w:t>
      </w:r>
    </w:p>
    <w:p w14:paraId="26D2DE35" w14:textId="77777777" w:rsidR="008263D6" w:rsidRPr="00AB46C9" w:rsidRDefault="00C00878">
      <w:pPr>
        <w:spacing w:after="100"/>
        <w:rPr>
          <w:rFonts w:cs="Arial"/>
          <w:sz w:val="22"/>
          <w:lang w:val="mn-MN"/>
        </w:rPr>
      </w:pPr>
      <w:r w:rsidRPr="00AB46C9">
        <w:rPr>
          <w:rFonts w:cs="Arial"/>
          <w:sz w:val="22"/>
          <w:lang w:val="mn-MN"/>
        </w:rPr>
        <w:t>3. Pinch: Зургийг барьж сунгаж байгаа мэт хоёр хуруугаа ойртуулах эсвэл холдуулах замаар томруулж/жижигрүүлнэ.</w:t>
      </w:r>
    </w:p>
    <w:p w14:paraId="02A35633" w14:textId="77777777" w:rsidR="008263D6" w:rsidRPr="00AB46C9" w:rsidRDefault="00C00878">
      <w:pPr>
        <w:spacing w:after="100"/>
        <w:rPr>
          <w:rFonts w:cs="Arial"/>
          <w:sz w:val="22"/>
          <w:lang w:val="mn-MN"/>
        </w:rPr>
      </w:pPr>
      <w:r w:rsidRPr="00AB46C9">
        <w:rPr>
          <w:rFonts w:cs="Arial"/>
          <w:sz w:val="22"/>
          <w:lang w:val="mn-MN"/>
        </w:rPr>
        <w:t>4. Tap and hold: Нүүр дэлгэц дээрх дурын аппликэйшний дүрсийг даран барьж зөөх эсвэл устгана.</w:t>
      </w:r>
    </w:p>
    <w:p w14:paraId="7513FA2C" w14:textId="77777777" w:rsidR="0029019A" w:rsidRPr="00AB46C9" w:rsidRDefault="0029019A">
      <w:pPr>
        <w:spacing w:after="100"/>
        <w:rPr>
          <w:rFonts w:cs="Arial"/>
          <w:sz w:val="22"/>
          <w:lang w:val="mn-MN"/>
        </w:rPr>
      </w:pPr>
    </w:p>
    <w:p w14:paraId="4F2E85D1" w14:textId="43322075" w:rsidR="008263D6" w:rsidRPr="00AB46C9" w:rsidRDefault="00C00878">
      <w:pPr>
        <w:spacing w:after="100"/>
        <w:rPr>
          <w:rFonts w:cs="Arial"/>
          <w:sz w:val="22"/>
          <w:lang w:val="mn-MN"/>
        </w:rPr>
      </w:pPr>
      <w:r w:rsidRPr="00AB46C9">
        <w:rPr>
          <w:rFonts w:cs="Arial"/>
          <w:sz w:val="22"/>
          <w:lang w:val="mn-MN"/>
        </w:rPr>
        <w:t>Эргэцүүлэл:</w:t>
      </w:r>
    </w:p>
    <w:p w14:paraId="46D091F9" w14:textId="77777777" w:rsidR="008263D6" w:rsidRPr="00AB46C9" w:rsidRDefault="00C00878">
      <w:pPr>
        <w:spacing w:after="100"/>
        <w:rPr>
          <w:rFonts w:cs="Arial"/>
          <w:sz w:val="22"/>
          <w:lang w:val="mn-MN"/>
        </w:rPr>
      </w:pPr>
      <w:r w:rsidRPr="00AB46C9">
        <w:rPr>
          <w:rFonts w:cs="Arial"/>
          <w:sz w:val="22"/>
          <w:lang w:val="mn-MN"/>
        </w:rPr>
        <w:t>Танд аль дохио зангаа хамгийн хялбар байсан бэ?</w:t>
      </w:r>
    </w:p>
    <w:p w14:paraId="4A7CCF47" w14:textId="77777777" w:rsidR="008263D6" w:rsidRPr="00AB46C9" w:rsidRDefault="00C00878">
      <w:pPr>
        <w:spacing w:after="100"/>
        <w:rPr>
          <w:rFonts w:cs="Arial"/>
          <w:sz w:val="22"/>
          <w:lang w:val="mn-MN"/>
        </w:rPr>
      </w:pPr>
      <w:r w:rsidRPr="00AB46C9">
        <w:rPr>
          <w:rFonts w:cs="Arial"/>
          <w:sz w:val="22"/>
          <w:lang w:val="mn-MN"/>
        </w:rPr>
        <w:t>Аль дохио зангааг илүү их давтаж сурмаар байна?</w:t>
      </w:r>
    </w:p>
    <w:p w14:paraId="03127140" w14:textId="37DB06B5" w:rsidR="008263D6" w:rsidRPr="00AB46C9" w:rsidRDefault="00C00878">
      <w:pPr>
        <w:rPr>
          <w:rFonts w:cs="Arial"/>
          <w:sz w:val="22"/>
          <w:lang w:val="mn-MN"/>
        </w:rPr>
      </w:pPr>
      <w:r w:rsidRPr="00AB46C9">
        <w:rPr>
          <w:rFonts w:cs="Arial"/>
          <w:b/>
          <w:sz w:val="22"/>
          <w:lang w:val="mn-MN"/>
        </w:rPr>
        <w:t>5. Интернэтэд холбогдох</w:t>
      </w:r>
    </w:p>
    <w:p w14:paraId="758F4A63" w14:textId="6872C116" w:rsidR="008263D6" w:rsidRPr="00AB46C9" w:rsidRDefault="00C00878">
      <w:pPr>
        <w:spacing w:after="100"/>
        <w:rPr>
          <w:rFonts w:cs="Arial"/>
          <w:sz w:val="22"/>
          <w:lang w:val="mn-MN"/>
        </w:rPr>
      </w:pPr>
      <w:r w:rsidRPr="00AB46C9">
        <w:rPr>
          <w:rFonts w:cs="Arial"/>
          <w:sz w:val="22"/>
          <w:lang w:val="mn-MN"/>
        </w:rPr>
        <w:t>Ухаалаг утас интернэтэд дараах аргаар холбогдоно</w:t>
      </w:r>
      <w:r w:rsidR="0029019A" w:rsidRPr="00AB46C9">
        <w:rPr>
          <w:rFonts w:cs="Arial"/>
          <w:sz w:val="22"/>
          <w:lang w:val="mn-MN"/>
        </w:rPr>
        <w:t>.</w:t>
      </w:r>
    </w:p>
    <w:p w14:paraId="1525A344" w14:textId="77777777" w:rsidR="008263D6" w:rsidRPr="00AB46C9" w:rsidRDefault="00C00878">
      <w:pPr>
        <w:spacing w:after="100"/>
        <w:rPr>
          <w:rFonts w:cs="Arial"/>
          <w:sz w:val="22"/>
          <w:lang w:val="mn-MN"/>
        </w:rPr>
      </w:pPr>
      <w:r w:rsidRPr="00AB46C9">
        <w:rPr>
          <w:rFonts w:cs="Arial"/>
          <w:sz w:val="22"/>
          <w:lang w:val="mn-MN"/>
        </w:rPr>
        <w:t>Mobile data — Гар утасны дата: SIM картаар дамжуулан ашиглана; төлбөр тооцогдож болно.</w:t>
      </w:r>
    </w:p>
    <w:p w14:paraId="5FF53673" w14:textId="77777777" w:rsidR="008263D6" w:rsidRPr="00AB46C9" w:rsidRDefault="00C00878">
      <w:pPr>
        <w:spacing w:after="100"/>
        <w:rPr>
          <w:rFonts w:cs="Arial"/>
          <w:sz w:val="22"/>
          <w:lang w:val="mn-MN"/>
        </w:rPr>
      </w:pPr>
      <w:r w:rsidRPr="00AB46C9">
        <w:rPr>
          <w:rFonts w:cs="Arial"/>
          <w:sz w:val="22"/>
          <w:lang w:val="mn-MN"/>
        </w:rPr>
        <w:t>Wi-Fi: Гэртээ болон олон нийтийн газарт байгаа сүлжээнд холбогдоно. Ихэвчлэн илүү хурдан бөгөөд үнэ төлбөргүй байдаг.</w:t>
      </w:r>
    </w:p>
    <w:p w14:paraId="5D36D64F" w14:textId="77777777" w:rsidR="008263D6" w:rsidRPr="00AB46C9" w:rsidRDefault="00C00878">
      <w:pPr>
        <w:spacing w:after="100"/>
        <w:rPr>
          <w:rFonts w:cs="Arial"/>
          <w:sz w:val="22"/>
          <w:lang w:val="mn-MN"/>
        </w:rPr>
      </w:pPr>
      <w:r w:rsidRPr="00AB46C9">
        <w:rPr>
          <w:rFonts w:cs="Arial"/>
          <w:sz w:val="22"/>
          <w:lang w:val="mn-MN"/>
        </w:rPr>
        <w:t>Wi-Fi-д холбогдох:</w:t>
      </w:r>
    </w:p>
    <w:p w14:paraId="1BC86A32" w14:textId="77777777" w:rsidR="008263D6" w:rsidRPr="00AB46C9" w:rsidRDefault="00C00878">
      <w:pPr>
        <w:spacing w:after="100"/>
        <w:rPr>
          <w:rFonts w:cs="Arial"/>
          <w:sz w:val="22"/>
          <w:lang w:val="mn-MN"/>
        </w:rPr>
      </w:pPr>
      <w:r w:rsidRPr="00AB46C9">
        <w:rPr>
          <w:rFonts w:cs="Arial"/>
          <w:sz w:val="22"/>
          <w:lang w:val="mn-MN"/>
        </w:rPr>
        <w:t>1. Settings аппликэйшнийг нээнэ.</w:t>
      </w:r>
    </w:p>
    <w:p w14:paraId="729EBD4E" w14:textId="77777777" w:rsidR="008263D6" w:rsidRPr="00AB46C9" w:rsidRDefault="00C00878">
      <w:pPr>
        <w:spacing w:after="100"/>
        <w:rPr>
          <w:rFonts w:cs="Arial"/>
          <w:sz w:val="22"/>
          <w:lang w:val="mn-MN"/>
        </w:rPr>
      </w:pPr>
      <w:r w:rsidRPr="00AB46C9">
        <w:rPr>
          <w:rFonts w:cs="Arial"/>
          <w:sz w:val="22"/>
          <w:lang w:val="mn-MN"/>
        </w:rPr>
        <w:t>2. Wi-Fi дээр дарна.</w:t>
      </w:r>
    </w:p>
    <w:p w14:paraId="4ED13B91" w14:textId="77777777" w:rsidR="008263D6" w:rsidRPr="00AB46C9" w:rsidRDefault="00C00878">
      <w:pPr>
        <w:spacing w:after="100"/>
        <w:rPr>
          <w:rFonts w:cs="Arial"/>
          <w:sz w:val="22"/>
          <w:lang w:val="mn-MN"/>
        </w:rPr>
      </w:pPr>
      <w:r w:rsidRPr="00AB46C9">
        <w:rPr>
          <w:rFonts w:cs="Arial"/>
          <w:sz w:val="22"/>
          <w:lang w:val="mn-MN"/>
        </w:rPr>
        <w:t>3. Сүлжээнийхээ нэрийг сонгоно (жишээ нь “Home Wi-Fi”).</w:t>
      </w:r>
    </w:p>
    <w:p w14:paraId="4BE7089C" w14:textId="77777777" w:rsidR="008263D6" w:rsidRPr="00E553C9" w:rsidRDefault="00C00878">
      <w:pPr>
        <w:spacing w:after="100"/>
        <w:rPr>
          <w:rFonts w:cs="Arial"/>
          <w:sz w:val="22"/>
          <w:lang w:val="mn-MN"/>
        </w:rPr>
      </w:pPr>
      <w:r w:rsidRPr="00AB46C9">
        <w:rPr>
          <w:rFonts w:cs="Arial"/>
          <w:sz w:val="22"/>
          <w:lang w:val="mn-MN"/>
        </w:rPr>
        <w:t>4. Шаардлагатай бол нууц үгээ оруулна.</w:t>
      </w:r>
    </w:p>
    <w:p w14:paraId="794227D4" w14:textId="77777777" w:rsidR="008263D6" w:rsidRPr="00E553C9" w:rsidRDefault="00C00878">
      <w:pPr>
        <w:rPr>
          <w:rFonts w:cs="Arial"/>
          <w:sz w:val="22"/>
          <w:lang w:val="mn-MN"/>
        </w:rPr>
      </w:pPr>
      <w:r w:rsidRPr="00E553C9">
        <w:rPr>
          <w:rFonts w:cs="Arial"/>
          <w:sz w:val="22"/>
          <w:lang w:val="mn-MN"/>
        </w:rPr>
        <w:br w:type="page"/>
      </w:r>
    </w:p>
    <w:p w14:paraId="79FEE414" w14:textId="5331C95F" w:rsidR="008263D6" w:rsidRPr="00E553C9" w:rsidRDefault="00C00878">
      <w:pPr>
        <w:rPr>
          <w:rFonts w:cs="Arial"/>
          <w:sz w:val="22"/>
          <w:lang w:val="mn-MN"/>
        </w:rPr>
      </w:pPr>
      <w:r w:rsidRPr="00E553C9">
        <w:rPr>
          <w:rFonts w:cs="Arial"/>
          <w:b/>
          <w:sz w:val="22"/>
          <w:lang w:val="mn-MN"/>
        </w:rPr>
        <w:lastRenderedPageBreak/>
        <w:t>Дадлага 4</w:t>
      </w:r>
    </w:p>
    <w:p w14:paraId="4280BB0B" w14:textId="77777777" w:rsidR="008263D6" w:rsidRPr="00E553C9" w:rsidRDefault="00C00878">
      <w:pPr>
        <w:spacing w:after="100"/>
        <w:rPr>
          <w:rFonts w:cs="Arial"/>
          <w:sz w:val="22"/>
          <w:lang w:val="mn-MN"/>
        </w:rPr>
      </w:pPr>
      <w:r w:rsidRPr="00E553C9">
        <w:rPr>
          <w:rFonts w:cs="Arial"/>
          <w:sz w:val="22"/>
          <w:lang w:val="mn-MN"/>
        </w:rPr>
        <w:t>Wi-Fi-д холбогдох (“Олох ба холбогдох”)</w:t>
      </w:r>
    </w:p>
    <w:p w14:paraId="3E104994" w14:textId="77777777" w:rsidR="008263D6" w:rsidRPr="00E553C9" w:rsidRDefault="00C00878">
      <w:pPr>
        <w:spacing w:after="100"/>
        <w:rPr>
          <w:rFonts w:cs="Arial"/>
          <w:sz w:val="22"/>
          <w:lang w:val="mn-MN"/>
        </w:rPr>
      </w:pPr>
      <w:r w:rsidRPr="00E553C9">
        <w:rPr>
          <w:rFonts w:cs="Arial"/>
          <w:sz w:val="22"/>
          <w:lang w:val="mn-MN"/>
        </w:rPr>
        <w:t>Зорилго: Ухаалаг утсаа Wi-Fi сүлжээнд холбох.</w:t>
      </w:r>
    </w:p>
    <w:p w14:paraId="11E37F1F" w14:textId="77777777" w:rsidR="008263D6" w:rsidRPr="00E553C9" w:rsidRDefault="00C00878">
      <w:pPr>
        <w:spacing w:after="100"/>
        <w:rPr>
          <w:rFonts w:cs="Arial"/>
          <w:sz w:val="22"/>
          <w:lang w:val="mn-MN"/>
        </w:rPr>
      </w:pPr>
      <w:r w:rsidRPr="00E553C9">
        <w:rPr>
          <w:rFonts w:cs="Arial"/>
          <w:sz w:val="22"/>
          <w:lang w:val="mn-MN"/>
        </w:rPr>
        <w:t>Заавар:</w:t>
      </w:r>
    </w:p>
    <w:p w14:paraId="5F907F42" w14:textId="77777777" w:rsidR="008263D6" w:rsidRPr="00E553C9" w:rsidRDefault="00C00878">
      <w:pPr>
        <w:spacing w:after="100"/>
        <w:rPr>
          <w:rFonts w:cs="Arial"/>
          <w:sz w:val="22"/>
          <w:lang w:val="mn-MN"/>
        </w:rPr>
      </w:pPr>
      <w:r w:rsidRPr="00E553C9">
        <w:rPr>
          <w:rFonts w:cs="Arial"/>
          <w:sz w:val="22"/>
          <w:lang w:val="mn-MN"/>
        </w:rPr>
        <w:t>1. Settings аппликэйшнийг нээнэ.</w:t>
      </w:r>
    </w:p>
    <w:p w14:paraId="456EED41" w14:textId="77777777" w:rsidR="008263D6" w:rsidRPr="00E553C9" w:rsidRDefault="00C00878">
      <w:pPr>
        <w:spacing w:after="100"/>
        <w:rPr>
          <w:rFonts w:cs="Arial"/>
          <w:sz w:val="22"/>
          <w:lang w:val="mn-MN"/>
        </w:rPr>
      </w:pPr>
      <w:r w:rsidRPr="00E553C9">
        <w:rPr>
          <w:rFonts w:cs="Arial"/>
          <w:sz w:val="22"/>
          <w:lang w:val="mn-MN"/>
        </w:rPr>
        <w:t>2. Wi-Fi эсвэл Connections дээр дарна.</w:t>
      </w:r>
    </w:p>
    <w:p w14:paraId="4B90AE21" w14:textId="77777777" w:rsidR="008263D6" w:rsidRPr="00E553C9" w:rsidRDefault="00C00878">
      <w:pPr>
        <w:spacing w:after="100"/>
        <w:rPr>
          <w:rFonts w:cs="Arial"/>
          <w:sz w:val="22"/>
          <w:lang w:val="mn-MN"/>
        </w:rPr>
      </w:pPr>
      <w:r w:rsidRPr="00E553C9">
        <w:rPr>
          <w:rFonts w:cs="Arial"/>
          <w:sz w:val="22"/>
          <w:lang w:val="mn-MN"/>
        </w:rPr>
        <w:t>3. Зөв сүлжээний нэрийг сонгоно.</w:t>
      </w:r>
    </w:p>
    <w:p w14:paraId="087507D3" w14:textId="77777777" w:rsidR="008263D6" w:rsidRPr="00E553C9" w:rsidRDefault="00C00878">
      <w:pPr>
        <w:spacing w:after="100"/>
        <w:rPr>
          <w:rFonts w:cs="Arial"/>
          <w:sz w:val="22"/>
          <w:lang w:val="mn-MN"/>
        </w:rPr>
      </w:pPr>
      <w:r w:rsidRPr="00E553C9">
        <w:rPr>
          <w:rFonts w:cs="Arial"/>
          <w:sz w:val="22"/>
          <w:lang w:val="mn-MN"/>
        </w:rPr>
        <w:t>4. Шаардлагатай бол нууц үгээ оруулна.</w:t>
      </w:r>
    </w:p>
    <w:p w14:paraId="78A0E186" w14:textId="77777777" w:rsidR="0029019A" w:rsidRPr="00E553C9" w:rsidRDefault="0029019A">
      <w:pPr>
        <w:spacing w:after="100"/>
        <w:rPr>
          <w:rFonts w:cs="Arial"/>
          <w:sz w:val="22"/>
          <w:lang w:val="mn-MN"/>
        </w:rPr>
      </w:pPr>
    </w:p>
    <w:p w14:paraId="0CB9E958" w14:textId="61C5B440" w:rsidR="008263D6" w:rsidRPr="00E553C9" w:rsidRDefault="00C00878">
      <w:pPr>
        <w:spacing w:after="100"/>
        <w:rPr>
          <w:rFonts w:cs="Arial"/>
          <w:sz w:val="22"/>
          <w:lang w:val="mn-MN"/>
        </w:rPr>
      </w:pPr>
      <w:r w:rsidRPr="00E553C9">
        <w:rPr>
          <w:rFonts w:cs="Arial"/>
          <w:sz w:val="22"/>
          <w:lang w:val="mn-MN"/>
        </w:rPr>
        <w:t>Хариултаа доор бичнэ үү:</w:t>
      </w:r>
    </w:p>
    <w:p w14:paraId="72E72DFF" w14:textId="77777777" w:rsidR="0029019A" w:rsidRPr="00E553C9" w:rsidRDefault="0029019A" w:rsidP="0029019A">
      <w:pPr>
        <w:spacing w:after="100"/>
        <w:rPr>
          <w:rFonts w:cs="Arial"/>
          <w:sz w:val="22"/>
          <w:lang w:val="mn-MN"/>
        </w:rPr>
      </w:pPr>
      <w:r w:rsidRPr="00E553C9">
        <w:rPr>
          <w:rFonts w:cs="Arial"/>
          <w:sz w:val="22"/>
          <w:lang w:val="mn-MN"/>
        </w:rPr>
        <w:t>Wi-Fi-ийн холбогдсон нэр: __________________</w:t>
      </w:r>
    </w:p>
    <w:p w14:paraId="6995EE8A" w14:textId="77777777" w:rsidR="003C75D3" w:rsidRPr="00E553C9" w:rsidRDefault="003C75D3" w:rsidP="003C75D3">
      <w:pPr>
        <w:spacing w:after="100"/>
        <w:rPr>
          <w:rFonts w:cs="Arial"/>
          <w:sz w:val="22"/>
          <w:lang w:val="mn-MN"/>
        </w:rPr>
      </w:pPr>
      <w:r w:rsidRPr="00E553C9">
        <w:rPr>
          <w:rFonts w:cs="Arial"/>
          <w:sz w:val="22"/>
          <w:lang w:val="mn-MN"/>
        </w:rPr>
        <w:t xml:space="preserve">Та нууц үг оруулсан уу?  </w:t>
      </w:r>
      <w:r w:rsidRPr="00E553C9">
        <w:rPr>
          <w:rFonts w:ascii="Segoe UI Symbol" w:hAnsi="Segoe UI Symbol" w:cs="Segoe UI Symbol"/>
          <w:sz w:val="22"/>
          <w:lang w:val="mn-MN"/>
        </w:rPr>
        <w:t>☐</w:t>
      </w:r>
      <w:r w:rsidRPr="00E553C9">
        <w:rPr>
          <w:rFonts w:cs="Arial"/>
          <w:sz w:val="22"/>
          <w:lang w:val="mn-MN"/>
        </w:rPr>
        <w:t xml:space="preserve"> Тийм   </w:t>
      </w:r>
      <w:r w:rsidRPr="00E553C9">
        <w:rPr>
          <w:rFonts w:ascii="Segoe UI Symbol" w:hAnsi="Segoe UI Symbol" w:cs="Segoe UI Symbol"/>
          <w:sz w:val="22"/>
          <w:lang w:val="mn-MN"/>
        </w:rPr>
        <w:t>☐</w:t>
      </w:r>
      <w:r w:rsidRPr="00E553C9">
        <w:rPr>
          <w:rFonts w:cs="Arial"/>
          <w:sz w:val="22"/>
          <w:lang w:val="mn-MN"/>
        </w:rPr>
        <w:t xml:space="preserve"> Үгүй</w:t>
      </w:r>
    </w:p>
    <w:p w14:paraId="29DC7DA2" w14:textId="37ED0803" w:rsidR="0029019A" w:rsidRPr="00E553C9" w:rsidRDefault="0029019A" w:rsidP="0029019A">
      <w:pPr>
        <w:spacing w:after="100"/>
        <w:rPr>
          <w:rFonts w:cs="Arial"/>
          <w:sz w:val="22"/>
          <w:lang w:val="mn-MN"/>
        </w:rPr>
      </w:pPr>
      <w:r w:rsidRPr="00E553C9">
        <w:rPr>
          <w:rFonts w:cs="Arial"/>
          <w:sz w:val="22"/>
          <w:lang w:val="mn-MN"/>
        </w:rPr>
        <w:t>Wi-Fi-ийн нууц үг: __________________</w:t>
      </w:r>
    </w:p>
    <w:p w14:paraId="6378F4F6" w14:textId="6E1C19E0" w:rsidR="008263D6" w:rsidRPr="00E553C9" w:rsidRDefault="00C00878">
      <w:pPr>
        <w:rPr>
          <w:rFonts w:cs="Arial"/>
          <w:sz w:val="22"/>
          <w:lang w:val="mn-MN"/>
        </w:rPr>
      </w:pPr>
      <w:r w:rsidRPr="00E553C9">
        <w:rPr>
          <w:rFonts w:cs="Arial"/>
          <w:b/>
          <w:sz w:val="22"/>
          <w:lang w:val="mn-MN"/>
        </w:rPr>
        <w:t>6. И-мэйл хаяг үүсгэх</w:t>
      </w:r>
    </w:p>
    <w:p w14:paraId="325A664C" w14:textId="2ECF916E" w:rsidR="008263D6" w:rsidRPr="00E553C9" w:rsidRDefault="00C00878">
      <w:pPr>
        <w:spacing w:after="100"/>
        <w:rPr>
          <w:rFonts w:cs="Arial"/>
          <w:sz w:val="22"/>
          <w:lang w:val="mn-MN"/>
        </w:rPr>
      </w:pPr>
      <w:r w:rsidRPr="00E553C9">
        <w:rPr>
          <w:rFonts w:cs="Arial"/>
          <w:sz w:val="22"/>
          <w:lang w:val="mn-MN"/>
        </w:rPr>
        <w:t>Ухаалаг утсаа бүрэн ашиглахын тулд и-мэйл хаяг үүсгэнэ</w:t>
      </w:r>
      <w:r w:rsidR="003C75D3" w:rsidRPr="00E553C9">
        <w:rPr>
          <w:rFonts w:cs="Arial"/>
          <w:sz w:val="22"/>
          <w:lang w:val="mn-MN"/>
        </w:rPr>
        <w:t>.</w:t>
      </w:r>
    </w:p>
    <w:p w14:paraId="51133EC9" w14:textId="77777777" w:rsidR="008263D6" w:rsidRPr="00E553C9" w:rsidRDefault="00C00878">
      <w:pPr>
        <w:spacing w:after="100"/>
        <w:rPr>
          <w:rFonts w:cs="Arial"/>
          <w:sz w:val="22"/>
          <w:lang w:val="mn-MN"/>
        </w:rPr>
      </w:pPr>
      <w:r w:rsidRPr="00E553C9">
        <w:rPr>
          <w:rFonts w:cs="Arial"/>
          <w:sz w:val="22"/>
          <w:lang w:val="mn-MN"/>
        </w:rPr>
        <w:t>1. Хөтөчөө (жишээ нь Chrome эсвэл Safari) нээгээд www.gmail.com эсвэл www.outlook.com хаяг руу орно.</w:t>
      </w:r>
    </w:p>
    <w:p w14:paraId="6A5C824E" w14:textId="77777777" w:rsidR="008263D6" w:rsidRPr="00E553C9" w:rsidRDefault="00C00878">
      <w:pPr>
        <w:spacing w:after="100"/>
        <w:rPr>
          <w:rFonts w:cs="Arial"/>
          <w:sz w:val="22"/>
          <w:lang w:val="mn-MN"/>
        </w:rPr>
      </w:pPr>
      <w:r w:rsidRPr="00E553C9">
        <w:rPr>
          <w:rFonts w:cs="Arial"/>
          <w:sz w:val="22"/>
          <w:lang w:val="mn-MN"/>
        </w:rPr>
        <w:t>2. Create Account-ыг сонгож, шаардсан мэдээллийг (жишээ нь нэр, төрсөн огноо, хэрэглэгчийн нэр) оруулна.</w:t>
      </w:r>
    </w:p>
    <w:p w14:paraId="79FFC9A4" w14:textId="77777777" w:rsidR="008263D6" w:rsidRPr="00E553C9" w:rsidRDefault="00C00878">
      <w:pPr>
        <w:spacing w:after="100"/>
        <w:rPr>
          <w:rFonts w:cs="Arial"/>
          <w:sz w:val="22"/>
          <w:lang w:val="mn-MN"/>
        </w:rPr>
      </w:pPr>
      <w:r w:rsidRPr="00E553C9">
        <w:rPr>
          <w:rFonts w:cs="Arial"/>
          <w:sz w:val="22"/>
          <w:lang w:val="mn-MN"/>
        </w:rPr>
        <w:t>3. Хүчтэй нууц үг сонгоно.</w:t>
      </w:r>
    </w:p>
    <w:p w14:paraId="64E79A94" w14:textId="77777777" w:rsidR="008263D6" w:rsidRPr="00E553C9" w:rsidRDefault="00C00878">
      <w:pPr>
        <w:spacing w:after="100"/>
        <w:rPr>
          <w:rFonts w:cs="Arial"/>
          <w:sz w:val="22"/>
          <w:lang w:val="mn-MN"/>
        </w:rPr>
      </w:pPr>
      <w:r w:rsidRPr="00E553C9">
        <w:rPr>
          <w:rFonts w:cs="Arial"/>
          <w:sz w:val="22"/>
          <w:lang w:val="mn-MN"/>
        </w:rPr>
        <w:t>4. Нууц үгээ мартсан тохиолдолд сэргээх зорилгоор нөөц и-мэйл хаяг эсвэл гар утасны дугаараа нэмнэ.</w:t>
      </w:r>
    </w:p>
    <w:p w14:paraId="2421FF4D" w14:textId="773B5715" w:rsidR="008263D6" w:rsidRPr="00E553C9" w:rsidRDefault="00C00878">
      <w:pPr>
        <w:spacing w:after="100"/>
        <w:rPr>
          <w:rFonts w:cs="Arial"/>
          <w:sz w:val="22"/>
          <w:lang w:val="mn-MN"/>
        </w:rPr>
      </w:pPr>
      <w:r w:rsidRPr="00E553C9">
        <w:rPr>
          <w:rFonts w:cs="Arial"/>
          <w:sz w:val="22"/>
          <w:lang w:val="mn-MN"/>
        </w:rPr>
        <w:t xml:space="preserve">Хүчтэй нууц үг нь тоо, тэмдэгт, том үсэг агуулсан байх ёстой. Жишээ нь: MyDog@2025! Энэ талаар 2-р </w:t>
      </w:r>
      <w:r w:rsidR="003C75D3" w:rsidRPr="00E553C9">
        <w:rPr>
          <w:rFonts w:cs="Arial"/>
          <w:sz w:val="22"/>
          <w:lang w:val="mn-MN"/>
        </w:rPr>
        <w:t>бүлэгт</w:t>
      </w:r>
      <w:r w:rsidRPr="00E553C9">
        <w:rPr>
          <w:rFonts w:cs="Arial"/>
          <w:sz w:val="22"/>
          <w:lang w:val="mn-MN"/>
        </w:rPr>
        <w:t xml:space="preserve"> илүү дэлгэрэнгүй үзнэ.</w:t>
      </w:r>
    </w:p>
    <w:p w14:paraId="20FF4C85" w14:textId="77777777" w:rsidR="003C75D3" w:rsidRPr="00E553C9" w:rsidRDefault="003C75D3">
      <w:pPr>
        <w:spacing w:after="100"/>
        <w:rPr>
          <w:rFonts w:cs="Arial"/>
          <w:sz w:val="22"/>
          <w:lang w:val="mn-MN"/>
        </w:rPr>
      </w:pPr>
    </w:p>
    <w:p w14:paraId="0F41030B" w14:textId="616CAB95" w:rsidR="008263D6" w:rsidRPr="00AB46C9" w:rsidRDefault="00C00878">
      <w:pPr>
        <w:spacing w:after="100"/>
        <w:rPr>
          <w:rFonts w:cs="Arial"/>
          <w:sz w:val="22"/>
          <w:lang w:val="mn-MN"/>
        </w:rPr>
      </w:pPr>
      <w:r w:rsidRPr="00AB46C9">
        <w:rPr>
          <w:rFonts w:cs="Arial"/>
          <w:sz w:val="22"/>
          <w:lang w:val="mn-MN"/>
        </w:rPr>
        <w:t>Миний и-мэйл хаяг: ______________________________</w:t>
      </w:r>
    </w:p>
    <w:p w14:paraId="4C1E6349" w14:textId="77777777" w:rsidR="008263D6" w:rsidRPr="00AB46C9" w:rsidRDefault="00C00878">
      <w:pPr>
        <w:spacing w:after="100"/>
        <w:rPr>
          <w:rFonts w:cs="Arial"/>
          <w:sz w:val="22"/>
          <w:lang w:val="mn-MN"/>
        </w:rPr>
      </w:pPr>
      <w:r w:rsidRPr="00AB46C9">
        <w:rPr>
          <w:rFonts w:cs="Arial"/>
          <w:sz w:val="22"/>
          <w:lang w:val="mn-MN"/>
        </w:rPr>
        <w:t>Надад сануулах нууц үгийн санамж: ______________________________</w:t>
      </w:r>
    </w:p>
    <w:p w14:paraId="78E4C48F" w14:textId="39C87F2D" w:rsidR="003C75D3" w:rsidRPr="00AB46C9" w:rsidRDefault="00C00878">
      <w:pPr>
        <w:spacing w:after="100"/>
        <w:rPr>
          <w:rFonts w:cs="Arial"/>
          <w:sz w:val="22"/>
          <w:lang w:val="mn-MN"/>
        </w:rPr>
      </w:pPr>
      <w:r w:rsidRPr="00AB46C9">
        <w:rPr>
          <w:rFonts w:cs="Arial"/>
          <w:sz w:val="22"/>
          <w:lang w:val="mn-MN"/>
        </w:rPr>
        <w:t>Санахад тань тусална уу!</w:t>
      </w:r>
    </w:p>
    <w:p w14:paraId="0641EC76" w14:textId="19575874" w:rsidR="003C75D3" w:rsidRPr="00AB46C9" w:rsidRDefault="003C75D3" w:rsidP="003C75D3">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7. Утсаа аюулгүй байлгах</w:t>
      </w:r>
    </w:p>
    <w:p w14:paraId="2A191F3E" w14:textId="77777777" w:rsidR="003C75D3" w:rsidRPr="00AB46C9" w:rsidRDefault="003C75D3" w:rsidP="003C75D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Аюулгүй байдлын зөвлөмж:</w:t>
      </w:r>
    </w:p>
    <w:p w14:paraId="20D06617" w14:textId="20C62290" w:rsidR="003C75D3" w:rsidRPr="00AB46C9" w:rsidRDefault="003C75D3">
      <w:pPr>
        <w:numPr>
          <w:ilvl w:val="0"/>
          <w:numId w:val="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Аппликейшнийг зөвхөн баталгаатай </w:t>
      </w:r>
      <w:r w:rsidR="00581A7E" w:rsidRPr="00AB46C9">
        <w:rPr>
          <w:rFonts w:eastAsia="Times New Roman" w:cs="Arial"/>
          <w:sz w:val="22"/>
          <w:lang w:val="mn-MN"/>
        </w:rPr>
        <w:t>газраас</w:t>
      </w:r>
      <w:r w:rsidRPr="00AB46C9">
        <w:rPr>
          <w:rFonts w:eastAsia="Times New Roman" w:cs="Arial"/>
          <w:sz w:val="22"/>
          <w:lang w:val="mn-MN"/>
        </w:rPr>
        <w:t xml:space="preserve"> татаж аваарай (</w:t>
      </w:r>
      <w:r w:rsidRPr="00AB46C9">
        <w:rPr>
          <w:rFonts w:eastAsia="Times New Roman" w:cs="Arial"/>
          <w:b/>
          <w:bCs/>
          <w:sz w:val="22"/>
          <w:lang w:val="mn-MN"/>
        </w:rPr>
        <w:t>Google Play Store</w:t>
      </w:r>
      <w:r w:rsidRPr="00AB46C9">
        <w:rPr>
          <w:rFonts w:eastAsia="Times New Roman" w:cs="Arial"/>
          <w:sz w:val="22"/>
          <w:lang w:val="mn-MN"/>
        </w:rPr>
        <w:t xml:space="preserve"> эсвэл </w:t>
      </w:r>
      <w:r w:rsidRPr="00AB46C9">
        <w:rPr>
          <w:rFonts w:eastAsia="Times New Roman" w:cs="Arial"/>
          <w:b/>
          <w:bCs/>
          <w:sz w:val="22"/>
          <w:lang w:val="mn-MN"/>
        </w:rPr>
        <w:t>Apple App Store</w:t>
      </w:r>
      <w:r w:rsidRPr="00AB46C9">
        <w:rPr>
          <w:rFonts w:eastAsia="Times New Roman" w:cs="Arial"/>
          <w:sz w:val="22"/>
          <w:lang w:val="mn-MN"/>
        </w:rPr>
        <w:t xml:space="preserve">). </w:t>
      </w:r>
    </w:p>
    <w:p w14:paraId="75E94EA7" w14:textId="77777777" w:rsidR="003C75D3" w:rsidRPr="00AB46C9" w:rsidRDefault="003C75D3">
      <w:pPr>
        <w:numPr>
          <w:ilvl w:val="0"/>
          <w:numId w:val="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Аппликейшн болон утасныхаа үйлдлийн системийг тогтмол шинэчилж байгаарай. </w:t>
      </w:r>
    </w:p>
    <w:p w14:paraId="0902CCAE" w14:textId="7B03E13A" w:rsidR="00A03AB4" w:rsidRPr="00AB46C9" w:rsidRDefault="003C75D3" w:rsidP="002A4F26">
      <w:pPr>
        <w:numPr>
          <w:ilvl w:val="0"/>
          <w:numId w:val="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Аппликейшн камер, харилцагчид эсвэл байршилд тань хандах зөвшөөрөл хүсэх үед ямар мэдээлэл, эрх шаардаж байгааг анхааралтай шалгаарай. Эргэлзэж байвал итгэдэг хүнээсээ тусламж аваарай.</w:t>
      </w:r>
    </w:p>
    <w:p w14:paraId="700348D9" w14:textId="50A41FF3" w:rsidR="00581A7E" w:rsidRPr="00AB46C9" w:rsidRDefault="00581A7E" w:rsidP="00581A7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Дүгнэлт ба эцсийн сорилт</w:t>
      </w:r>
    </w:p>
    <w:p w14:paraId="19F76D6B" w14:textId="77777777" w:rsidR="00581A7E" w:rsidRPr="00AB46C9" w:rsidRDefault="00581A7E" w:rsidP="00581A7E">
      <w:pPr>
        <w:spacing w:before="100" w:beforeAutospacing="1" w:after="100" w:afterAutospacing="1" w:line="240" w:lineRule="auto"/>
        <w:rPr>
          <w:rFonts w:eastAsia="Times New Roman" w:cs="Arial"/>
          <w:b/>
          <w:bCs/>
          <w:sz w:val="22"/>
          <w:lang w:val="mn-MN"/>
        </w:rPr>
      </w:pPr>
    </w:p>
    <w:p w14:paraId="757F9B06" w14:textId="3B6B2F04" w:rsidR="00581A7E" w:rsidRPr="00AB46C9" w:rsidRDefault="00581A7E" w:rsidP="00581A7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5</w:t>
      </w:r>
    </w:p>
    <w:p w14:paraId="51F667A5" w14:textId="442D67DB" w:rsidR="003C75D3" w:rsidRPr="00AB46C9" w:rsidRDefault="003C75D3" w:rsidP="003C75D3">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lastRenderedPageBreak/>
        <w:t>“Холбоотой байя</w:t>
      </w:r>
      <w:r w:rsidR="00581A7E" w:rsidRPr="00AB46C9">
        <w:rPr>
          <w:rFonts w:eastAsia="Times New Roman" w:cs="Arial"/>
          <w:b/>
          <w:bCs/>
          <w:sz w:val="22"/>
          <w:lang w:val="mn-MN"/>
        </w:rPr>
        <w:t xml:space="preserve"> </w:t>
      </w:r>
      <w:r w:rsidRPr="00AB46C9">
        <w:rPr>
          <w:rFonts w:eastAsia="Times New Roman" w:cs="Arial"/>
          <w:b/>
          <w:bCs/>
          <w:sz w:val="22"/>
          <w:lang w:val="mn-MN"/>
        </w:rPr>
        <w:t>сорилт</w:t>
      </w:r>
    </w:p>
    <w:p w14:paraId="74F31302" w14:textId="77777777" w:rsidR="003C75D3" w:rsidRPr="00AB46C9" w:rsidRDefault="003C75D3" w:rsidP="003C75D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Камер болон цахим шуудангийн аппликейшнийг хамтад нь ашиглаж дадлага хийх.</w:t>
      </w:r>
    </w:p>
    <w:p w14:paraId="2C2D2D69" w14:textId="77777777" w:rsidR="003C75D3" w:rsidRPr="00AB46C9" w:rsidRDefault="003C75D3" w:rsidP="003C75D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5C33EE62" w14:textId="77777777" w:rsidR="003C75D3" w:rsidRPr="00AB46C9" w:rsidRDefault="003C75D3">
      <w:pPr>
        <w:numPr>
          <w:ilvl w:val="0"/>
          <w:numId w:val="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Камерын аппликейшнийг нээж, зураг аваарай. </w:t>
      </w:r>
    </w:p>
    <w:p w14:paraId="4F4D0C41" w14:textId="77777777" w:rsidR="003C75D3" w:rsidRPr="00AB46C9" w:rsidRDefault="003C75D3">
      <w:pPr>
        <w:numPr>
          <w:ilvl w:val="0"/>
          <w:numId w:val="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шуудангийн аппликейшнээ (жишээлбэл, Gmail, Outlook) нээнэ. </w:t>
      </w:r>
    </w:p>
    <w:p w14:paraId="59DBED9B" w14:textId="489E7CB7" w:rsidR="003C75D3" w:rsidRPr="00AB46C9" w:rsidRDefault="003C75D3">
      <w:pPr>
        <w:numPr>
          <w:ilvl w:val="0"/>
          <w:numId w:val="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Шинэ цахим шуудан үүсгэж, зург</w:t>
      </w:r>
      <w:r w:rsidR="00581A7E" w:rsidRPr="00AB46C9">
        <w:rPr>
          <w:rFonts w:eastAsia="Times New Roman" w:cs="Arial"/>
          <w:sz w:val="22"/>
          <w:lang w:val="mn-MN"/>
        </w:rPr>
        <w:t>аа</w:t>
      </w:r>
      <w:r w:rsidRPr="00AB46C9">
        <w:rPr>
          <w:rFonts w:eastAsia="Times New Roman" w:cs="Arial"/>
          <w:sz w:val="22"/>
          <w:lang w:val="mn-MN"/>
        </w:rPr>
        <w:t xml:space="preserve"> хавсаргана. </w:t>
      </w:r>
    </w:p>
    <w:p w14:paraId="653744E6" w14:textId="77777777" w:rsidR="003C75D3" w:rsidRPr="00AB46C9" w:rsidRDefault="003C75D3">
      <w:pPr>
        <w:numPr>
          <w:ilvl w:val="0"/>
          <w:numId w:val="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шуудангаа гэр бүлийн гишүүн, жишээлбэл ач охин, зээ охин, эсвэл олон нийтийн бүлгийн найздаа илгээнэ. </w:t>
      </w:r>
    </w:p>
    <w:p w14:paraId="145B137C" w14:textId="77777777" w:rsidR="003C75D3" w:rsidRPr="00AB46C9" w:rsidRDefault="003C75D3" w:rsidP="003C75D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Хариултаа бичнэ үү:</w:t>
      </w:r>
    </w:p>
    <w:p w14:paraId="05072D0E" w14:textId="77777777" w:rsidR="003C75D3" w:rsidRPr="00AB46C9" w:rsidRDefault="003C75D3">
      <w:pPr>
        <w:numPr>
          <w:ilvl w:val="0"/>
          <w:numId w:val="1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зургаа амжилттай илгээж чадсан уу?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Одоогоор үгүй </w:t>
      </w:r>
    </w:p>
    <w:p w14:paraId="7F581D9E" w14:textId="77777777" w:rsidR="003C75D3" w:rsidRPr="00AB46C9" w:rsidRDefault="003C75D3">
      <w:pPr>
        <w:numPr>
          <w:ilvl w:val="0"/>
          <w:numId w:val="1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Хүлээн авагчийн нэр: __________ </w:t>
      </w:r>
    </w:p>
    <w:p w14:paraId="0EE1CD6F" w14:textId="3B946D30" w:rsidR="00A03AB4" w:rsidRPr="00AB46C9" w:rsidRDefault="003C75D3" w:rsidP="002A4F26">
      <w:pPr>
        <w:numPr>
          <w:ilvl w:val="0"/>
          <w:numId w:val="1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Танд ямар нэгэн асуудал тулгарсан уу? __________</w:t>
      </w:r>
    </w:p>
    <w:p w14:paraId="0F10C6E7" w14:textId="77777777" w:rsidR="00A03AB4" w:rsidRPr="00AB46C9" w:rsidRDefault="003C75D3" w:rsidP="00A03AB4">
      <w:pPr>
        <w:spacing w:before="100" w:beforeAutospacing="1" w:after="100" w:afterAutospacing="1" w:line="240" w:lineRule="auto"/>
        <w:jc w:val="center"/>
        <w:rPr>
          <w:rFonts w:eastAsia="Times New Roman" w:cs="Arial"/>
          <w:b/>
          <w:bCs/>
          <w:color w:val="EE0000"/>
          <w:sz w:val="22"/>
          <w:lang w:val="mn-MN"/>
        </w:rPr>
      </w:pPr>
      <w:r w:rsidRPr="00AB46C9">
        <w:rPr>
          <w:rFonts w:eastAsia="Times New Roman" w:cs="Arial"/>
          <w:b/>
          <w:bCs/>
          <w:color w:val="EE0000"/>
          <w:sz w:val="22"/>
          <w:lang w:val="mn-MN"/>
        </w:rPr>
        <w:t xml:space="preserve">Баяр хүргэе! </w:t>
      </w:r>
    </w:p>
    <w:p w14:paraId="7A93228E" w14:textId="447AF450" w:rsidR="00581A7E" w:rsidRPr="00AB46C9" w:rsidRDefault="003C75D3" w:rsidP="00A03AB4">
      <w:pPr>
        <w:spacing w:before="100" w:beforeAutospacing="1" w:after="100" w:afterAutospacing="1" w:line="240" w:lineRule="auto"/>
        <w:jc w:val="center"/>
        <w:rPr>
          <w:rFonts w:eastAsia="Times New Roman" w:cs="Arial"/>
          <w:sz w:val="22"/>
          <w:lang w:val="mn-MN"/>
        </w:rPr>
      </w:pPr>
      <w:r w:rsidRPr="00AB46C9">
        <w:rPr>
          <w:rFonts w:eastAsia="Times New Roman" w:cs="Arial"/>
          <w:b/>
          <w:bCs/>
          <w:sz w:val="22"/>
          <w:lang w:val="mn-MN"/>
        </w:rPr>
        <w:t xml:space="preserve">Та энэхүү </w:t>
      </w:r>
      <w:r w:rsidR="00581A7E" w:rsidRPr="00AB46C9">
        <w:rPr>
          <w:rFonts w:eastAsia="Times New Roman" w:cs="Arial"/>
          <w:b/>
          <w:bCs/>
          <w:sz w:val="22"/>
          <w:lang w:val="mn-MN"/>
        </w:rPr>
        <w:t>зааврыг</w:t>
      </w:r>
      <w:r w:rsidRPr="00AB46C9">
        <w:rPr>
          <w:rFonts w:eastAsia="Times New Roman" w:cs="Arial"/>
          <w:b/>
          <w:bCs/>
          <w:sz w:val="22"/>
          <w:lang w:val="mn-MN"/>
        </w:rPr>
        <w:t xml:space="preserve"> амжилттай дуусгалаа</w:t>
      </w:r>
    </w:p>
    <w:p w14:paraId="26D0A7AD" w14:textId="77777777" w:rsidR="00A03AB4" w:rsidRPr="00AB46C9" w:rsidRDefault="00A03AB4" w:rsidP="003C75D3">
      <w:pPr>
        <w:spacing w:before="100" w:beforeAutospacing="1" w:after="100" w:afterAutospacing="1" w:line="240" w:lineRule="auto"/>
        <w:outlineLvl w:val="2"/>
        <w:rPr>
          <w:rFonts w:eastAsia="Times New Roman" w:cs="Arial"/>
          <w:b/>
          <w:bCs/>
          <w:sz w:val="22"/>
          <w:lang w:val="mn-MN"/>
        </w:rPr>
      </w:pPr>
    </w:p>
    <w:p w14:paraId="5025E2B5" w14:textId="0792D3B6" w:rsidR="003C75D3" w:rsidRPr="00AB46C9" w:rsidRDefault="003C75D3" w:rsidP="003C75D3">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Ухаалаг утсаа арчлах нэмэлт зөвлөмж</w:t>
      </w:r>
    </w:p>
    <w:p w14:paraId="58772666" w14:textId="426D4785" w:rsidR="003C75D3" w:rsidRPr="00AB46C9" w:rsidRDefault="003C75D3" w:rsidP="003C75D3">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Ухаалаг утсаа зөв арчлах нь ашиглалтын хугацааг уртасгаж, ажиллагааг нь сайжруулна. Эдгээр зөвлөмж нь энгийн бөгөөд </w:t>
      </w:r>
      <w:r w:rsidR="00581A7E" w:rsidRPr="00AB46C9">
        <w:rPr>
          <w:rFonts w:eastAsia="Times New Roman" w:cs="Arial"/>
          <w:sz w:val="22"/>
          <w:lang w:val="mn-MN"/>
        </w:rPr>
        <w:t xml:space="preserve">амьдралд ойр </w:t>
      </w:r>
      <w:r w:rsidRPr="00AB46C9">
        <w:rPr>
          <w:rFonts w:eastAsia="Times New Roman" w:cs="Arial"/>
          <w:sz w:val="22"/>
          <w:lang w:val="mn-MN"/>
        </w:rPr>
        <w:t>тул төхөөрөмжөө өөртөө итгэлтэй ашиглахад тусална.</w:t>
      </w:r>
    </w:p>
    <w:p w14:paraId="37AE8F84" w14:textId="585F0A4B" w:rsidR="005028FE" w:rsidRPr="00AB46C9" w:rsidRDefault="003C75D3"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Батерейгаа хэвийн ажиллагаатай байлгах</w:t>
      </w:r>
    </w:p>
    <w:p w14:paraId="7EAD9B15" w14:textId="497FC511"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0F1323B2" w14:textId="77777777" w:rsidR="00A03AB4" w:rsidRPr="00AB46C9" w:rsidRDefault="003C75D3" w:rsidP="00A03AB4">
      <w:pPr>
        <w:pStyle w:val="ListParagraph"/>
        <w:numPr>
          <w:ilvl w:val="0"/>
          <w:numId w:val="1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Батерейг байнга бүрэн дуусгах, хэт цэнэглэх нь удаан хугацаанд батерейн ажиллагааг муутгаж болно. </w:t>
      </w:r>
    </w:p>
    <w:p w14:paraId="36635CFB" w14:textId="7490571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639DF8C3" w14:textId="7D580FCE" w:rsidR="00A03AB4" w:rsidRPr="00AB46C9" w:rsidRDefault="003C75D3" w:rsidP="00A03AB4">
      <w:pPr>
        <w:pStyle w:val="ListParagraph"/>
        <w:numPr>
          <w:ilvl w:val="0"/>
          <w:numId w:val="1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Батерейн цэнэг </w:t>
      </w:r>
      <w:r w:rsidRPr="00AB46C9">
        <w:rPr>
          <w:rFonts w:eastAsia="Times New Roman" w:cs="Arial"/>
          <w:b/>
          <w:bCs/>
          <w:sz w:val="22"/>
          <w:lang w:val="mn-MN"/>
        </w:rPr>
        <w:t>20–30%</w:t>
      </w:r>
      <w:r w:rsidRPr="00AB46C9">
        <w:rPr>
          <w:rFonts w:eastAsia="Times New Roman" w:cs="Arial"/>
          <w:sz w:val="22"/>
          <w:lang w:val="mn-MN"/>
        </w:rPr>
        <w:t xml:space="preserve"> хүрэхэд цэнэглэж эхлээрэй. </w:t>
      </w:r>
    </w:p>
    <w:p w14:paraId="2C308AFC" w14:textId="77777777" w:rsidR="00A03AB4" w:rsidRPr="00AB46C9" w:rsidRDefault="003C75D3" w:rsidP="00A03AB4">
      <w:pPr>
        <w:pStyle w:val="ListParagraph"/>
        <w:numPr>
          <w:ilvl w:val="0"/>
          <w:numId w:val="1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Цэнэг </w:t>
      </w:r>
      <w:r w:rsidRPr="00AB46C9">
        <w:rPr>
          <w:rFonts w:eastAsia="Times New Roman" w:cs="Arial"/>
          <w:b/>
          <w:bCs/>
          <w:sz w:val="22"/>
          <w:lang w:val="mn-MN"/>
        </w:rPr>
        <w:t>80–90%</w:t>
      </w:r>
      <w:r w:rsidRPr="00AB46C9">
        <w:rPr>
          <w:rFonts w:eastAsia="Times New Roman" w:cs="Arial"/>
          <w:sz w:val="22"/>
          <w:lang w:val="mn-MN"/>
        </w:rPr>
        <w:t xml:space="preserve"> хүрэхэд цэнэглэгчийг салгаарай. </w:t>
      </w:r>
    </w:p>
    <w:p w14:paraId="1B90523E" w14:textId="61E869D2" w:rsidR="003C75D3" w:rsidRPr="00AB46C9" w:rsidRDefault="003C75D3" w:rsidP="00A03AB4">
      <w:pPr>
        <w:pStyle w:val="ListParagraph"/>
        <w:numPr>
          <w:ilvl w:val="0"/>
          <w:numId w:val="1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Батерейг байнга 0% хүртэл нь бүү ашиглаарай. </w:t>
      </w:r>
    </w:p>
    <w:p w14:paraId="0AAFD8DD" w14:textId="77777777" w:rsidR="003C75D3" w:rsidRPr="00AB46C9" w:rsidRDefault="003C75D3" w:rsidP="003C75D3">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Утсаа цэвэр байлгах</w:t>
      </w:r>
    </w:p>
    <w:p w14:paraId="6006B151"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6C6DE736" w14:textId="4ADAB53F" w:rsidR="00A03AB4" w:rsidRPr="00AB46C9" w:rsidRDefault="003C75D3" w:rsidP="00A03AB4">
      <w:pPr>
        <w:numPr>
          <w:ilvl w:val="0"/>
          <w:numId w:val="1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Тоос, бохирдол нь цэнэглэгчийн оролтыг бөглөж, дэлгэцийн мэдрэмжид нөлөөлж болно. </w:t>
      </w:r>
    </w:p>
    <w:p w14:paraId="1D390C86" w14:textId="6AF23EFA"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47E69BC7" w14:textId="77777777" w:rsidR="00A03AB4" w:rsidRPr="00AB46C9" w:rsidRDefault="003C75D3" w:rsidP="00A03AB4">
      <w:pPr>
        <w:pStyle w:val="ListParagraph"/>
        <w:numPr>
          <w:ilvl w:val="0"/>
          <w:numId w:val="13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Утсаа зөөлөн, хуурай даавуугаар болгоомжтой арчаарай. </w:t>
      </w:r>
    </w:p>
    <w:p w14:paraId="794D8EFB" w14:textId="77777777" w:rsidR="00A03AB4" w:rsidRPr="00AB46C9" w:rsidRDefault="003C75D3" w:rsidP="00A03AB4">
      <w:pPr>
        <w:pStyle w:val="ListParagraph"/>
        <w:numPr>
          <w:ilvl w:val="0"/>
          <w:numId w:val="13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Шаардлагатай бол даавууг цэвэр усаар бага зэрэг чийглэж болно. </w:t>
      </w:r>
    </w:p>
    <w:p w14:paraId="05C1A5A3" w14:textId="46BDC42F" w:rsidR="00A03AB4" w:rsidRPr="00AB46C9" w:rsidRDefault="003C75D3" w:rsidP="002A4F26">
      <w:pPr>
        <w:pStyle w:val="ListParagraph"/>
        <w:numPr>
          <w:ilvl w:val="0"/>
          <w:numId w:val="13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Хүчтэй химийн бодис хэрэглэх, эсвэл төхөөрөмж рүү шууд шүршихээс зайлс</w:t>
      </w:r>
    </w:p>
    <w:p w14:paraId="5242AD36" w14:textId="1DF6048E" w:rsidR="003C75D3" w:rsidRPr="00AB46C9" w:rsidRDefault="003C75D3" w:rsidP="003C75D3">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Дэлгэцээ хамгаалах</w:t>
      </w:r>
    </w:p>
    <w:p w14:paraId="2783B734"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lastRenderedPageBreak/>
        <w:t>Яагаад чухал вэ?</w:t>
      </w:r>
    </w:p>
    <w:p w14:paraId="251E60A7" w14:textId="1CF05D19" w:rsidR="00A03AB4" w:rsidRPr="00AB46C9" w:rsidRDefault="003C75D3" w:rsidP="002A4F26">
      <w:pPr>
        <w:numPr>
          <w:ilvl w:val="0"/>
          <w:numId w:val="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Дэлгэц нь эмзэг бөгөөд засварлах, солиход хамгийн өндөр зардал гардаг хэсэг байдаг. </w:t>
      </w:r>
    </w:p>
    <w:p w14:paraId="196EBD10" w14:textId="7777777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7324FE8F" w14:textId="39BD46AA" w:rsidR="003C75D3" w:rsidRPr="00AB46C9" w:rsidRDefault="003C75D3">
      <w:pPr>
        <w:numPr>
          <w:ilvl w:val="0"/>
          <w:numId w:val="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Зура</w:t>
      </w:r>
      <w:r w:rsidR="00A03AB4" w:rsidRPr="00AB46C9">
        <w:rPr>
          <w:rFonts w:eastAsia="Times New Roman" w:cs="Arial"/>
          <w:sz w:val="22"/>
          <w:lang w:val="mn-MN"/>
        </w:rPr>
        <w:t>гдахаас</w:t>
      </w:r>
      <w:r w:rsidRPr="00AB46C9">
        <w:rPr>
          <w:rFonts w:eastAsia="Times New Roman" w:cs="Arial"/>
          <w:sz w:val="22"/>
          <w:lang w:val="mn-MN"/>
        </w:rPr>
        <w:t xml:space="preserve"> хамгаалахын тулд дэлгэцийн хамгаалалт ашиглаарай. </w:t>
      </w:r>
    </w:p>
    <w:p w14:paraId="6D469CB2" w14:textId="77777777" w:rsidR="003C75D3" w:rsidRPr="00AB46C9" w:rsidRDefault="003C75D3">
      <w:pPr>
        <w:numPr>
          <w:ilvl w:val="0"/>
          <w:numId w:val="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Унаж гэмтэхээс хамгаалахын тулд бат бөх гэр хэрэглээрэй. </w:t>
      </w:r>
    </w:p>
    <w:p w14:paraId="48F65678" w14:textId="77777777" w:rsidR="003C75D3" w:rsidRPr="00AB46C9" w:rsidRDefault="003C75D3">
      <w:pPr>
        <w:numPr>
          <w:ilvl w:val="0"/>
          <w:numId w:val="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Утсаа барзгар гадаргуу дээр дэлгэцийг нь доош харуулж тавихаас зайлсхий. </w:t>
      </w:r>
    </w:p>
    <w:p w14:paraId="2D601289" w14:textId="77777777" w:rsidR="003C75D3" w:rsidRPr="00AB46C9" w:rsidRDefault="003C75D3" w:rsidP="003C75D3">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Хэт халалтаас зайлсхийх</w:t>
      </w:r>
    </w:p>
    <w:p w14:paraId="10B929DD"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343DA19D" w14:textId="555A40AF" w:rsidR="00A03AB4" w:rsidRPr="00AB46C9" w:rsidRDefault="003C75D3" w:rsidP="002A4F26">
      <w:pPr>
        <w:numPr>
          <w:ilvl w:val="0"/>
          <w:numId w:val="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Хэт халалт нь дотоод эд ангийг гэмтээж, батерейн ашиглалтын хугацааг богиносгож болно. </w:t>
      </w:r>
    </w:p>
    <w:p w14:paraId="3B6DE4EB" w14:textId="7777777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6420CB56" w14:textId="3DCFA156" w:rsidR="003C75D3" w:rsidRPr="00AB46C9" w:rsidRDefault="003C75D3">
      <w:pPr>
        <w:numPr>
          <w:ilvl w:val="0"/>
          <w:numId w:val="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Утсаа нарны шууд тусгалд эсвэл халуун газар, тухайлбал автомашины дотор бүү орхиорой. </w:t>
      </w:r>
    </w:p>
    <w:p w14:paraId="7B0FA13E" w14:textId="7F57E194" w:rsidR="00A03AB4" w:rsidRPr="00AB46C9" w:rsidRDefault="003C75D3" w:rsidP="002A4F26">
      <w:pPr>
        <w:numPr>
          <w:ilvl w:val="0"/>
          <w:numId w:val="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Халуун орчинд утсаа цэнэглэж байхдаа ашиглахаас зайлсхий. </w:t>
      </w:r>
    </w:p>
    <w:p w14:paraId="26047028" w14:textId="30F32643"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 xml:space="preserve">Ашиглаагүй аппликейшнийг хаах </w:t>
      </w:r>
    </w:p>
    <w:p w14:paraId="09206F37"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6B77A9F8" w14:textId="76ED80B4" w:rsidR="005028FE" w:rsidRPr="00AB46C9" w:rsidRDefault="005028FE" w:rsidP="00A03AB4">
      <w:pPr>
        <w:pStyle w:val="ListParagraph"/>
        <w:numPr>
          <w:ilvl w:val="0"/>
          <w:numId w:val="13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Арын горимд ажиллаж байгаа аппликейшнүүд нь утсыг удаашруулж, батерейн цэнэгийг шаардлагагүй зарцуулдаг.</w:t>
      </w:r>
    </w:p>
    <w:p w14:paraId="5E5758B6" w14:textId="77777777" w:rsidR="00A03AB4" w:rsidRPr="00AB46C9" w:rsidRDefault="00A03AB4" w:rsidP="00A03AB4">
      <w:pPr>
        <w:pStyle w:val="ListParagraph"/>
        <w:spacing w:before="100" w:beforeAutospacing="1" w:after="100" w:afterAutospacing="1" w:line="240" w:lineRule="auto"/>
        <w:rPr>
          <w:rFonts w:eastAsia="Times New Roman" w:cs="Arial"/>
          <w:sz w:val="22"/>
          <w:lang w:val="mn-MN"/>
        </w:rPr>
      </w:pPr>
    </w:p>
    <w:p w14:paraId="3D4CD355" w14:textId="7777777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3AF62E6F" w14:textId="15B4DEAB" w:rsidR="005028FE" w:rsidRPr="00AB46C9" w:rsidRDefault="005028FE">
      <w:pPr>
        <w:numPr>
          <w:ilvl w:val="0"/>
          <w:numId w:val="1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Android:</w:t>
      </w:r>
      <w:r w:rsidRPr="00AB46C9">
        <w:rPr>
          <w:rFonts w:eastAsia="Times New Roman" w:cs="Arial"/>
          <w:sz w:val="22"/>
          <w:lang w:val="mn-MN"/>
        </w:rPr>
        <w:t xml:space="preserve"> Дэлгэцийн доод хэсгээс дээш </w:t>
      </w:r>
      <w:r w:rsidR="00AB0D50" w:rsidRPr="00AB46C9">
        <w:rPr>
          <w:rFonts w:eastAsia="Times New Roman" w:cs="Arial"/>
          <w:sz w:val="22"/>
          <w:lang w:val="mn-MN"/>
        </w:rPr>
        <w:t>гүйлгэж</w:t>
      </w:r>
      <w:r w:rsidRPr="00AB46C9">
        <w:rPr>
          <w:rFonts w:eastAsia="Times New Roman" w:cs="Arial"/>
          <w:sz w:val="22"/>
          <w:lang w:val="mn-MN"/>
        </w:rPr>
        <w:t xml:space="preserve">, ашиглахгүй байгаа аппликейшнүүдийг хаана. </w:t>
      </w:r>
    </w:p>
    <w:p w14:paraId="116025CE" w14:textId="56F6A1B2" w:rsidR="005028FE" w:rsidRPr="00AB46C9" w:rsidRDefault="005028FE">
      <w:pPr>
        <w:numPr>
          <w:ilvl w:val="0"/>
          <w:numId w:val="1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iPhone:</w:t>
      </w:r>
      <w:r w:rsidRPr="00AB46C9">
        <w:rPr>
          <w:rFonts w:eastAsia="Times New Roman" w:cs="Arial"/>
          <w:sz w:val="22"/>
          <w:lang w:val="mn-MN"/>
        </w:rPr>
        <w:t xml:space="preserve"> Дэлгэцийн доороос дээш </w:t>
      </w:r>
      <w:r w:rsidR="00AB0D50" w:rsidRPr="00AB46C9">
        <w:rPr>
          <w:rFonts w:eastAsia="Times New Roman" w:cs="Arial"/>
          <w:sz w:val="22"/>
          <w:lang w:val="mn-MN"/>
        </w:rPr>
        <w:t>гүйлгэж</w:t>
      </w:r>
      <w:r w:rsidRPr="00AB46C9">
        <w:rPr>
          <w:rFonts w:eastAsia="Times New Roman" w:cs="Arial"/>
          <w:sz w:val="22"/>
          <w:lang w:val="mn-MN"/>
        </w:rPr>
        <w:t xml:space="preserve"> хэсэг хугацаанд барина (эсвэл Home товчийг хоёр удаа дарна). Дараа нь ашиглахгүй байгаа аппликейшнүүдийг дээш </w:t>
      </w:r>
      <w:r w:rsidR="00AB0D50" w:rsidRPr="00AB46C9">
        <w:rPr>
          <w:rFonts w:eastAsia="Times New Roman" w:cs="Arial"/>
          <w:sz w:val="22"/>
          <w:lang w:val="mn-MN"/>
        </w:rPr>
        <w:t xml:space="preserve">гүйлгэж </w:t>
      </w:r>
      <w:r w:rsidRPr="00AB46C9">
        <w:rPr>
          <w:rFonts w:eastAsia="Times New Roman" w:cs="Arial"/>
          <w:sz w:val="22"/>
          <w:lang w:val="mn-MN"/>
        </w:rPr>
        <w:t xml:space="preserve">хаана. </w:t>
      </w:r>
    </w:p>
    <w:p w14:paraId="1ABC4D89" w14:textId="77777777" w:rsidR="00A03AB4" w:rsidRPr="00AB46C9" w:rsidRDefault="00A03AB4" w:rsidP="005028FE">
      <w:pPr>
        <w:spacing w:before="100" w:beforeAutospacing="1" w:after="100" w:afterAutospacing="1" w:line="240" w:lineRule="auto"/>
        <w:rPr>
          <w:rFonts w:eastAsia="Times New Roman" w:cs="Arial"/>
          <w:b/>
          <w:bCs/>
          <w:sz w:val="22"/>
          <w:lang w:val="mn-MN"/>
        </w:rPr>
      </w:pPr>
    </w:p>
    <w:p w14:paraId="3096FC45" w14:textId="7BB64685" w:rsidR="005028FE" w:rsidRPr="00AB46C9" w:rsidRDefault="005028FE"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Утасны програм шинэчилж байх</w:t>
      </w:r>
    </w:p>
    <w:p w14:paraId="03FC75DE"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2B58B1E4" w14:textId="106F61FE" w:rsidR="005028FE" w:rsidRPr="00AB46C9" w:rsidRDefault="005028FE" w:rsidP="00A03AB4">
      <w:pPr>
        <w:pStyle w:val="ListParagraph"/>
        <w:numPr>
          <w:ilvl w:val="0"/>
          <w:numId w:val="13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Програм хангамжийн шинэчлэлт нь аюулгүй байдлыг сайжруулж, техникийн алдааг засдаг.</w:t>
      </w:r>
    </w:p>
    <w:p w14:paraId="45318C51" w14:textId="7777777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4C916E82" w14:textId="77777777" w:rsidR="00A03AB4" w:rsidRPr="00AB46C9" w:rsidRDefault="005028FE" w:rsidP="00A03AB4">
      <w:pPr>
        <w:pStyle w:val="ListParagraph"/>
        <w:numPr>
          <w:ilvl w:val="0"/>
          <w:numId w:val="138"/>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Settings (Тохиргоо)</w:t>
      </w:r>
      <w:r w:rsidRPr="00AB46C9">
        <w:rPr>
          <w:rFonts w:eastAsia="Times New Roman" w:cs="Arial"/>
          <w:sz w:val="22"/>
          <w:lang w:val="mn-MN"/>
        </w:rPr>
        <w:t xml:space="preserve"> хэсгийг нээгээд </w:t>
      </w:r>
      <w:r w:rsidRPr="00AB46C9">
        <w:rPr>
          <w:rFonts w:eastAsia="Times New Roman" w:cs="Arial"/>
          <w:b/>
          <w:bCs/>
          <w:sz w:val="22"/>
          <w:lang w:val="mn-MN"/>
        </w:rPr>
        <w:t>Software Update</w:t>
      </w:r>
      <w:r w:rsidRPr="00AB46C9">
        <w:rPr>
          <w:rFonts w:eastAsia="Times New Roman" w:cs="Arial"/>
          <w:sz w:val="22"/>
          <w:lang w:val="mn-MN"/>
        </w:rPr>
        <w:t xml:space="preserve"> эсвэл </w:t>
      </w:r>
      <w:r w:rsidRPr="00AB46C9">
        <w:rPr>
          <w:rFonts w:eastAsia="Times New Roman" w:cs="Arial"/>
          <w:b/>
          <w:bCs/>
          <w:sz w:val="22"/>
          <w:lang w:val="mn-MN"/>
        </w:rPr>
        <w:t>System Update</w:t>
      </w:r>
      <w:r w:rsidRPr="00AB46C9">
        <w:rPr>
          <w:rFonts w:eastAsia="Times New Roman" w:cs="Arial"/>
          <w:sz w:val="22"/>
          <w:lang w:val="mn-MN"/>
        </w:rPr>
        <w:t>-ийг хайна.</w:t>
      </w:r>
    </w:p>
    <w:p w14:paraId="5556E6E9" w14:textId="7E372CCF" w:rsidR="00A03AB4" w:rsidRPr="00AB46C9" w:rsidRDefault="005028FE" w:rsidP="005028FE">
      <w:pPr>
        <w:pStyle w:val="ListParagraph"/>
        <w:numPr>
          <w:ilvl w:val="0"/>
          <w:numId w:val="13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Шинэ хувилбар гарсан бол зааврын дагуу суулгана.</w:t>
      </w:r>
    </w:p>
    <w:p w14:paraId="4C82F8BE" w14:textId="062BB1F6"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Аппликейшнийг аюулгүй татах</w:t>
      </w:r>
    </w:p>
    <w:p w14:paraId="759AABF6" w14:textId="77777777" w:rsidR="005028FE" w:rsidRPr="00AB46C9" w:rsidRDefault="005028FE" w:rsidP="00A03AB4">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Баталгаажаагүй аппликейшн нь вирус агуулсан эсвэл таны хувийн мэдээлэлд зөвшөөрөлгүй нэвтрэх эрсдэлтэй.</w:t>
      </w:r>
    </w:p>
    <w:p w14:paraId="4B64296C" w14:textId="77777777" w:rsidR="00A03AB4" w:rsidRPr="00AB46C9" w:rsidRDefault="00A03AB4" w:rsidP="00A03AB4">
      <w:pPr>
        <w:spacing w:before="100" w:beforeAutospacing="1" w:after="100" w:afterAutospacing="1" w:line="240" w:lineRule="auto"/>
        <w:rPr>
          <w:rFonts w:eastAsia="Times New Roman" w:cs="Arial"/>
          <w:b/>
          <w:bCs/>
          <w:sz w:val="22"/>
          <w:lang w:val="mn-MN"/>
        </w:rPr>
      </w:pPr>
    </w:p>
    <w:p w14:paraId="5C95E023" w14:textId="58D9D990"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 xml:space="preserve">Юу хийх вэ? </w:t>
      </w:r>
    </w:p>
    <w:p w14:paraId="23AA41E8" w14:textId="4B153260" w:rsidR="005028FE" w:rsidRPr="00AB46C9" w:rsidRDefault="005028FE" w:rsidP="00A03AB4">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Аппликейшнийг зөвхөн албан ёсны </w:t>
      </w:r>
      <w:r w:rsidR="00991931" w:rsidRPr="00AB46C9">
        <w:rPr>
          <w:rFonts w:eastAsia="Times New Roman" w:cs="Arial"/>
          <w:sz w:val="22"/>
          <w:lang w:val="mn-MN"/>
        </w:rPr>
        <w:t>газраас</w:t>
      </w:r>
      <w:r w:rsidRPr="00AB46C9">
        <w:rPr>
          <w:rFonts w:eastAsia="Times New Roman" w:cs="Arial"/>
          <w:sz w:val="22"/>
          <w:lang w:val="mn-MN"/>
        </w:rPr>
        <w:t xml:space="preserve"> татаж аваарай: </w:t>
      </w:r>
      <w:r w:rsidR="00A03AB4" w:rsidRPr="00AB46C9">
        <w:rPr>
          <w:rFonts w:eastAsia="Times New Roman" w:cs="Arial"/>
          <w:sz w:val="22"/>
          <w:lang w:val="mn-MN"/>
        </w:rPr>
        <w:t xml:space="preserve"> </w:t>
      </w:r>
      <w:r w:rsidRPr="00AB46C9">
        <w:rPr>
          <w:rFonts w:eastAsia="Times New Roman" w:cs="Arial"/>
          <w:sz w:val="22"/>
          <w:lang w:val="mn-MN"/>
        </w:rPr>
        <w:t>Android — Google Play Store</w:t>
      </w:r>
      <w:r w:rsidR="00A03AB4" w:rsidRPr="00AB46C9">
        <w:rPr>
          <w:rFonts w:eastAsia="Times New Roman" w:cs="Arial"/>
          <w:sz w:val="22"/>
          <w:lang w:val="mn-MN"/>
        </w:rPr>
        <w:t xml:space="preserve">, </w:t>
      </w:r>
      <w:r w:rsidRPr="00AB46C9">
        <w:rPr>
          <w:rFonts w:eastAsia="Times New Roman" w:cs="Arial"/>
          <w:sz w:val="22"/>
          <w:lang w:val="mn-MN"/>
        </w:rPr>
        <w:t xml:space="preserve">iPhone — Apple App Store </w:t>
      </w:r>
    </w:p>
    <w:p w14:paraId="55AF3487" w14:textId="77777777" w:rsidR="005028FE" w:rsidRPr="00AB46C9" w:rsidRDefault="005028FE">
      <w:pPr>
        <w:numPr>
          <w:ilvl w:val="0"/>
          <w:numId w:val="1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Суулгахаасаа өмнө аппликейшний нэр, хөгжүүлэгч, лого болон хэрэглэгчдийн үнэлгээг шалгаарай. </w:t>
      </w:r>
    </w:p>
    <w:p w14:paraId="3D7EF15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Утсаа хэт цэнэглэхээс зайлсхийх</w:t>
      </w:r>
    </w:p>
    <w:p w14:paraId="12130306"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49FC74D6" w14:textId="69C01BA5" w:rsidR="005028FE" w:rsidRPr="00AB46C9" w:rsidRDefault="005028FE" w:rsidP="00A03AB4">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Утсыг бүрэн цэнэглэгдсэнээс хойш удаан хугацаагаар </w:t>
      </w:r>
      <w:r w:rsidR="00991931" w:rsidRPr="00AB46C9">
        <w:rPr>
          <w:rFonts w:eastAsia="Times New Roman" w:cs="Arial"/>
          <w:sz w:val="22"/>
          <w:lang w:val="mn-MN"/>
        </w:rPr>
        <w:t xml:space="preserve">залгаастай </w:t>
      </w:r>
      <w:r w:rsidRPr="00AB46C9">
        <w:rPr>
          <w:rFonts w:eastAsia="Times New Roman" w:cs="Arial"/>
          <w:sz w:val="22"/>
          <w:lang w:val="mn-MN"/>
        </w:rPr>
        <w:t>байх нь батерейн урт хугацааны ашиглалтад бага зэрэг нөлөөлж болно.</w:t>
      </w:r>
    </w:p>
    <w:p w14:paraId="3C3802AD" w14:textId="77777777" w:rsidR="00A03AB4" w:rsidRPr="00AB46C9" w:rsidRDefault="00A03AB4" w:rsidP="00A03AB4">
      <w:pPr>
        <w:pStyle w:val="ListParagraph"/>
        <w:spacing w:before="100" w:beforeAutospacing="1" w:after="100" w:afterAutospacing="1" w:line="240" w:lineRule="auto"/>
        <w:rPr>
          <w:rFonts w:eastAsia="Times New Roman" w:cs="Arial"/>
          <w:b/>
          <w:bCs/>
          <w:sz w:val="22"/>
          <w:lang w:val="mn-MN"/>
        </w:rPr>
      </w:pPr>
    </w:p>
    <w:p w14:paraId="4BCB77B2" w14:textId="77777777" w:rsidR="00A03AB4" w:rsidRPr="00AB46C9" w:rsidRDefault="00A03AB4" w:rsidP="00A03A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751B095C" w14:textId="77777777" w:rsidR="005028FE" w:rsidRPr="00AB46C9" w:rsidRDefault="005028FE">
      <w:pPr>
        <w:numPr>
          <w:ilvl w:val="0"/>
          <w:numId w:val="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Бүрэн цэнэглэгдсэний дараа утсаа цэнэглэгчээс салгаарай. </w:t>
      </w:r>
    </w:p>
    <w:p w14:paraId="29430389" w14:textId="77777777" w:rsidR="005028FE" w:rsidRPr="00AB46C9" w:rsidRDefault="005028FE">
      <w:pPr>
        <w:numPr>
          <w:ilvl w:val="0"/>
          <w:numId w:val="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Утсаа тогтмол шөнийн турш цэнэглэж орхихоос зайлсхий. </w:t>
      </w:r>
    </w:p>
    <w:p w14:paraId="2A822D22" w14:textId="6CD225E2"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Утсаа тогтмол </w:t>
      </w:r>
      <w:r w:rsidR="00991931" w:rsidRPr="00AB46C9">
        <w:rPr>
          <w:rFonts w:eastAsia="Times New Roman" w:cs="Arial"/>
          <w:b/>
          <w:bCs/>
          <w:sz w:val="22"/>
          <w:lang w:val="mn-MN"/>
        </w:rPr>
        <w:t xml:space="preserve">унтраагаад </w:t>
      </w:r>
      <w:r w:rsidRPr="00AB46C9">
        <w:rPr>
          <w:rFonts w:eastAsia="Times New Roman" w:cs="Arial"/>
          <w:b/>
          <w:bCs/>
          <w:sz w:val="22"/>
          <w:lang w:val="mn-MN"/>
        </w:rPr>
        <w:t>дахин асаах</w:t>
      </w:r>
    </w:p>
    <w:p w14:paraId="6D6D4565" w14:textId="77777777" w:rsidR="00A03AB4" w:rsidRPr="00AB46C9" w:rsidRDefault="00A03AB4" w:rsidP="00A03AB4">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 чухал вэ?</w:t>
      </w:r>
    </w:p>
    <w:p w14:paraId="5F0A33E3" w14:textId="23782BA4" w:rsidR="005028FE" w:rsidRPr="00AB46C9" w:rsidRDefault="005028FE" w:rsidP="006C431A">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Утсаа дахин асаах нь түр зуурын файлуудыг цэвэрлэж, төхөөрөмжийг илүү хэвийн ажиллахад тусалдаг.</w:t>
      </w:r>
    </w:p>
    <w:p w14:paraId="44D69D98" w14:textId="77777777" w:rsidR="006C431A" w:rsidRPr="00AB46C9" w:rsidRDefault="006C431A" w:rsidP="006C431A">
      <w:pPr>
        <w:pStyle w:val="ListParagraph"/>
        <w:spacing w:before="100" w:beforeAutospacing="1" w:after="100" w:afterAutospacing="1" w:line="240" w:lineRule="auto"/>
        <w:rPr>
          <w:rFonts w:eastAsia="Times New Roman" w:cs="Arial"/>
          <w:b/>
          <w:bCs/>
          <w:sz w:val="22"/>
          <w:lang w:val="mn-MN"/>
        </w:rPr>
      </w:pPr>
    </w:p>
    <w:p w14:paraId="78689AC5" w14:textId="77777777" w:rsidR="006C431A" w:rsidRPr="00AB46C9" w:rsidRDefault="006C431A" w:rsidP="006C43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Юу хийх вэ?</w:t>
      </w:r>
    </w:p>
    <w:p w14:paraId="257570B2" w14:textId="4DBBB3A9" w:rsidR="005028FE" w:rsidRPr="00AB46C9" w:rsidRDefault="005028FE">
      <w:pPr>
        <w:numPr>
          <w:ilvl w:val="0"/>
          <w:numId w:val="1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Ухаалаг утсаа долоо хоногт дор хаяж нэг удаа </w:t>
      </w:r>
      <w:r w:rsidR="00991931" w:rsidRPr="00AB46C9">
        <w:rPr>
          <w:rFonts w:eastAsia="Times New Roman" w:cs="Arial"/>
          <w:sz w:val="22"/>
          <w:lang w:val="mn-MN"/>
        </w:rPr>
        <w:t xml:space="preserve">унтраагаад </w:t>
      </w:r>
      <w:r w:rsidRPr="00AB46C9">
        <w:rPr>
          <w:rFonts w:eastAsia="Times New Roman" w:cs="Arial"/>
          <w:sz w:val="22"/>
          <w:lang w:val="mn-MN"/>
        </w:rPr>
        <w:t xml:space="preserve">асаагаарай. </w:t>
      </w:r>
    </w:p>
    <w:p w14:paraId="1554D0DC" w14:textId="06046ECD" w:rsidR="006C431A" w:rsidRPr="00AB46C9" w:rsidRDefault="005028FE" w:rsidP="00991931">
      <w:pPr>
        <w:numPr>
          <w:ilvl w:val="0"/>
          <w:numId w:val="1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Үүний тулд асаах товчийг удаан дарж, Restart эсвэл Power Off сонгоод, дараа нь буцаан асаана. </w:t>
      </w:r>
    </w:p>
    <w:p w14:paraId="68C8A1EA" w14:textId="1B8D4320" w:rsidR="005028FE" w:rsidRPr="00AB46C9" w:rsidRDefault="005028FE" w:rsidP="00991931">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одоо утсаа зөв арчлах талаар хэрэгтэй зөвлөмжүүдийг мэддэг боллоо.</w:t>
      </w:r>
      <w:r w:rsidR="00991931" w:rsidRPr="00AB46C9">
        <w:rPr>
          <w:rFonts w:eastAsia="Times New Roman" w:cs="Arial"/>
          <w:sz w:val="22"/>
          <w:lang w:val="mn-MN"/>
        </w:rPr>
        <w:t xml:space="preserve"> </w:t>
      </w:r>
      <w:r w:rsidRPr="00AB46C9">
        <w:rPr>
          <w:rFonts w:eastAsia="Times New Roman" w:cs="Arial"/>
          <w:sz w:val="22"/>
          <w:lang w:val="mn-MN"/>
        </w:rPr>
        <w:t>Утсаа сайн арчилж хэвшсэнээр</w:t>
      </w:r>
      <w:r w:rsidR="00991931" w:rsidRPr="00AB46C9">
        <w:rPr>
          <w:rFonts w:eastAsia="Times New Roman" w:cs="Arial"/>
          <w:sz w:val="22"/>
          <w:lang w:val="mn-MN"/>
        </w:rPr>
        <w:t xml:space="preserve"> </w:t>
      </w:r>
      <w:r w:rsidRPr="00AB46C9">
        <w:rPr>
          <w:rFonts w:eastAsia="Times New Roman" w:cs="Arial"/>
          <w:sz w:val="22"/>
          <w:lang w:val="mn-MN"/>
        </w:rPr>
        <w:t>гэр бүл, найз нөхөдтэйгөө холбоотой байх</w:t>
      </w:r>
      <w:r w:rsidR="00991931" w:rsidRPr="00AB46C9">
        <w:rPr>
          <w:rFonts w:eastAsia="Times New Roman" w:cs="Arial"/>
          <w:sz w:val="22"/>
          <w:lang w:val="mn-MN"/>
        </w:rPr>
        <w:t xml:space="preserve">, </w:t>
      </w:r>
      <w:r w:rsidRPr="00AB46C9">
        <w:rPr>
          <w:rFonts w:eastAsia="Times New Roman" w:cs="Arial"/>
          <w:sz w:val="22"/>
          <w:lang w:val="mn-MN"/>
        </w:rPr>
        <w:t>шинэ зүйл сурах</w:t>
      </w:r>
      <w:r w:rsidR="00991931" w:rsidRPr="00AB46C9">
        <w:rPr>
          <w:rFonts w:eastAsia="Times New Roman" w:cs="Arial"/>
          <w:sz w:val="22"/>
          <w:lang w:val="mn-MN"/>
        </w:rPr>
        <w:t xml:space="preserve">, </w:t>
      </w:r>
      <w:r w:rsidRPr="00AB46C9">
        <w:rPr>
          <w:rFonts w:eastAsia="Times New Roman" w:cs="Arial"/>
          <w:sz w:val="22"/>
          <w:lang w:val="mn-MN"/>
        </w:rPr>
        <w:t xml:space="preserve">хэрэгтэй онлайн үйлчилгээг өөртөө итгэлтэй ашиглах боломжтой. </w:t>
      </w:r>
    </w:p>
    <w:p w14:paraId="73F88810" w14:textId="77777777" w:rsidR="005028FE" w:rsidRPr="00AB46C9" w:rsidRDefault="005028FE" w:rsidP="006C431A">
      <w:pPr>
        <w:spacing w:before="100" w:beforeAutospacing="1" w:after="100" w:afterAutospacing="1" w:line="240" w:lineRule="auto"/>
        <w:jc w:val="center"/>
        <w:rPr>
          <w:rFonts w:eastAsia="Times New Roman" w:cs="Arial"/>
          <w:b/>
          <w:bCs/>
          <w:sz w:val="22"/>
          <w:lang w:val="mn-MN"/>
        </w:rPr>
      </w:pPr>
      <w:r w:rsidRPr="00AB46C9">
        <w:rPr>
          <w:rFonts w:eastAsia="Times New Roman" w:cs="Arial"/>
          <w:b/>
          <w:bCs/>
          <w:sz w:val="22"/>
          <w:lang w:val="mn-MN"/>
        </w:rPr>
        <w:t>Яарах хэрэггүй, асуулт асууж, ахиц дэвшлээ үнэлж байгаарай — та маш сайн суралцаж байна!</w:t>
      </w:r>
    </w:p>
    <w:p w14:paraId="2EA2B41A"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70B82C67"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7751E3CD"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792F2686"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4FA6E4F1"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D038BF8"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7E32D62C"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114C7E9"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5A6869C1"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6E18FE2"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356F268"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5DEF41E"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4F627945"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35AF20EF"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02C654C0"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64CD4348"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D6BF35E"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17FB2EFF" w14:textId="77777777" w:rsidR="00991931" w:rsidRPr="00AB46C9" w:rsidRDefault="00991931" w:rsidP="005028FE">
      <w:pPr>
        <w:spacing w:before="100" w:beforeAutospacing="1" w:after="100" w:afterAutospacing="1" w:line="240" w:lineRule="auto"/>
        <w:rPr>
          <w:rFonts w:eastAsia="Times New Roman" w:cs="Arial"/>
          <w:b/>
          <w:bCs/>
          <w:sz w:val="22"/>
          <w:lang w:val="mn-MN"/>
        </w:rPr>
      </w:pPr>
    </w:p>
    <w:p w14:paraId="248192CD" w14:textId="77777777" w:rsidR="00991931" w:rsidRPr="00AB46C9" w:rsidRDefault="00991931" w:rsidP="005028FE">
      <w:pPr>
        <w:spacing w:before="100" w:beforeAutospacing="1" w:after="100" w:afterAutospacing="1" w:line="240" w:lineRule="auto"/>
        <w:rPr>
          <w:rFonts w:eastAsia="Times New Roman" w:cs="Arial"/>
          <w:sz w:val="22"/>
          <w:lang w:val="mn-MN"/>
        </w:rPr>
      </w:pPr>
    </w:p>
    <w:p w14:paraId="14AEFB82" w14:textId="731B5CDA" w:rsidR="006C431A" w:rsidRPr="00AB46C9" w:rsidRDefault="006C431A" w:rsidP="005028FE">
      <w:pPr>
        <w:spacing w:before="100" w:beforeAutospacing="1" w:after="100" w:afterAutospacing="1" w:line="240" w:lineRule="auto"/>
        <w:outlineLvl w:val="0"/>
        <w:rPr>
          <w:rFonts w:eastAsia="Times New Roman" w:cs="Arial"/>
          <w:b/>
          <w:bCs/>
          <w:color w:val="548DD4" w:themeColor="text2" w:themeTint="99"/>
          <w:kern w:val="36"/>
          <w:sz w:val="32"/>
          <w:szCs w:val="32"/>
          <w:lang w:val="mn-MN"/>
        </w:rPr>
      </w:pPr>
    </w:p>
    <w:p w14:paraId="7BC601BD" w14:textId="77777777" w:rsidR="002A4F26" w:rsidRPr="00AB46C9" w:rsidRDefault="002A4F26" w:rsidP="005028FE">
      <w:pPr>
        <w:spacing w:before="100" w:beforeAutospacing="1" w:after="100" w:afterAutospacing="1" w:line="240" w:lineRule="auto"/>
        <w:outlineLvl w:val="0"/>
        <w:rPr>
          <w:rFonts w:eastAsia="Times New Roman" w:cs="Arial"/>
          <w:b/>
          <w:bCs/>
          <w:color w:val="548DD4" w:themeColor="text2" w:themeTint="99"/>
          <w:kern w:val="36"/>
          <w:sz w:val="32"/>
          <w:szCs w:val="32"/>
          <w:lang w:val="mn-MN"/>
        </w:rPr>
      </w:pPr>
    </w:p>
    <w:p w14:paraId="7BC6C19A" w14:textId="77777777" w:rsidR="00712FBC" w:rsidRPr="00AB46C9" w:rsidRDefault="00712FBC" w:rsidP="005028FE">
      <w:pPr>
        <w:spacing w:before="100" w:beforeAutospacing="1" w:after="100" w:afterAutospacing="1" w:line="240" w:lineRule="auto"/>
        <w:outlineLvl w:val="0"/>
        <w:rPr>
          <w:rFonts w:eastAsia="Times New Roman" w:cs="Arial"/>
          <w:b/>
          <w:bCs/>
          <w:color w:val="548DD4" w:themeColor="text2" w:themeTint="99"/>
          <w:kern w:val="36"/>
          <w:sz w:val="32"/>
          <w:szCs w:val="32"/>
          <w:lang w:val="mn-MN"/>
        </w:rPr>
      </w:pPr>
      <w:r w:rsidRPr="00AB46C9">
        <w:rPr>
          <w:rFonts w:eastAsia="Times New Roman" w:cs="Arial"/>
          <w:b/>
          <w:bCs/>
          <w:color w:val="548DD4" w:themeColor="text2" w:themeTint="99"/>
          <w:kern w:val="36"/>
          <w:sz w:val="32"/>
          <w:szCs w:val="32"/>
          <w:lang w:val="mn-MN"/>
        </w:rPr>
        <w:t>БҮЛЭГ 2</w:t>
      </w:r>
      <w:r w:rsidR="005028FE" w:rsidRPr="00AB46C9">
        <w:rPr>
          <w:rFonts w:eastAsia="Times New Roman" w:cs="Arial"/>
          <w:b/>
          <w:bCs/>
          <w:color w:val="548DD4" w:themeColor="text2" w:themeTint="99"/>
          <w:kern w:val="36"/>
          <w:sz w:val="32"/>
          <w:szCs w:val="32"/>
          <w:lang w:val="mn-MN"/>
        </w:rPr>
        <w:t xml:space="preserve">. </w:t>
      </w:r>
    </w:p>
    <w:p w14:paraId="142A71DB" w14:textId="447FF42A" w:rsidR="005028FE" w:rsidRPr="00AB46C9" w:rsidRDefault="005028FE" w:rsidP="005028FE">
      <w:pPr>
        <w:spacing w:before="100" w:beforeAutospacing="1" w:after="100" w:afterAutospacing="1" w:line="240" w:lineRule="auto"/>
        <w:outlineLvl w:val="0"/>
        <w:rPr>
          <w:rFonts w:eastAsia="Times New Roman" w:cs="Arial"/>
          <w:b/>
          <w:bCs/>
          <w:color w:val="548DD4" w:themeColor="text2" w:themeTint="99"/>
          <w:kern w:val="36"/>
          <w:sz w:val="32"/>
          <w:szCs w:val="32"/>
          <w:lang w:val="mn-MN"/>
        </w:rPr>
      </w:pPr>
      <w:r w:rsidRPr="00AB46C9">
        <w:rPr>
          <w:rFonts w:eastAsia="Times New Roman" w:cs="Arial"/>
          <w:b/>
          <w:bCs/>
          <w:color w:val="548DD4" w:themeColor="text2" w:themeTint="99"/>
          <w:kern w:val="36"/>
          <w:sz w:val="32"/>
          <w:szCs w:val="32"/>
          <w:lang w:val="mn-MN"/>
        </w:rPr>
        <w:t>Сошиал медиа ба харилцааны ур чадвар</w:t>
      </w:r>
    </w:p>
    <w:p w14:paraId="3B5E8A8B" w14:textId="7F1091EE" w:rsidR="005028FE" w:rsidRPr="00AB46C9" w:rsidRDefault="006C431A"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Тавтай морилно уу!</w:t>
      </w:r>
    </w:p>
    <w:p w14:paraId="1276F43E" w14:textId="3EB62EE7" w:rsidR="006C431A" w:rsidRPr="00AB46C9" w:rsidRDefault="005028FE" w:rsidP="00991931">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Өнөөдөр хүмүүс хоорондоо улам бүр холбогдсон ертөнцөд амьдарч байна. Тиймээс найз нөхөд, гэр бүлийнхэнтэйгээ холбоотой байх нь урьд өмнөхөөсөө илүү хялбар болсон.</w:t>
      </w:r>
      <w:r w:rsidR="006C431A" w:rsidRPr="00AB46C9">
        <w:rPr>
          <w:rFonts w:eastAsia="Times New Roman" w:cs="Arial"/>
          <w:sz w:val="22"/>
          <w:lang w:val="mn-MN"/>
        </w:rPr>
        <w:t xml:space="preserve"> </w:t>
      </w:r>
      <w:r w:rsidRPr="00AB46C9">
        <w:rPr>
          <w:rFonts w:eastAsia="Times New Roman" w:cs="Arial"/>
          <w:sz w:val="22"/>
          <w:lang w:val="mn-MN"/>
        </w:rPr>
        <w:t>Сошиал медиа болон мессежийн аппликейшнүүд нь ахмад настнуудад өөртөө итгэлтэй, идэвхтэй, мэдээлэлтэй байхад тусалдаг.</w:t>
      </w:r>
      <w:r w:rsidR="006C431A" w:rsidRPr="00AB46C9">
        <w:rPr>
          <w:rFonts w:eastAsia="Times New Roman" w:cs="Arial"/>
          <w:sz w:val="22"/>
          <w:lang w:val="mn-MN"/>
        </w:rPr>
        <w:t xml:space="preserve"> </w:t>
      </w:r>
      <w:r w:rsidRPr="00AB46C9">
        <w:rPr>
          <w:rFonts w:eastAsia="Times New Roman" w:cs="Arial"/>
          <w:sz w:val="22"/>
          <w:lang w:val="mn-MN"/>
        </w:rPr>
        <w:t>Энэхүү гарын авлагад</w:t>
      </w:r>
      <w:r w:rsidR="00991931" w:rsidRPr="00AB46C9">
        <w:rPr>
          <w:rFonts w:eastAsia="Times New Roman" w:cs="Arial"/>
          <w:sz w:val="22"/>
          <w:lang w:val="mn-MN"/>
        </w:rPr>
        <w:t xml:space="preserve"> </w:t>
      </w:r>
      <w:r w:rsidRPr="00AB46C9">
        <w:rPr>
          <w:rFonts w:eastAsia="Times New Roman" w:cs="Arial"/>
          <w:sz w:val="22"/>
          <w:lang w:val="mn-MN"/>
        </w:rPr>
        <w:t>мессеж илгээх</w:t>
      </w:r>
      <w:r w:rsidR="00991931" w:rsidRPr="00AB46C9">
        <w:rPr>
          <w:rFonts w:eastAsia="Times New Roman" w:cs="Arial"/>
          <w:sz w:val="22"/>
          <w:lang w:val="mn-MN"/>
        </w:rPr>
        <w:t xml:space="preserve">, </w:t>
      </w:r>
      <w:r w:rsidRPr="00AB46C9">
        <w:rPr>
          <w:rFonts w:eastAsia="Times New Roman" w:cs="Arial"/>
          <w:sz w:val="22"/>
          <w:lang w:val="mn-MN"/>
        </w:rPr>
        <w:t>видео дуудлага хийх</w:t>
      </w:r>
      <w:r w:rsidR="00991931" w:rsidRPr="00AB46C9">
        <w:rPr>
          <w:rFonts w:eastAsia="Times New Roman" w:cs="Arial"/>
          <w:sz w:val="22"/>
          <w:lang w:val="mn-MN"/>
        </w:rPr>
        <w:t xml:space="preserve">, </w:t>
      </w:r>
      <w:r w:rsidRPr="00AB46C9">
        <w:rPr>
          <w:rFonts w:eastAsia="Times New Roman" w:cs="Arial"/>
          <w:sz w:val="22"/>
          <w:lang w:val="mn-MN"/>
        </w:rPr>
        <w:t>цахим шуудан ашиглах</w:t>
      </w:r>
      <w:r w:rsidR="00991931" w:rsidRPr="00AB46C9">
        <w:rPr>
          <w:rFonts w:eastAsia="Times New Roman" w:cs="Arial"/>
          <w:sz w:val="22"/>
          <w:lang w:val="mn-MN"/>
        </w:rPr>
        <w:t xml:space="preserve">, </w:t>
      </w:r>
      <w:r w:rsidRPr="00AB46C9">
        <w:rPr>
          <w:rFonts w:eastAsia="Times New Roman" w:cs="Arial"/>
          <w:sz w:val="22"/>
          <w:lang w:val="mn-MN"/>
        </w:rPr>
        <w:t>сошиал медиа ашиглах</w:t>
      </w:r>
      <w:r w:rsidR="00991931" w:rsidRPr="00AB46C9">
        <w:rPr>
          <w:rFonts w:eastAsia="Times New Roman" w:cs="Arial"/>
          <w:sz w:val="22"/>
          <w:lang w:val="mn-MN"/>
        </w:rPr>
        <w:t xml:space="preserve">, </w:t>
      </w:r>
      <w:r w:rsidRPr="00AB46C9">
        <w:rPr>
          <w:rFonts w:eastAsia="Times New Roman" w:cs="Arial"/>
          <w:sz w:val="22"/>
          <w:lang w:val="mn-MN"/>
        </w:rPr>
        <w:t xml:space="preserve">хувийн мэдээллээ цахим орчинд хамгаалах үндсэн </w:t>
      </w:r>
      <w:r w:rsidR="00991931" w:rsidRPr="00AB46C9">
        <w:rPr>
          <w:rFonts w:eastAsia="Times New Roman" w:cs="Arial"/>
          <w:sz w:val="22"/>
          <w:lang w:val="mn-MN"/>
        </w:rPr>
        <w:t>заавар</w:t>
      </w:r>
      <w:r w:rsidRPr="00AB46C9">
        <w:rPr>
          <w:rFonts w:eastAsia="Times New Roman" w:cs="Arial"/>
          <w:sz w:val="22"/>
          <w:lang w:val="mn-MN"/>
        </w:rPr>
        <w:t xml:space="preserve">, ур чадварыг танилцуулна. </w:t>
      </w:r>
    </w:p>
    <w:p w14:paraId="4F54F6EA" w14:textId="4B518C0F" w:rsidR="005028FE" w:rsidRPr="00AB46C9" w:rsidRDefault="005028FE" w:rsidP="00991931">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Суралцах зорилго</w:t>
      </w:r>
    </w:p>
    <w:p w14:paraId="099145EE"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Энэ хичээлийн төгсгөлд суралцагчид:</w:t>
      </w:r>
    </w:p>
    <w:p w14:paraId="2534638D" w14:textId="77777777" w:rsidR="005028FE" w:rsidRPr="00AB46C9" w:rsidRDefault="005028FE">
      <w:pPr>
        <w:numPr>
          <w:ilvl w:val="0"/>
          <w:numId w:val="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аппликейшн ашиглан текст, зураг, дуут мессеж, видео илгээж чадна. </w:t>
      </w:r>
    </w:p>
    <w:p w14:paraId="65DBD284" w14:textId="77777777" w:rsidR="005028FE" w:rsidRPr="00AB46C9" w:rsidRDefault="005028FE">
      <w:pPr>
        <w:numPr>
          <w:ilvl w:val="0"/>
          <w:numId w:val="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Үндсэн харилцаанд ашиглах цахим шуудангийн хаяг үүсгэж, ашиглаж чадна. </w:t>
      </w:r>
    </w:p>
    <w:p w14:paraId="45CA2EFC" w14:textId="12342D30" w:rsidR="002A4F26" w:rsidRPr="00AB46C9" w:rsidRDefault="005028FE" w:rsidP="002A4F26">
      <w:pPr>
        <w:numPr>
          <w:ilvl w:val="0"/>
          <w:numId w:val="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 аюулгүй байдал болон цахим ёс зүйн үндсэн зарчмуудыг хэрэгжүүлнэ. </w:t>
      </w:r>
    </w:p>
    <w:p w14:paraId="415F4778" w14:textId="77777777" w:rsidR="005028FE" w:rsidRPr="00AB46C9" w:rsidRDefault="005028FE">
      <w:pPr>
        <w:numPr>
          <w:ilvl w:val="0"/>
          <w:numId w:val="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 платформыг аюулгүй, хариуцлагатай ашиглана. </w:t>
      </w:r>
    </w:p>
    <w:p w14:paraId="4707B90E" w14:textId="2C2C1ED3" w:rsidR="006C431A" w:rsidRPr="00AB46C9" w:rsidRDefault="005028FE" w:rsidP="006C431A">
      <w:pPr>
        <w:numPr>
          <w:ilvl w:val="0"/>
          <w:numId w:val="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Өргөн хэрэглэгддэг харилцааны аппликейшн ашиглан видео дуудлага хийж чадна. </w:t>
      </w:r>
    </w:p>
    <w:p w14:paraId="3FC17D96" w14:textId="76B643E8" w:rsidR="006C431A" w:rsidRPr="00AB46C9" w:rsidRDefault="006C431A" w:rsidP="005028FE">
      <w:pPr>
        <w:spacing w:before="100" w:beforeAutospacing="1" w:after="100" w:afterAutospacing="1" w:line="240" w:lineRule="auto"/>
        <w:outlineLvl w:val="1"/>
        <w:rPr>
          <w:rFonts w:eastAsia="Times New Roman" w:cs="Arial"/>
          <w:sz w:val="22"/>
          <w:lang w:val="mn-MN"/>
        </w:rPr>
      </w:pPr>
    </w:p>
    <w:p w14:paraId="49580155" w14:textId="50380301" w:rsidR="002A4F26" w:rsidRPr="00AB46C9" w:rsidRDefault="002A4F26" w:rsidP="005028FE">
      <w:pPr>
        <w:spacing w:before="100" w:beforeAutospacing="1" w:after="100" w:afterAutospacing="1" w:line="240" w:lineRule="auto"/>
        <w:outlineLvl w:val="1"/>
        <w:rPr>
          <w:rFonts w:eastAsia="Times New Roman" w:cs="Arial"/>
          <w:sz w:val="22"/>
          <w:lang w:val="mn-MN"/>
        </w:rPr>
      </w:pPr>
    </w:p>
    <w:p w14:paraId="0FD81123" w14:textId="6F162209" w:rsidR="002A4F26" w:rsidRPr="00AB46C9" w:rsidRDefault="002A4F26" w:rsidP="005028FE">
      <w:pPr>
        <w:spacing w:before="100" w:beforeAutospacing="1" w:after="100" w:afterAutospacing="1" w:line="240" w:lineRule="auto"/>
        <w:outlineLvl w:val="1"/>
        <w:rPr>
          <w:rFonts w:eastAsia="Times New Roman" w:cs="Arial"/>
          <w:sz w:val="22"/>
          <w:lang w:val="mn-MN"/>
        </w:rPr>
      </w:pPr>
    </w:p>
    <w:p w14:paraId="3F24A78F" w14:textId="77777777" w:rsidR="002A4F26" w:rsidRPr="00AB46C9" w:rsidRDefault="002A4F26" w:rsidP="005028FE">
      <w:pPr>
        <w:spacing w:before="100" w:beforeAutospacing="1" w:after="100" w:afterAutospacing="1" w:line="240" w:lineRule="auto"/>
        <w:outlineLvl w:val="1"/>
        <w:rPr>
          <w:rFonts w:eastAsia="Times New Roman" w:cs="Arial"/>
          <w:sz w:val="22"/>
          <w:lang w:val="mn-MN"/>
        </w:rPr>
      </w:pPr>
    </w:p>
    <w:p w14:paraId="3672C65B" w14:textId="0A321E4F" w:rsidR="005028FE" w:rsidRPr="00AB46C9" w:rsidRDefault="005028FE" w:rsidP="005028F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lastRenderedPageBreak/>
        <w:t>1. Мессежийн аппликейшн</w:t>
      </w:r>
    </w:p>
    <w:p w14:paraId="1EFE3815" w14:textId="6255E3A2"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Мессежийн аппликейшн нь интернет ашиглан текст, дуут мессеж, зураг болон видео илгээж, хүлээн авах боломж олгодог.</w:t>
      </w:r>
      <w:r w:rsidR="006C431A" w:rsidRPr="00AB46C9">
        <w:rPr>
          <w:rFonts w:eastAsia="Times New Roman" w:cs="Arial"/>
          <w:sz w:val="22"/>
          <w:lang w:val="mn-MN"/>
        </w:rPr>
        <w:t xml:space="preserve"> </w:t>
      </w:r>
      <w:r w:rsidRPr="00AB46C9">
        <w:rPr>
          <w:rFonts w:eastAsia="Times New Roman" w:cs="Arial"/>
          <w:sz w:val="22"/>
          <w:lang w:val="mn-MN"/>
        </w:rPr>
        <w:t>Олон аппликейшн нь мөн дуу хоолойн болон видео дуудлага хийх боломжтой.</w:t>
      </w:r>
    </w:p>
    <w:p w14:paraId="19BA50F4" w14:textId="77777777"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Мессежийн аппликейшн яагаад ашиглах вэ?</w:t>
      </w:r>
    </w:p>
    <w:p w14:paraId="1BC05385"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Мессежийн аппликейшн ашигласнаар та:</w:t>
      </w:r>
    </w:p>
    <w:p w14:paraId="3C50D59B" w14:textId="77777777" w:rsidR="005028FE" w:rsidRPr="00AB46C9" w:rsidRDefault="005028FE">
      <w:pPr>
        <w:numPr>
          <w:ilvl w:val="0"/>
          <w:numId w:val="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гэр бүл, найз нөхөдтэйгөө хаана ч байсан холбоотой байх; </w:t>
      </w:r>
    </w:p>
    <w:p w14:paraId="041F6F4F" w14:textId="77777777" w:rsidR="005028FE" w:rsidRPr="00AB46C9" w:rsidRDefault="005028FE">
      <w:pPr>
        <w:numPr>
          <w:ilvl w:val="0"/>
          <w:numId w:val="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утсаар ярихгүйгээр хурдан мессеж илгээх; </w:t>
      </w:r>
    </w:p>
    <w:p w14:paraId="44FDCE90" w14:textId="77777777" w:rsidR="005028FE" w:rsidRPr="00AB46C9" w:rsidRDefault="005028FE">
      <w:pPr>
        <w:numPr>
          <w:ilvl w:val="0"/>
          <w:numId w:val="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зураг болон дуут мессеж хуваалцах; </w:t>
      </w:r>
    </w:p>
    <w:p w14:paraId="57EA523D" w14:textId="77777777" w:rsidR="005028FE" w:rsidRPr="00AB46C9" w:rsidRDefault="005028FE">
      <w:pPr>
        <w:numPr>
          <w:ilvl w:val="0"/>
          <w:numId w:val="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харилцаанд зарцуулах цаг, зардлыг хэмнэх боломжтой. </w:t>
      </w:r>
    </w:p>
    <w:p w14:paraId="77F9957C"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3BEE85D"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738606E"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5B517C3"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E8D5AA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18E2511"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FA9AF9F"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E4711F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77B36D6D"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13F3956F"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7879163D"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010A695"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7EE3664F"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F11AC41"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2AD0E6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1ECC5055"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742A3E69"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EA56A9D"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361C587" w14:textId="32E64963"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Түгээмэл мессежийн аппликейшнүүд</w:t>
      </w:r>
    </w:p>
    <w:p w14:paraId="68E39DF0"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Ази, Номхон далайн бүс нутагт түгээмэл хэрэглэгддэг мессежийн аппликейшнүүд:</w:t>
      </w:r>
    </w:p>
    <w:p w14:paraId="7F2EEE7A" w14:textId="77777777" w:rsidR="005028FE" w:rsidRPr="00AB46C9" w:rsidRDefault="005028FE">
      <w:pPr>
        <w:numPr>
          <w:ilvl w:val="0"/>
          <w:numId w:val="21"/>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LINE</w:t>
      </w:r>
      <w:r w:rsidRPr="00AB46C9">
        <w:rPr>
          <w:rFonts w:eastAsia="Times New Roman" w:cs="Arial"/>
          <w:sz w:val="22"/>
          <w:lang w:val="mn-MN"/>
        </w:rPr>
        <w:t xml:space="preserve"> — Япон, Тайланд </w:t>
      </w:r>
    </w:p>
    <w:p w14:paraId="467FCCE9" w14:textId="77777777" w:rsidR="005028FE" w:rsidRPr="00AB46C9" w:rsidRDefault="005028FE">
      <w:pPr>
        <w:numPr>
          <w:ilvl w:val="0"/>
          <w:numId w:val="21"/>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WeChat</w:t>
      </w:r>
      <w:r w:rsidRPr="00AB46C9">
        <w:rPr>
          <w:rFonts w:eastAsia="Times New Roman" w:cs="Arial"/>
          <w:sz w:val="22"/>
          <w:lang w:val="mn-MN"/>
        </w:rPr>
        <w:t xml:space="preserve"> — Хятад </w:t>
      </w:r>
    </w:p>
    <w:p w14:paraId="2FE4D399" w14:textId="77777777" w:rsidR="005028FE" w:rsidRPr="00AB46C9" w:rsidRDefault="005028FE">
      <w:pPr>
        <w:numPr>
          <w:ilvl w:val="0"/>
          <w:numId w:val="21"/>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KakaoTalk</w:t>
      </w:r>
      <w:r w:rsidRPr="00AB46C9">
        <w:rPr>
          <w:rFonts w:eastAsia="Times New Roman" w:cs="Arial"/>
          <w:sz w:val="22"/>
          <w:lang w:val="mn-MN"/>
        </w:rPr>
        <w:t xml:space="preserve"> — БНСУ </w:t>
      </w:r>
    </w:p>
    <w:p w14:paraId="78965CF6" w14:textId="77777777" w:rsidR="005028FE" w:rsidRPr="00AB46C9" w:rsidRDefault="005028FE">
      <w:pPr>
        <w:numPr>
          <w:ilvl w:val="0"/>
          <w:numId w:val="21"/>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Facebook Messenger</w:t>
      </w:r>
      <w:r w:rsidRPr="00AB46C9">
        <w:rPr>
          <w:rFonts w:eastAsia="Times New Roman" w:cs="Arial"/>
          <w:sz w:val="22"/>
          <w:lang w:val="mn-MN"/>
        </w:rPr>
        <w:t xml:space="preserve"> — Дэлхий даяар </w:t>
      </w:r>
    </w:p>
    <w:p w14:paraId="3B79350A" w14:textId="77777777" w:rsidR="005028FE" w:rsidRPr="00AB46C9" w:rsidRDefault="005028FE">
      <w:pPr>
        <w:numPr>
          <w:ilvl w:val="0"/>
          <w:numId w:val="21"/>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WhatsApp</w:t>
      </w:r>
      <w:r w:rsidRPr="00AB46C9">
        <w:rPr>
          <w:rFonts w:eastAsia="Times New Roman" w:cs="Arial"/>
          <w:sz w:val="22"/>
          <w:lang w:val="mn-MN"/>
        </w:rPr>
        <w:t xml:space="preserve"> — Дэлхий даяар </w:t>
      </w:r>
    </w:p>
    <w:p w14:paraId="63701AFC" w14:textId="77777777" w:rsidR="005D7817" w:rsidRPr="00AB46C9" w:rsidRDefault="005028FE" w:rsidP="005D7817">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Тэмдэглэл:</w:t>
      </w:r>
      <w:r w:rsidRPr="00AB46C9">
        <w:rPr>
          <w:rFonts w:eastAsia="Times New Roman" w:cs="Arial"/>
          <w:sz w:val="22"/>
          <w:lang w:val="mn-MN"/>
        </w:rPr>
        <w:t xml:space="preserve"> Эдгээр аппликейшнүүд нь ихэвчлэн үнэ төлбөргүй бөгөөд ухаалаг утас, таблет ашиглан нэвтрэх боломжтой. </w:t>
      </w:r>
    </w:p>
    <w:p w14:paraId="6445CBD8"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6B8954F1"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40D640F0"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0E6DC08F"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20B13727"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3F200D20"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7BFC8A92"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65A2AFA6"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0B3FEB62"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5FCDA627"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1D5D3D7F"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1409DCEF"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55CD9367"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7AA0C8EF"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6F83C9FA"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47AC0960"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00F4A0E7"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3C8F5556"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107749A5"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7F3C58D4" w14:textId="77777777" w:rsidR="006C431A" w:rsidRPr="00AB46C9" w:rsidRDefault="006C431A" w:rsidP="005D7817">
      <w:pPr>
        <w:spacing w:before="100" w:beforeAutospacing="1" w:after="100" w:afterAutospacing="1" w:line="240" w:lineRule="auto"/>
        <w:rPr>
          <w:rFonts w:eastAsia="Times New Roman" w:cs="Arial"/>
          <w:b/>
          <w:bCs/>
          <w:sz w:val="22"/>
          <w:lang w:val="mn-MN"/>
        </w:rPr>
      </w:pPr>
    </w:p>
    <w:p w14:paraId="49F3A456" w14:textId="4B510BBE" w:rsidR="005028FE" w:rsidRPr="00AB46C9" w:rsidRDefault="005028FE" w:rsidP="005D7817">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1: Мессеж илгээх</w:t>
      </w:r>
    </w:p>
    <w:p w14:paraId="22F44DC9"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Чат аппликейшн ашиглан энгийн текст болон дуут мессеж илгээж сурах.</w:t>
      </w:r>
    </w:p>
    <w:p w14:paraId="1158E9F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1B15842D" w14:textId="77777777" w:rsidR="005028FE" w:rsidRPr="00AB46C9" w:rsidRDefault="005028FE">
      <w:pPr>
        <w:numPr>
          <w:ilvl w:val="0"/>
          <w:numId w:val="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аппликейшнээ (жишээлбэл, LINE эсвэл WhatsApp) нээнэ. </w:t>
      </w:r>
    </w:p>
    <w:p w14:paraId="237C7017" w14:textId="770A5D95" w:rsidR="005028FE" w:rsidRPr="00AB46C9" w:rsidRDefault="005028FE">
      <w:pPr>
        <w:numPr>
          <w:ilvl w:val="0"/>
          <w:numId w:val="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Харилцагчаа сонгох эсвэл </w:t>
      </w:r>
      <w:r w:rsidR="001C446E" w:rsidRPr="00AB46C9">
        <w:rPr>
          <w:rFonts w:eastAsia="Times New Roman" w:cs="Arial"/>
          <w:sz w:val="22"/>
          <w:lang w:val="mn-MN"/>
        </w:rPr>
        <w:t>сургагч багшийн</w:t>
      </w:r>
      <w:r w:rsidRPr="00AB46C9">
        <w:rPr>
          <w:rFonts w:eastAsia="Times New Roman" w:cs="Arial"/>
          <w:sz w:val="22"/>
          <w:lang w:val="mn-MN"/>
        </w:rPr>
        <w:t xml:space="preserve"> тусламжтайгаар мессеж илгээх хүнээ олно. </w:t>
      </w:r>
    </w:p>
    <w:p w14:paraId="77E4EF9A" w14:textId="77777777" w:rsidR="005028FE" w:rsidRPr="00AB46C9" w:rsidRDefault="005028FE">
      <w:pPr>
        <w:numPr>
          <w:ilvl w:val="0"/>
          <w:numId w:val="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 бичих хэсэгт: </w:t>
      </w:r>
      <w:r w:rsidRPr="00AB46C9">
        <w:rPr>
          <w:rFonts w:eastAsia="Times New Roman" w:cs="Arial"/>
          <w:b/>
          <w:bCs/>
          <w:sz w:val="22"/>
          <w:lang w:val="mn-MN"/>
        </w:rPr>
        <w:t>“</w:t>
      </w:r>
      <w:r w:rsidRPr="00AB46C9">
        <w:rPr>
          <w:rFonts w:eastAsia="Times New Roman" w:cs="Arial"/>
          <w:sz w:val="22"/>
          <w:lang w:val="mn-MN"/>
        </w:rPr>
        <w:t>Сайн байна уу! Өнөөдөр та ямар байна?</w:t>
      </w:r>
      <w:r w:rsidRPr="00AB46C9">
        <w:rPr>
          <w:rFonts w:eastAsia="Times New Roman" w:cs="Arial"/>
          <w:b/>
          <w:bCs/>
          <w:sz w:val="22"/>
          <w:lang w:val="mn-MN"/>
        </w:rPr>
        <w:t>”</w:t>
      </w:r>
      <w:r w:rsidRPr="00AB46C9">
        <w:rPr>
          <w:rFonts w:eastAsia="Times New Roman" w:cs="Arial"/>
          <w:sz w:val="22"/>
          <w:lang w:val="mn-MN"/>
        </w:rPr>
        <w:t xml:space="preserve"> гэж бичиж үзнэ. </w:t>
      </w:r>
    </w:p>
    <w:p w14:paraId="24C8F191" w14:textId="77777777" w:rsidR="005028FE" w:rsidRPr="00AB46C9" w:rsidRDefault="005028FE">
      <w:pPr>
        <w:numPr>
          <w:ilvl w:val="0"/>
          <w:numId w:val="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Микрофоны дүрс дээр дарж богино мэндчилгээ хэлнэ. Жишээлбэл: “Өглөөний мэнд!” </w:t>
      </w:r>
    </w:p>
    <w:p w14:paraId="4BE7FCA6" w14:textId="77777777" w:rsidR="005028FE" w:rsidRPr="00AB46C9" w:rsidRDefault="005028FE">
      <w:pPr>
        <w:numPr>
          <w:ilvl w:val="0"/>
          <w:numId w:val="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Дахин микрофоны дүрс дээр дарж бичлэгийг зогсоогоод илгээнэ. </w:t>
      </w:r>
    </w:p>
    <w:p w14:paraId="1DD4564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Харилцагч</w:t>
      </w:r>
      <w:r w:rsidRPr="00AB46C9">
        <w:rPr>
          <w:rFonts w:eastAsia="Times New Roman" w:cs="Arial"/>
          <w:sz w:val="22"/>
          <w:lang w:val="mn-MN"/>
        </w:rPr>
        <w:t xml:space="preserve"> гэдэг нь таны утсанд нэр болон утасны дугаар нь хадгалагдсан гэр бүлийн гишүүн, найз зэрэг хүнийг хэлнэ.</w:t>
      </w:r>
    </w:p>
    <w:p w14:paraId="75FDCF4E" w14:textId="40AB69BC"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w:t>
      </w:r>
      <w:r w:rsidR="006C431A" w:rsidRPr="00AB46C9">
        <w:rPr>
          <w:rFonts w:eastAsia="Times New Roman" w:cs="Arial"/>
          <w:b/>
          <w:bCs/>
          <w:sz w:val="22"/>
          <w:lang w:val="mn-MN"/>
        </w:rPr>
        <w:t>н бодох</w:t>
      </w:r>
      <w:r w:rsidRPr="00AB46C9">
        <w:rPr>
          <w:rFonts w:eastAsia="Times New Roman" w:cs="Arial"/>
          <w:b/>
          <w:bCs/>
          <w:sz w:val="22"/>
          <w:lang w:val="mn-MN"/>
        </w:rPr>
        <w:t>:</w:t>
      </w:r>
    </w:p>
    <w:p w14:paraId="2506DF6B" w14:textId="77777777" w:rsidR="005028FE" w:rsidRPr="00AB46C9" w:rsidRDefault="005028FE">
      <w:pPr>
        <w:numPr>
          <w:ilvl w:val="0"/>
          <w:numId w:val="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хэнд мессеж илгээсэн бэ? </w:t>
      </w:r>
    </w:p>
    <w:p w14:paraId="18F78C60" w14:textId="77777777" w:rsidR="006C431A" w:rsidRPr="00AB46C9" w:rsidRDefault="001C446E">
      <w:pPr>
        <w:numPr>
          <w:ilvl w:val="0"/>
          <w:numId w:val="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мессеж амжилттай илгээгдсэн үү? </w:t>
      </w:r>
    </w:p>
    <w:p w14:paraId="3A7F7C19" w14:textId="5A1CABCC" w:rsidR="001C446E" w:rsidRPr="00AB46C9" w:rsidRDefault="001C446E" w:rsidP="006C431A">
      <w:pPr>
        <w:spacing w:before="100" w:beforeAutospacing="1" w:after="100" w:afterAutospacing="1" w:line="240" w:lineRule="auto"/>
        <w:ind w:left="720"/>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13B5DDEC" w14:textId="77777777" w:rsidR="005028FE" w:rsidRPr="00AB46C9" w:rsidRDefault="005028FE">
      <w:pPr>
        <w:numPr>
          <w:ilvl w:val="0"/>
          <w:numId w:val="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Ямар хариу авсан бэ? </w:t>
      </w:r>
    </w:p>
    <w:p w14:paraId="20474746" w14:textId="77777777" w:rsidR="001C446E" w:rsidRPr="00AB46C9" w:rsidRDefault="005028FE" w:rsidP="001C446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Тэмдэглэл:</w:t>
      </w:r>
      <w:r w:rsidRPr="00AB46C9">
        <w:rPr>
          <w:rFonts w:eastAsia="Times New Roman" w:cs="Arial"/>
          <w:sz w:val="22"/>
          <w:lang w:val="mn-MN"/>
        </w:rPr>
        <w:t xml:space="preserve"> Төхөөрөмжийнхөө үсгийн хэмжээг тохиргооноос өөрчилж, уншихад хялбар болгож болно. </w:t>
      </w:r>
    </w:p>
    <w:p w14:paraId="4B4CE897"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39248019"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33AE4CE9"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09563D69"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31278C9F"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27B02911"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05A3FE0C"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15E19375"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5545D7DB"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313B2AFC"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2720DA3B"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4738A5EA" w14:textId="77777777" w:rsidR="006C431A" w:rsidRPr="00AB46C9" w:rsidRDefault="006C431A" w:rsidP="001C446E">
      <w:pPr>
        <w:spacing w:before="100" w:beforeAutospacing="1" w:after="100" w:afterAutospacing="1" w:line="240" w:lineRule="auto"/>
        <w:rPr>
          <w:rFonts w:eastAsia="Times New Roman" w:cs="Arial"/>
          <w:sz w:val="22"/>
          <w:lang w:val="mn-MN"/>
        </w:rPr>
      </w:pPr>
    </w:p>
    <w:p w14:paraId="5A325311" w14:textId="5B247271" w:rsidR="005028FE" w:rsidRPr="00AB46C9" w:rsidRDefault="005028FE" w:rsidP="001C446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 Зураг, видео хуваалцах</w:t>
      </w:r>
    </w:p>
    <w:p w14:paraId="57A993E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Зураг болон видео солилцох нь хайртай хүмүүсийнхээ дэргэд байгаа мэт сэтгэл санааны холбоогоо хадгалахад тусална.</w:t>
      </w:r>
    </w:p>
    <w:p w14:paraId="1F9C183B"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шинэ зураг авах эсвэл утасныхаа зургийн сангаас өмнө хадгалсан зураг сонгож болно.</w:t>
      </w:r>
    </w:p>
    <w:p w14:paraId="425A46F5"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Алхамууд:</w:t>
      </w:r>
    </w:p>
    <w:p w14:paraId="1C60EF56" w14:textId="77777777" w:rsidR="005028FE" w:rsidRPr="00AB46C9" w:rsidRDefault="005028FE">
      <w:pPr>
        <w:numPr>
          <w:ilvl w:val="0"/>
          <w:numId w:val="2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Камерын дүрс дээр дарж шинэ зураг авна. </w:t>
      </w:r>
    </w:p>
    <w:p w14:paraId="4DCA70E9" w14:textId="77777777" w:rsidR="005028FE" w:rsidRPr="00AB46C9" w:rsidRDefault="005028FE">
      <w:pPr>
        <w:numPr>
          <w:ilvl w:val="0"/>
          <w:numId w:val="2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Галерейн дүрс дээр дарж хадгалсан зураг эсвэл видеогоо сонгоно. </w:t>
      </w:r>
    </w:p>
    <w:p w14:paraId="11A4AEBE" w14:textId="77777777" w:rsidR="001C446E" w:rsidRPr="00AB46C9" w:rsidRDefault="005028FE">
      <w:pPr>
        <w:numPr>
          <w:ilvl w:val="0"/>
          <w:numId w:val="24"/>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Send (Илгээх)</w:t>
      </w:r>
      <w:r w:rsidRPr="00AB46C9">
        <w:rPr>
          <w:rFonts w:eastAsia="Times New Roman" w:cs="Arial"/>
          <w:sz w:val="22"/>
          <w:lang w:val="mn-MN"/>
        </w:rPr>
        <w:t xml:space="preserve"> дээр дарж хуваалцана. </w:t>
      </w:r>
    </w:p>
    <w:p w14:paraId="72FD4A16"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554579E6"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83E8AD4"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3197887A"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5B62DD7B"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3B5E0EB2"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5646CA42"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9DA1F1A"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4B884E71"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4120E12"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31637617"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1B3B494E"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2E95CBF6"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7A56FD1E"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FF1A683"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7B8A03B"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651E2116"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1BA367FB"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22FD5B92"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0405C225" w14:textId="77777777" w:rsidR="006C431A" w:rsidRPr="00AB46C9" w:rsidRDefault="006C431A" w:rsidP="001C446E">
      <w:pPr>
        <w:spacing w:before="100" w:beforeAutospacing="1" w:after="100" w:afterAutospacing="1" w:line="240" w:lineRule="auto"/>
        <w:rPr>
          <w:rFonts w:eastAsia="Times New Roman" w:cs="Arial"/>
          <w:b/>
          <w:bCs/>
          <w:sz w:val="22"/>
          <w:lang w:val="mn-MN"/>
        </w:rPr>
      </w:pPr>
    </w:p>
    <w:p w14:paraId="2C7E1BD9" w14:textId="6CAEABE8" w:rsidR="005028FE" w:rsidRPr="00AB46C9" w:rsidRDefault="005028FE" w:rsidP="001C446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2: Зураг хуваалцах</w:t>
      </w:r>
    </w:p>
    <w:p w14:paraId="7CFF1FA8" w14:textId="07E5B7F0"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Утсандаа хадгалсан зургаа сонгож, илгээж сурах.</w:t>
      </w:r>
    </w:p>
    <w:p w14:paraId="626E6957"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40CC0B71" w14:textId="77777777" w:rsidR="005028FE" w:rsidRPr="00AB46C9" w:rsidRDefault="005028FE">
      <w:pPr>
        <w:numPr>
          <w:ilvl w:val="0"/>
          <w:numId w:val="2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аппликейшнийг нээнэ. </w:t>
      </w:r>
    </w:p>
    <w:p w14:paraId="6EDFC9E9" w14:textId="77777777" w:rsidR="005028FE" w:rsidRPr="00AB46C9" w:rsidRDefault="005028FE">
      <w:pPr>
        <w:numPr>
          <w:ilvl w:val="0"/>
          <w:numId w:val="2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Зураг эсвэл камерын дүрс дээр дарна. </w:t>
      </w:r>
    </w:p>
    <w:p w14:paraId="1A51E403" w14:textId="77777777" w:rsidR="005028FE" w:rsidRPr="00AB46C9" w:rsidRDefault="005028FE">
      <w:pPr>
        <w:numPr>
          <w:ilvl w:val="0"/>
          <w:numId w:val="2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Утасныхаа галерейгаас зураг сонгоно. </w:t>
      </w:r>
    </w:p>
    <w:p w14:paraId="52A4FE03" w14:textId="4EA61376" w:rsidR="005028FE" w:rsidRPr="00AB46C9" w:rsidRDefault="005028FE">
      <w:pPr>
        <w:numPr>
          <w:ilvl w:val="0"/>
          <w:numId w:val="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Send (Илгээх)</w:t>
      </w:r>
      <w:r w:rsidRPr="00AB46C9">
        <w:rPr>
          <w:rFonts w:eastAsia="Times New Roman" w:cs="Arial"/>
          <w:sz w:val="22"/>
          <w:lang w:val="mn-MN"/>
        </w:rPr>
        <w:t xml:space="preserve"> дарж ангийн найз, гэр бүлийн гишүүндээ илгээнэ. </w:t>
      </w:r>
    </w:p>
    <w:p w14:paraId="1EB19867" w14:textId="77777777" w:rsidR="005028FE" w:rsidRPr="00AB46C9" w:rsidRDefault="005028FE">
      <w:pPr>
        <w:numPr>
          <w:ilvl w:val="0"/>
          <w:numId w:val="2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Хүлээн авагч зургаа авсан эсэхийг асууна. </w:t>
      </w:r>
    </w:p>
    <w:p w14:paraId="1E305CB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4060D1C2" w14:textId="77777777" w:rsidR="005028FE" w:rsidRPr="00AB46C9" w:rsidRDefault="005028FE">
      <w:pPr>
        <w:numPr>
          <w:ilvl w:val="0"/>
          <w:numId w:val="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ямар зураг хуваалцсан бэ? (Жишээ нь: гэр бүл, цэцэрлэг, хоол) </w:t>
      </w:r>
    </w:p>
    <w:p w14:paraId="5D5BE90D" w14:textId="77777777" w:rsidR="005028FE" w:rsidRPr="00AB46C9" w:rsidRDefault="005028FE">
      <w:pPr>
        <w:numPr>
          <w:ilvl w:val="0"/>
          <w:numId w:val="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Хүлээн авагч зургаа харсан уу?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2A086EF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Анхаар:</w:t>
      </w:r>
      <w:r w:rsidRPr="00AB46C9">
        <w:rPr>
          <w:rFonts w:eastAsia="Times New Roman" w:cs="Arial"/>
          <w:sz w:val="22"/>
          <w:lang w:val="mn-MN"/>
        </w:rPr>
        <w:t xml:space="preserve"> Танихгүй хүнд хувийн болон нууц зураг бүү илгээгээрэй. Өөр хүний зургийг хуваалцахын өмнө заавал зөвшөөрөл аваарай. </w:t>
      </w:r>
    </w:p>
    <w:p w14:paraId="372EE677"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0D51B56F"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24810DE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9CA6EC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02FEAACD"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FDB6E9E"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501CB93"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5114EFB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59D1AEBD"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3C6C6663"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200C1720"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C202231"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B191B24"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AACA1EA"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B096964"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CF8AE78"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3FB839B"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08754C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2094D783" w14:textId="44ED6A84"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3. Видео дуудлага хийх</w:t>
      </w:r>
    </w:p>
    <w:p w14:paraId="091C8CC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Видео дуудлага нь өөр хүнтэй бодит цаг хугацаанд нүүр тулан ярилцах боломж олгодог. Энэ нь хол байгаа найз нөхөд, гэр бүлийнхэнтэйгээ холбоотой байх мэдрэмжийг нэмэгдүүлдэг.</w:t>
      </w:r>
    </w:p>
    <w:p w14:paraId="78CF0DFC" w14:textId="77777777" w:rsidR="00492797" w:rsidRPr="00AB46C9" w:rsidRDefault="00492797" w:rsidP="00492797">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Видео дуудлагын түгээмэл аппликейшнүүд:</w:t>
      </w:r>
    </w:p>
    <w:p w14:paraId="3A587329" w14:textId="77777777" w:rsidR="00492797" w:rsidRPr="00AB46C9" w:rsidRDefault="00492797">
      <w:pPr>
        <w:numPr>
          <w:ilvl w:val="0"/>
          <w:numId w:val="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WhatsApp </w:t>
      </w:r>
    </w:p>
    <w:p w14:paraId="6E46B40C" w14:textId="77777777" w:rsidR="00492797" w:rsidRPr="00AB46C9" w:rsidRDefault="00492797">
      <w:pPr>
        <w:numPr>
          <w:ilvl w:val="0"/>
          <w:numId w:val="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LINE </w:t>
      </w:r>
    </w:p>
    <w:p w14:paraId="29762D7E" w14:textId="77777777" w:rsidR="00492797" w:rsidRPr="00AB46C9" w:rsidRDefault="00492797">
      <w:pPr>
        <w:numPr>
          <w:ilvl w:val="0"/>
          <w:numId w:val="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Messenger </w:t>
      </w:r>
    </w:p>
    <w:p w14:paraId="35BBFB70" w14:textId="77777777" w:rsidR="00492797" w:rsidRPr="00AB46C9" w:rsidRDefault="00492797">
      <w:pPr>
        <w:numPr>
          <w:ilvl w:val="0"/>
          <w:numId w:val="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Zoom </w:t>
      </w:r>
    </w:p>
    <w:p w14:paraId="07A9C82A" w14:textId="77777777" w:rsidR="00492797" w:rsidRPr="00AB46C9" w:rsidRDefault="00492797">
      <w:pPr>
        <w:numPr>
          <w:ilvl w:val="0"/>
          <w:numId w:val="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Google Meet </w:t>
      </w:r>
    </w:p>
    <w:p w14:paraId="2750FC5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Алхамууд:</w:t>
      </w:r>
    </w:p>
    <w:p w14:paraId="68EC8358" w14:textId="77777777" w:rsidR="005028FE" w:rsidRPr="00AB46C9" w:rsidRDefault="005028FE">
      <w:pPr>
        <w:numPr>
          <w:ilvl w:val="0"/>
          <w:numId w:val="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Өөрийн сонгосон видео дуудлагын аппликейшнийг нээнэ. (Жишээ нь: WhatsApp, Messenger, LINE) </w:t>
      </w:r>
    </w:p>
    <w:p w14:paraId="5477B197" w14:textId="77777777" w:rsidR="005028FE" w:rsidRPr="00AB46C9" w:rsidRDefault="005028FE">
      <w:pPr>
        <w:numPr>
          <w:ilvl w:val="0"/>
          <w:numId w:val="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Харилцагчаа сонгоно. </w:t>
      </w:r>
    </w:p>
    <w:p w14:paraId="0EE4D9E8" w14:textId="77777777" w:rsidR="005028FE" w:rsidRPr="00AB46C9" w:rsidRDefault="005028FE">
      <w:pPr>
        <w:numPr>
          <w:ilvl w:val="0"/>
          <w:numId w:val="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Видео камерын дүрс дээр дарна. </w:t>
      </w:r>
    </w:p>
    <w:p w14:paraId="7C8849E8" w14:textId="77777777" w:rsidR="005028FE" w:rsidRPr="00AB46C9" w:rsidRDefault="005028FE">
      <w:pPr>
        <w:numPr>
          <w:ilvl w:val="0"/>
          <w:numId w:val="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Нөгөө хүн дуудлагыг хүлээн авахыг хүлээнэ. </w:t>
      </w:r>
    </w:p>
    <w:p w14:paraId="13884511" w14:textId="77777777" w:rsidR="005028FE" w:rsidRPr="00AB46C9" w:rsidRDefault="005028FE">
      <w:pPr>
        <w:numPr>
          <w:ilvl w:val="0"/>
          <w:numId w:val="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Ярилцлагаа эхлүүлнэ. </w:t>
      </w:r>
    </w:p>
    <w:p w14:paraId="009578D7"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7BBA0344"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809B08F"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E4D7042"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CC27104"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DEB3D03"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90B2EF6"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DB751A2"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A1337F0"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300A717A"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1EB5F9C"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4E354F03"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FB9D9C3"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372B95B8"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5D732CB9" w14:textId="37E3BF38"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Дадлага 3: Видео дуудлага хийх</w:t>
      </w:r>
    </w:p>
    <w:p w14:paraId="2687950B"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Ангийнхаа хүн эсвэл гэр бүлийн гишүүнтэй богино хэмжээний видео дуудлага хийж сурах.</w:t>
      </w:r>
    </w:p>
    <w:p w14:paraId="3A6D86B0"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16D4D08D" w14:textId="77777777" w:rsidR="005028FE" w:rsidRPr="00AB46C9" w:rsidRDefault="005028FE">
      <w:pPr>
        <w:numPr>
          <w:ilvl w:val="0"/>
          <w:numId w:val="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эсвэл видео дуудлагын аппликейшнийг нээнэ. (LINE, WhatsApp, Zoom гэх мэт) </w:t>
      </w:r>
    </w:p>
    <w:p w14:paraId="7D51770D" w14:textId="77777777" w:rsidR="005028FE" w:rsidRPr="00AB46C9" w:rsidRDefault="005028FE">
      <w:pPr>
        <w:numPr>
          <w:ilvl w:val="0"/>
          <w:numId w:val="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Харилцагчийн жагсаалтаас хүний нэр дээр дарна. </w:t>
      </w:r>
    </w:p>
    <w:p w14:paraId="39513904" w14:textId="77777777" w:rsidR="005028FE" w:rsidRPr="00AB46C9" w:rsidRDefault="005028FE">
      <w:pPr>
        <w:numPr>
          <w:ilvl w:val="0"/>
          <w:numId w:val="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Видео камерын дүрс дээр дарж дуудна. </w:t>
      </w:r>
    </w:p>
    <w:p w14:paraId="7C051BB3" w14:textId="77777777" w:rsidR="005028FE" w:rsidRPr="00AB46C9" w:rsidRDefault="005028FE">
      <w:pPr>
        <w:numPr>
          <w:ilvl w:val="0"/>
          <w:numId w:val="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Тухайн хүн хариу өгөхийг хүлээнэ. Мэндлээд гараараа даллана! </w:t>
      </w:r>
    </w:p>
    <w:p w14:paraId="6B04ACA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2D601148" w14:textId="77777777" w:rsidR="005028FE" w:rsidRPr="00AB46C9" w:rsidRDefault="005028FE">
      <w:pPr>
        <w:numPr>
          <w:ilvl w:val="0"/>
          <w:numId w:val="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хэнтэй видео дуудлага хийсэн бэ? </w:t>
      </w:r>
    </w:p>
    <w:p w14:paraId="5983BAD1" w14:textId="77777777" w:rsidR="005028FE" w:rsidRPr="00AB46C9" w:rsidRDefault="005028FE">
      <w:pPr>
        <w:numPr>
          <w:ilvl w:val="0"/>
          <w:numId w:val="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Дуу болон дүрс хэвийн ажилласан уу?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2DA2BE97"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Зөвлөмж:</w:t>
      </w:r>
    </w:p>
    <w:p w14:paraId="57767874" w14:textId="77777777" w:rsidR="005028FE" w:rsidRPr="00AB46C9" w:rsidRDefault="005028FE">
      <w:pPr>
        <w:numPr>
          <w:ilvl w:val="0"/>
          <w:numId w:val="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Дууны чанарыг сайжруулахын тулд чихэвч ашиглаарай. </w:t>
      </w:r>
    </w:p>
    <w:p w14:paraId="76F7CC8F" w14:textId="77777777" w:rsidR="005028FE" w:rsidRPr="00AB46C9" w:rsidRDefault="005028FE">
      <w:pPr>
        <w:numPr>
          <w:ilvl w:val="0"/>
          <w:numId w:val="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Төхөөрөмжөө тогтвортой гадаргуу дээр байрлуулна. </w:t>
      </w:r>
    </w:p>
    <w:p w14:paraId="1B6F82A9" w14:textId="77777777" w:rsidR="005028FE" w:rsidRPr="00AB46C9" w:rsidRDefault="005028FE">
      <w:pPr>
        <w:numPr>
          <w:ilvl w:val="0"/>
          <w:numId w:val="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Гэрэл сайтай, чимээ багатай өрөөнд сууна. </w:t>
      </w:r>
    </w:p>
    <w:p w14:paraId="22118482"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680C179C"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4101E35"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1B4C73EB"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6BFD22D"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0123803"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E1BFC5C"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7D283EE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39ECB27"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02682D87"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A6F5F7B"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15EAE38B"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6F36480E"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1FF458D9" w14:textId="58320689"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4. Цахим шуудан ашиглах</w:t>
      </w:r>
    </w:p>
    <w:p w14:paraId="7C01534C"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 шуудан нь интернетээр мессеж, баримт бичиг, зураг солилцох тохиромжтой арга юм.</w:t>
      </w:r>
    </w:p>
    <w:p w14:paraId="59E57BFA"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Түгээмэл цахим шуудангийн үйлчилгээ:</w:t>
      </w:r>
    </w:p>
    <w:p w14:paraId="53D1F8EA" w14:textId="77777777" w:rsidR="005028FE" w:rsidRPr="00AB46C9" w:rsidRDefault="005028FE">
      <w:pPr>
        <w:numPr>
          <w:ilvl w:val="0"/>
          <w:numId w:val="3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Gmail</w:t>
      </w:r>
      <w:r w:rsidRPr="00AB46C9">
        <w:rPr>
          <w:rFonts w:eastAsia="Times New Roman" w:cs="Arial"/>
          <w:sz w:val="22"/>
          <w:lang w:val="mn-MN"/>
        </w:rPr>
        <w:t xml:space="preserve"> — Google </w:t>
      </w:r>
    </w:p>
    <w:p w14:paraId="394713B5" w14:textId="77777777" w:rsidR="005028FE" w:rsidRPr="00AB46C9" w:rsidRDefault="005028FE">
      <w:pPr>
        <w:numPr>
          <w:ilvl w:val="0"/>
          <w:numId w:val="3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Outlook</w:t>
      </w:r>
      <w:r w:rsidRPr="00AB46C9">
        <w:rPr>
          <w:rFonts w:eastAsia="Times New Roman" w:cs="Arial"/>
          <w:sz w:val="22"/>
          <w:lang w:val="mn-MN"/>
        </w:rPr>
        <w:t xml:space="preserve"> — Microsoft </w:t>
      </w:r>
    </w:p>
    <w:p w14:paraId="76CBD367"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Цахим шуудангийн хаяг үүсгэх:</w:t>
      </w:r>
    </w:p>
    <w:p w14:paraId="047A0FA8" w14:textId="77777777" w:rsidR="005028FE" w:rsidRPr="00AB46C9" w:rsidRDefault="005028FE">
      <w:pPr>
        <w:numPr>
          <w:ilvl w:val="0"/>
          <w:numId w:val="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Вэб хөтчөө нээгээд </w:t>
      </w:r>
      <w:r w:rsidRPr="00AB46C9">
        <w:rPr>
          <w:rFonts w:eastAsia="Times New Roman" w:cs="Arial"/>
          <w:sz w:val="22"/>
          <w:u w:val="single"/>
          <w:lang w:val="mn-MN"/>
        </w:rPr>
        <w:t>www.gmail.com</w:t>
      </w:r>
      <w:r w:rsidRPr="00AB46C9">
        <w:rPr>
          <w:rFonts w:eastAsia="Times New Roman" w:cs="Arial"/>
          <w:sz w:val="22"/>
          <w:lang w:val="mn-MN"/>
        </w:rPr>
        <w:t xml:space="preserve"> эсвэл </w:t>
      </w:r>
      <w:r w:rsidRPr="00AB46C9">
        <w:rPr>
          <w:rFonts w:eastAsia="Times New Roman" w:cs="Arial"/>
          <w:sz w:val="22"/>
          <w:u w:val="single"/>
          <w:lang w:val="mn-MN"/>
        </w:rPr>
        <w:t>www.outlook.com</w:t>
      </w:r>
      <w:r w:rsidRPr="00AB46C9">
        <w:rPr>
          <w:rFonts w:eastAsia="Times New Roman" w:cs="Arial"/>
          <w:sz w:val="22"/>
          <w:lang w:val="mn-MN"/>
        </w:rPr>
        <w:t xml:space="preserve"> руу орно. </w:t>
      </w:r>
    </w:p>
    <w:p w14:paraId="59B74F9C" w14:textId="77777777" w:rsidR="005028FE" w:rsidRPr="00AB46C9" w:rsidRDefault="005028FE">
      <w:pPr>
        <w:numPr>
          <w:ilvl w:val="0"/>
          <w:numId w:val="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Create Account (Бүртгэл үүсгэх) сонгоод зааврыг дагана. </w:t>
      </w:r>
    </w:p>
    <w:p w14:paraId="6875FA9F" w14:textId="77777777" w:rsidR="005028FE" w:rsidRPr="00AB46C9" w:rsidRDefault="005028FE">
      <w:pPr>
        <w:numPr>
          <w:ilvl w:val="0"/>
          <w:numId w:val="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Давтагдашгүй цахим шуудангийн хаяг болон хүчтэй нууц үг сонгоно. </w:t>
      </w:r>
    </w:p>
    <w:p w14:paraId="111C95A2" w14:textId="77777777" w:rsidR="005028FE" w:rsidRPr="00AB46C9" w:rsidRDefault="005028FE">
      <w:pPr>
        <w:numPr>
          <w:ilvl w:val="0"/>
          <w:numId w:val="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сэргээхэд ашиглах утасны дугаараа нэмнэ. </w:t>
      </w:r>
    </w:p>
    <w:p w14:paraId="15E11F5B" w14:textId="77777777" w:rsidR="00492797" w:rsidRPr="00AB46C9" w:rsidRDefault="005028FE">
      <w:pPr>
        <w:numPr>
          <w:ilvl w:val="0"/>
          <w:numId w:val="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Next (Дараах) дээр дарж дэлгэц дээрх зааврыг даган бүртгэлээ дуусгана. </w:t>
      </w:r>
    </w:p>
    <w:p w14:paraId="5FB90754" w14:textId="77777777" w:rsidR="00492797" w:rsidRPr="00AB46C9" w:rsidRDefault="00492797" w:rsidP="005028FE">
      <w:pPr>
        <w:spacing w:before="100" w:beforeAutospacing="1" w:after="100" w:afterAutospacing="1" w:line="240" w:lineRule="auto"/>
        <w:rPr>
          <w:rFonts w:eastAsia="Times New Roman" w:cs="Arial"/>
          <w:b/>
          <w:bCs/>
          <w:sz w:val="22"/>
          <w:lang w:val="mn-MN"/>
        </w:rPr>
      </w:pPr>
    </w:p>
    <w:p w14:paraId="46563091"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42CFB89E"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7C06B0CF"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5EB2C71"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4C78A92"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317A8903"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6ECA5317"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5E865A3"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F74368C"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50B614DA"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7234E547"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06F05F45"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270528BD"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5ED5684F"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3B02BB9D"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3960B280"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731A9E1B"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5E598871" w14:textId="77777777" w:rsidR="006C431A" w:rsidRPr="00AB46C9" w:rsidRDefault="006C431A" w:rsidP="005028FE">
      <w:pPr>
        <w:spacing w:before="100" w:beforeAutospacing="1" w:after="100" w:afterAutospacing="1" w:line="240" w:lineRule="auto"/>
        <w:rPr>
          <w:rFonts w:eastAsia="Times New Roman" w:cs="Arial"/>
          <w:b/>
          <w:bCs/>
          <w:sz w:val="22"/>
          <w:lang w:val="mn-MN"/>
        </w:rPr>
      </w:pPr>
    </w:p>
    <w:p w14:paraId="1CFE2539" w14:textId="787C9DA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Цахим шуудан илгээх:</w:t>
      </w:r>
    </w:p>
    <w:p w14:paraId="5CE6C7E8" w14:textId="77777777" w:rsidR="005028FE"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шуудангийн аппликейшнээ нээх эсвэл вэб сайтад нэвтэрнэ. </w:t>
      </w:r>
    </w:p>
    <w:p w14:paraId="1C900512" w14:textId="77777777" w:rsidR="005028FE"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Compose (Шинэ мессеж) эсвэл New Email (Шинэ цахим шуудан) дээр дарна. </w:t>
      </w:r>
    </w:p>
    <w:p w14:paraId="5C1F4BB2" w14:textId="77777777" w:rsidR="005028FE"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Хүлээн авагчийн цахим шуудангийн хаягийг оруулна. </w:t>
      </w:r>
    </w:p>
    <w:p w14:paraId="37A7C26F" w14:textId="77777777" w:rsidR="005028FE"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Мессежээ бичнэ. </w:t>
      </w:r>
    </w:p>
    <w:p w14:paraId="39DADCD7" w14:textId="77777777" w:rsidR="005028FE"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Зураг эсвэл баримт бичиг илгээх бол Add a file or picture (Файл эсвэл зураг хавсаргах) сонголтыг дарна. </w:t>
      </w:r>
    </w:p>
    <w:p w14:paraId="2BA7819C" w14:textId="77777777" w:rsidR="00492797" w:rsidRPr="00AB46C9" w:rsidRDefault="005028FE">
      <w:pPr>
        <w:numPr>
          <w:ilvl w:val="0"/>
          <w:numId w:val="3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Send (Илгээх) дээр дарна. </w:t>
      </w:r>
    </w:p>
    <w:p w14:paraId="08EB2F68"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5982CDAD"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058D7609"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5C3587CE"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1EBC4AF9"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46FD48B0"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40612462"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2BBDB92C"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402CB0C3"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87526A4"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36A6CD5"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54B089B4"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E15904A"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509B0730"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1359B5A"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B18869E"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0FEA4798"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2CC809B4"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F03D314"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391A40B8"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6E5342E0"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75F3CDEB" w14:textId="77777777" w:rsidR="006C431A" w:rsidRPr="00AB46C9" w:rsidRDefault="006C431A" w:rsidP="00492797">
      <w:pPr>
        <w:spacing w:before="100" w:beforeAutospacing="1" w:after="100" w:afterAutospacing="1" w:line="240" w:lineRule="auto"/>
        <w:rPr>
          <w:rFonts w:eastAsia="Times New Roman" w:cs="Arial"/>
          <w:b/>
          <w:bCs/>
          <w:sz w:val="22"/>
          <w:lang w:val="mn-MN"/>
        </w:rPr>
      </w:pPr>
    </w:p>
    <w:p w14:paraId="4CDB06CE" w14:textId="0F3B6DE6" w:rsidR="005028FE" w:rsidRPr="00AB46C9" w:rsidRDefault="005028FE" w:rsidP="00492797">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4: Цахим шуудан илгээх</w:t>
      </w:r>
    </w:p>
    <w:p w14:paraId="09A0F5E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Мэндчилгээ бүхий цахим шуудан бичиж илгээж сурах.</w:t>
      </w:r>
    </w:p>
    <w:p w14:paraId="7F05D243"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1D605B83" w14:textId="77777777" w:rsidR="005028FE" w:rsidRPr="00AB46C9" w:rsidRDefault="005028FE">
      <w:pPr>
        <w:numPr>
          <w:ilvl w:val="0"/>
          <w:numId w:val="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шуудангийн аппликейшнээ нээх эсвэл Gmail.com руу орно. </w:t>
      </w:r>
    </w:p>
    <w:p w14:paraId="14A37E25" w14:textId="77777777" w:rsidR="005028FE" w:rsidRPr="00AB46C9" w:rsidRDefault="005028FE">
      <w:pPr>
        <w:numPr>
          <w:ilvl w:val="0"/>
          <w:numId w:val="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Compose эсвэл New Email дээр дарна. </w:t>
      </w:r>
    </w:p>
    <w:p w14:paraId="5F2B04D7" w14:textId="77777777" w:rsidR="005028FE" w:rsidRPr="00AB46C9" w:rsidRDefault="005028FE">
      <w:pPr>
        <w:numPr>
          <w:ilvl w:val="0"/>
          <w:numId w:val="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Сургагч багш эсвэл найзынхаа цахим шуудангийн хаягийг оруулна. </w:t>
      </w:r>
    </w:p>
    <w:p w14:paraId="10659D2D" w14:textId="77777777" w:rsidR="005028FE" w:rsidRPr="00AB46C9" w:rsidRDefault="005028FE">
      <w:pPr>
        <w:numPr>
          <w:ilvl w:val="0"/>
          <w:numId w:val="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“Эрхэм ABC гуай, Таны ажил сайн байгаа гэж найдаж байна.” гэх мэт мэндчилгээ бичнэ. </w:t>
      </w:r>
    </w:p>
    <w:p w14:paraId="254B7E7F" w14:textId="77777777" w:rsidR="005028FE" w:rsidRPr="00AB46C9" w:rsidRDefault="005028FE">
      <w:pPr>
        <w:numPr>
          <w:ilvl w:val="0"/>
          <w:numId w:val="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Send (Илгээх) дээр дарна. </w:t>
      </w:r>
    </w:p>
    <w:p w14:paraId="5C409BFC"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35AD082F" w14:textId="77777777" w:rsidR="005028FE" w:rsidRPr="00AB46C9" w:rsidRDefault="005028FE">
      <w:pPr>
        <w:numPr>
          <w:ilvl w:val="0"/>
          <w:numId w:val="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цахим шуудангийн хаяг юу вэ? </w:t>
      </w:r>
    </w:p>
    <w:p w14:paraId="06A13A09" w14:textId="4D073834" w:rsidR="00492797" w:rsidRPr="00AB46C9" w:rsidRDefault="00492797">
      <w:pPr>
        <w:numPr>
          <w:ilvl w:val="0"/>
          <w:numId w:val="3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хариу авсан уу? Тийм  Үгүй</w:t>
      </w:r>
    </w:p>
    <w:p w14:paraId="4A1FD3A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Зөвлөмж:</w:t>
      </w:r>
      <w:r w:rsidRPr="00AB46C9">
        <w:rPr>
          <w:rFonts w:eastAsia="Times New Roman" w:cs="Arial"/>
          <w:sz w:val="22"/>
          <w:lang w:val="mn-MN"/>
        </w:rPr>
        <w:t xml:space="preserve"> Цахим шуудангийн хаяг болон нууц үгээ дэвтэртээ бичиж, аюулгүй газар хадгалаарай. Нууц үгээ мартсан бол Forgot Password (Нууц үгээ мартсан) дээр дарж сэргээх алхмуудыг дагана. </w:t>
      </w:r>
    </w:p>
    <w:p w14:paraId="3039F8E0"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0CB271B9"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C047026"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E97CB3A"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0132CE76"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A2296BE"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024D3D9"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C3E779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26BE1F1D"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4FE6BEB"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71C5366"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1A2BE811"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606929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56B764D"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207B30A" w14:textId="4CED6B31"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lastRenderedPageBreak/>
        <w:t xml:space="preserve">5. Сошиал медиаг </w:t>
      </w:r>
      <w:r w:rsidR="006C431A" w:rsidRPr="00AB46C9">
        <w:rPr>
          <w:rFonts w:eastAsia="Times New Roman" w:cs="Arial"/>
          <w:b/>
          <w:bCs/>
          <w:sz w:val="22"/>
          <w:lang w:val="mn-MN"/>
        </w:rPr>
        <w:t>таниж мэдэх</w:t>
      </w:r>
    </w:p>
    <w:p w14:paraId="7C480737" w14:textId="07380760" w:rsidR="005028FE" w:rsidRPr="00AB46C9" w:rsidRDefault="005028FE" w:rsidP="00492797">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Сошиал медиа платформ нь</w:t>
      </w:r>
      <w:r w:rsidR="00492797" w:rsidRPr="00AB46C9">
        <w:rPr>
          <w:rFonts w:eastAsia="Times New Roman" w:cs="Arial"/>
          <w:sz w:val="22"/>
          <w:lang w:val="mn-MN"/>
        </w:rPr>
        <w:t xml:space="preserve"> </w:t>
      </w:r>
      <w:r w:rsidRPr="00AB46C9">
        <w:rPr>
          <w:rFonts w:eastAsia="Times New Roman" w:cs="Arial"/>
          <w:sz w:val="22"/>
          <w:lang w:val="mn-MN"/>
        </w:rPr>
        <w:t xml:space="preserve">мессеж, зураг, видео хуваалцах; төрөл бүрийн мэдээлэл авах; сонирхол нэгтэй хүмүүс болон олон нийттэй холбогдох боломжийг олгодог. </w:t>
      </w:r>
    </w:p>
    <w:p w14:paraId="7249B8F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Түгээмэл сошиал медиа платформууд:</w:t>
      </w:r>
    </w:p>
    <w:p w14:paraId="114AFDC2" w14:textId="77777777" w:rsidR="005028FE" w:rsidRPr="00AB46C9" w:rsidRDefault="005028FE">
      <w:pPr>
        <w:numPr>
          <w:ilvl w:val="0"/>
          <w:numId w:val="3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Facebook</w:t>
      </w:r>
      <w:r w:rsidRPr="00AB46C9">
        <w:rPr>
          <w:rFonts w:eastAsia="Times New Roman" w:cs="Arial"/>
          <w:sz w:val="22"/>
          <w:lang w:val="mn-MN"/>
        </w:rPr>
        <w:t xml:space="preserve"> — гэр бүл, найз нөхөдтэйгөө холбоотой байх, олон нийтийн бүлэгт нэгдэхэд өргөн ашиглагддаг. </w:t>
      </w:r>
    </w:p>
    <w:p w14:paraId="04F5BD58" w14:textId="1073C88C" w:rsidR="005028FE" w:rsidRPr="00AB46C9" w:rsidRDefault="005028FE">
      <w:pPr>
        <w:numPr>
          <w:ilvl w:val="0"/>
          <w:numId w:val="3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YouTube</w:t>
      </w:r>
      <w:r w:rsidRPr="00AB46C9">
        <w:rPr>
          <w:rFonts w:eastAsia="Times New Roman" w:cs="Arial"/>
          <w:sz w:val="22"/>
          <w:lang w:val="mn-MN"/>
        </w:rPr>
        <w:t xml:space="preserve"> — сургалтын материал, зугаа</w:t>
      </w:r>
      <w:r w:rsidR="00C40598" w:rsidRPr="00AB46C9">
        <w:rPr>
          <w:rFonts w:eastAsia="Times New Roman" w:cs="Arial"/>
          <w:sz w:val="22"/>
          <w:lang w:val="mn-MN"/>
        </w:rPr>
        <w:t>тай хөгжилтэй бичлэг</w:t>
      </w:r>
      <w:r w:rsidRPr="00AB46C9">
        <w:rPr>
          <w:rFonts w:eastAsia="Times New Roman" w:cs="Arial"/>
          <w:sz w:val="22"/>
          <w:lang w:val="mn-MN"/>
        </w:rPr>
        <w:t xml:space="preserve">, мэдээ зэрэг видео үзэх платформ. </w:t>
      </w:r>
    </w:p>
    <w:p w14:paraId="626D7F7B" w14:textId="77777777" w:rsidR="005028FE" w:rsidRPr="00AB46C9" w:rsidRDefault="005028FE">
      <w:pPr>
        <w:numPr>
          <w:ilvl w:val="0"/>
          <w:numId w:val="3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Instagram</w:t>
      </w:r>
      <w:r w:rsidRPr="00AB46C9">
        <w:rPr>
          <w:rFonts w:eastAsia="Times New Roman" w:cs="Arial"/>
          <w:sz w:val="22"/>
          <w:lang w:val="mn-MN"/>
        </w:rPr>
        <w:t xml:space="preserve"> — зураг болон богино видео хуваалцахад чиглэсэн. </w:t>
      </w:r>
    </w:p>
    <w:p w14:paraId="1DC07976" w14:textId="77777777" w:rsidR="005028FE" w:rsidRPr="00AB46C9" w:rsidRDefault="005028FE">
      <w:pPr>
        <w:numPr>
          <w:ilvl w:val="0"/>
          <w:numId w:val="3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TikTok</w:t>
      </w:r>
      <w:r w:rsidRPr="00AB46C9">
        <w:rPr>
          <w:rFonts w:eastAsia="Times New Roman" w:cs="Arial"/>
          <w:sz w:val="22"/>
          <w:lang w:val="mn-MN"/>
        </w:rPr>
        <w:t xml:space="preserve"> — бүтээлч болон сургалтын богино видеогоор түгээмэл. </w:t>
      </w:r>
    </w:p>
    <w:p w14:paraId="7C006D4B" w14:textId="77777777" w:rsidR="005028FE" w:rsidRPr="00AB46C9" w:rsidRDefault="005028FE">
      <w:pPr>
        <w:numPr>
          <w:ilvl w:val="0"/>
          <w:numId w:val="3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Pinterest</w:t>
      </w:r>
      <w:r w:rsidRPr="00AB46C9">
        <w:rPr>
          <w:rFonts w:eastAsia="Times New Roman" w:cs="Arial"/>
          <w:sz w:val="22"/>
          <w:lang w:val="mn-MN"/>
        </w:rPr>
        <w:t xml:space="preserve"> — хоол хийх, гар урлал, гэр тохижуулах зэрэг сонирхлоо хөгжүүлэхэд ашигтай. </w:t>
      </w:r>
    </w:p>
    <w:p w14:paraId="3F0D49B2" w14:textId="4ED7C63F" w:rsidR="006C431A" w:rsidRPr="00AB46C9" w:rsidRDefault="006C431A"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Яагаад сошиал медиа ашигладаг вэ?</w:t>
      </w:r>
    </w:p>
    <w:p w14:paraId="317A3146" w14:textId="3D81FE80" w:rsidR="00C40598"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 зөвхөн залуучуудад зориулагдаагүй. Ахмад настнууд ч дижитал платформоос ихээхэн ашиг тус хүртэх боломжтой. </w:t>
      </w:r>
      <w:r w:rsidR="00C40598" w:rsidRPr="00AB46C9">
        <w:rPr>
          <w:rFonts w:cs="Arial"/>
          <w:sz w:val="22"/>
          <w:lang w:val="mn-MN"/>
        </w:rPr>
        <w:t xml:space="preserve">Таны зорилго хайртай дотнын хүмүүстэйгээ холбоотой байх, шинэ хобби сонирхлыг нээж хөгжүүлэх эсвэл цаг үеийн мэдээллээс хоцрохгүй байх аль нь ч байсан, </w:t>
      </w:r>
      <w:r w:rsidR="00C40598" w:rsidRPr="00AB46C9">
        <w:rPr>
          <w:rStyle w:val="Strong"/>
          <w:rFonts w:cs="Arial"/>
          <w:b w:val="0"/>
          <w:bCs w:val="0"/>
          <w:sz w:val="22"/>
          <w:lang w:val="mn-MN"/>
        </w:rPr>
        <w:t>сошиал медиа нь хэрэгцээтэй бөгөөд сонирхолтой байдлаар ашиглах боломжийг олгодог.</w:t>
      </w:r>
      <w:r w:rsidR="00C40598" w:rsidRPr="00AB46C9">
        <w:rPr>
          <w:rFonts w:cs="Arial"/>
          <w:sz w:val="22"/>
          <w:lang w:val="mn-MN"/>
        </w:rPr>
        <w:t xml:space="preserve"> Гэхдээ аливаа технологийн нэгэн адил сошиал медиаг </w:t>
      </w:r>
      <w:r w:rsidR="00C40598" w:rsidRPr="00AB46C9">
        <w:rPr>
          <w:rStyle w:val="Strong"/>
          <w:rFonts w:cs="Arial"/>
          <w:b w:val="0"/>
          <w:bCs w:val="0"/>
          <w:sz w:val="22"/>
          <w:lang w:val="mn-MN"/>
        </w:rPr>
        <w:t>хариуцлагатай, зөв зохистой ашиглах нь чухал.</w:t>
      </w:r>
    </w:p>
    <w:p w14:paraId="3273CB1C"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0693A67B"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B50F667"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66DB9DBF"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2A5C9245"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681B7728"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0B914820"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94B8470"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7236FBA7"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26B5A537"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2B8FEA68"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32A04161"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136AF21B"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2DE70A2B" w14:textId="77777777" w:rsidR="006C431A" w:rsidRPr="00AB46C9" w:rsidRDefault="006C431A" w:rsidP="005028FE">
      <w:pPr>
        <w:spacing w:before="100" w:beforeAutospacing="1" w:after="100" w:afterAutospacing="1" w:line="240" w:lineRule="auto"/>
        <w:outlineLvl w:val="2"/>
        <w:rPr>
          <w:rFonts w:eastAsia="Times New Roman" w:cs="Arial"/>
          <w:b/>
          <w:bCs/>
          <w:sz w:val="22"/>
          <w:lang w:val="mn-MN"/>
        </w:rPr>
      </w:pPr>
    </w:p>
    <w:p w14:paraId="0BD44B03" w14:textId="08D6A791"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Сошиал медиагийн давуу тал</w:t>
      </w:r>
    </w:p>
    <w:p w14:paraId="6A4E5B99"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 Гэр бүл, найз нөхөдтэйгөө холбоотой байх</w:t>
      </w:r>
    </w:p>
    <w:p w14:paraId="5B1CEE8C" w14:textId="5724DE24" w:rsidR="005028FE" w:rsidRPr="00AB46C9" w:rsidRDefault="00C40598" w:rsidP="005028FE">
      <w:pPr>
        <w:spacing w:before="100" w:beforeAutospacing="1" w:after="100" w:afterAutospacing="1" w:line="240" w:lineRule="auto"/>
        <w:rPr>
          <w:rFonts w:eastAsia="Times New Roman" w:cs="Arial"/>
          <w:sz w:val="22"/>
          <w:lang w:val="mn-MN"/>
        </w:rPr>
      </w:pPr>
      <w:r w:rsidRPr="00AB46C9">
        <w:rPr>
          <w:rFonts w:cs="Arial"/>
          <w:sz w:val="22"/>
          <w:lang w:val="mn-MN"/>
        </w:rPr>
        <w:lastRenderedPageBreak/>
        <w:t xml:space="preserve">Сошиал медиа платформууд нь хэрэглэгчдэд </w:t>
      </w:r>
      <w:r w:rsidRPr="00AB46C9">
        <w:rPr>
          <w:rStyle w:val="Strong"/>
          <w:rFonts w:cs="Arial"/>
          <w:b w:val="0"/>
          <w:bCs w:val="0"/>
          <w:sz w:val="22"/>
          <w:lang w:val="mn-MN"/>
        </w:rPr>
        <w:t>мессеж илгээх, зураг үзэх, видео дуудлага хийх</w:t>
      </w:r>
      <w:r w:rsidRPr="00AB46C9">
        <w:rPr>
          <w:rFonts w:cs="Arial"/>
          <w:sz w:val="22"/>
          <w:lang w:val="mn-MN"/>
        </w:rPr>
        <w:t xml:space="preserve"> боломжийг олгодог. </w:t>
      </w:r>
      <w:r w:rsidR="005028FE" w:rsidRPr="00AB46C9">
        <w:rPr>
          <w:rFonts w:eastAsia="Times New Roman" w:cs="Arial"/>
          <w:sz w:val="22"/>
          <w:lang w:val="mn-MN"/>
        </w:rPr>
        <w:t>Та хаана байгаагаас үл хамааран хүүхэд, ач зээ, найз нөхдийнхөө шинэ мэдээллийг авах боломжтой.</w:t>
      </w:r>
    </w:p>
    <w:p w14:paraId="6D8649E6" w14:textId="53E1D265" w:rsidR="00C40598" w:rsidRPr="00AB46C9" w:rsidRDefault="00C40598" w:rsidP="005028FE">
      <w:pPr>
        <w:spacing w:before="100" w:beforeAutospacing="1" w:after="100" w:afterAutospacing="1" w:line="240" w:lineRule="auto"/>
        <w:rPr>
          <w:rFonts w:eastAsia="Times New Roman" w:cs="Arial"/>
          <w:sz w:val="22"/>
          <w:lang w:val="mn-MN"/>
        </w:rPr>
      </w:pPr>
      <w:r w:rsidRPr="00AB46C9">
        <w:rPr>
          <w:rFonts w:cs="Arial"/>
          <w:sz w:val="22"/>
          <w:lang w:val="mn-MN"/>
        </w:rPr>
        <w:t xml:space="preserve">Жишээ нь: Та </w:t>
      </w:r>
      <w:r w:rsidRPr="00AB46C9">
        <w:rPr>
          <w:rStyle w:val="Strong"/>
          <w:rFonts w:cs="Arial"/>
          <w:b w:val="0"/>
          <w:bCs w:val="0"/>
          <w:sz w:val="22"/>
          <w:lang w:val="mn-MN"/>
        </w:rPr>
        <w:t>ач, зээийнхээ төрсөн өдрийн зургийг үзэх</w:t>
      </w:r>
      <w:r w:rsidRPr="00AB46C9">
        <w:rPr>
          <w:rFonts w:cs="Arial"/>
          <w:sz w:val="22"/>
          <w:lang w:val="mn-MN"/>
        </w:rPr>
        <w:t xml:space="preserve"> эсвэл </w:t>
      </w:r>
      <w:r w:rsidRPr="00AB46C9">
        <w:rPr>
          <w:rStyle w:val="Strong"/>
          <w:rFonts w:cs="Arial"/>
          <w:b w:val="0"/>
          <w:bCs w:val="0"/>
          <w:sz w:val="22"/>
          <w:lang w:val="mn-MN"/>
        </w:rPr>
        <w:t>найздаа мэндчилгээ илгээх</w:t>
      </w:r>
      <w:r w:rsidRPr="00AB46C9">
        <w:rPr>
          <w:rFonts w:cs="Arial"/>
          <w:b/>
          <w:bCs/>
          <w:sz w:val="22"/>
          <w:lang w:val="mn-MN"/>
        </w:rPr>
        <w:t xml:space="preserve"> </w:t>
      </w:r>
      <w:r w:rsidRPr="00AB46C9">
        <w:rPr>
          <w:rFonts w:cs="Arial"/>
          <w:sz w:val="22"/>
          <w:lang w:val="mn-MN"/>
        </w:rPr>
        <w:t>боломжтой.</w:t>
      </w:r>
    </w:p>
    <w:p w14:paraId="7FF8554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 Олон нийтэд нэгдэж, шинэ найз нөхөдтэй болох</w:t>
      </w:r>
    </w:p>
    <w:p w14:paraId="74EBD476" w14:textId="237E8651"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Цэцэ</w:t>
      </w:r>
      <w:r w:rsidR="00C40598" w:rsidRPr="00AB46C9">
        <w:rPr>
          <w:rFonts w:eastAsia="Times New Roman" w:cs="Arial"/>
          <w:sz w:val="22"/>
          <w:lang w:val="mn-MN"/>
        </w:rPr>
        <w:t>г тарих</w:t>
      </w:r>
      <w:r w:rsidRPr="00AB46C9">
        <w:rPr>
          <w:rFonts w:eastAsia="Times New Roman" w:cs="Arial"/>
          <w:sz w:val="22"/>
          <w:lang w:val="mn-MN"/>
        </w:rPr>
        <w:t>, хоол хийх, ном, эрүүл мэнд зэрэг нийтлэг сонирхолд тулгуурласан бүлгүүдэд нэгдэж болно.</w:t>
      </w:r>
    </w:p>
    <w:p w14:paraId="5CA4513E" w14:textId="69D4D460" w:rsidR="00C40598" w:rsidRPr="00AB46C9" w:rsidRDefault="00C40598" w:rsidP="005028FE">
      <w:pPr>
        <w:spacing w:before="100" w:beforeAutospacing="1" w:after="100" w:afterAutospacing="1" w:line="240" w:lineRule="auto"/>
        <w:rPr>
          <w:rFonts w:eastAsia="Times New Roman" w:cs="Arial"/>
          <w:sz w:val="22"/>
          <w:lang w:val="mn-MN"/>
        </w:rPr>
      </w:pPr>
      <w:r w:rsidRPr="00AB46C9">
        <w:rPr>
          <w:rFonts w:cs="Arial"/>
          <w:sz w:val="22"/>
          <w:lang w:val="mn-MN"/>
        </w:rPr>
        <w:t xml:space="preserve">Жишээ нь: </w:t>
      </w:r>
      <w:r w:rsidRPr="00AB46C9">
        <w:rPr>
          <w:rStyle w:val="Strong"/>
          <w:rFonts w:cs="Arial"/>
          <w:b w:val="0"/>
          <w:bCs w:val="0"/>
          <w:sz w:val="22"/>
          <w:lang w:val="mn-MN"/>
        </w:rPr>
        <w:t>Цэцэрлэг тарихыг сонирхдог Facebook бүлэгт нэгдэж</w:t>
      </w:r>
      <w:r w:rsidRPr="00AB46C9">
        <w:rPr>
          <w:rFonts w:cs="Arial"/>
          <w:b/>
          <w:bCs/>
          <w:sz w:val="22"/>
          <w:lang w:val="mn-MN"/>
        </w:rPr>
        <w:t xml:space="preserve">, </w:t>
      </w:r>
      <w:r w:rsidRPr="00AB46C9">
        <w:rPr>
          <w:rFonts w:cs="Arial"/>
          <w:sz w:val="22"/>
          <w:lang w:val="mn-MN"/>
        </w:rPr>
        <w:t>ижил сонирхолтой хүмүүстэй санаа, зөвлөгөөгөө хуваалцаарай.</w:t>
      </w:r>
    </w:p>
    <w:p w14:paraId="1642AD14" w14:textId="0E368F44"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3. Шинэ хобби</w:t>
      </w:r>
      <w:r w:rsidR="00C40598" w:rsidRPr="00AB46C9">
        <w:rPr>
          <w:rFonts w:eastAsia="Times New Roman" w:cs="Arial"/>
          <w:b/>
          <w:bCs/>
          <w:sz w:val="22"/>
          <w:lang w:val="mn-MN"/>
        </w:rPr>
        <w:t xml:space="preserve"> </w:t>
      </w:r>
      <w:r w:rsidRPr="00AB46C9">
        <w:rPr>
          <w:rFonts w:eastAsia="Times New Roman" w:cs="Arial"/>
          <w:b/>
          <w:bCs/>
          <w:sz w:val="22"/>
          <w:lang w:val="mn-MN"/>
        </w:rPr>
        <w:t>нээх</w:t>
      </w:r>
    </w:p>
    <w:p w14:paraId="16F695A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YouTube, Pinterest зэрэг платформоос хоол хийх, хөгжим, түүх, урлаг, гар урлалын талаар үнэгүй видео, санаа авах боломжтой. </w:t>
      </w:r>
    </w:p>
    <w:p w14:paraId="5283322D" w14:textId="546DC657" w:rsidR="00C40598" w:rsidRPr="00AB46C9" w:rsidRDefault="00C40598" w:rsidP="005028FE">
      <w:pPr>
        <w:spacing w:before="100" w:beforeAutospacing="1" w:after="100" w:afterAutospacing="1" w:line="240" w:lineRule="auto"/>
        <w:rPr>
          <w:rFonts w:eastAsia="Times New Roman" w:cs="Arial"/>
          <w:sz w:val="22"/>
          <w:lang w:val="mn-MN"/>
        </w:rPr>
      </w:pPr>
      <w:r w:rsidRPr="00AB46C9">
        <w:rPr>
          <w:rFonts w:cs="Arial"/>
          <w:sz w:val="22"/>
          <w:lang w:val="mn-MN"/>
        </w:rPr>
        <w:t xml:space="preserve">Жишээ нь: </w:t>
      </w:r>
      <w:r w:rsidRPr="00AB46C9">
        <w:rPr>
          <w:rStyle w:val="Strong"/>
          <w:rFonts w:cs="Arial"/>
          <w:b w:val="0"/>
          <w:bCs w:val="0"/>
          <w:sz w:val="22"/>
          <w:lang w:val="mn-MN"/>
        </w:rPr>
        <w:t>YouTube-ээс зураг зурах зааварчилгаатай бичлэг үзээд</w:t>
      </w:r>
      <w:r w:rsidRPr="00AB46C9">
        <w:rPr>
          <w:rFonts w:cs="Arial"/>
          <w:b/>
          <w:bCs/>
          <w:sz w:val="22"/>
          <w:lang w:val="mn-MN"/>
        </w:rPr>
        <w:t>,</w:t>
      </w:r>
      <w:r w:rsidRPr="00AB46C9">
        <w:rPr>
          <w:rFonts w:cs="Arial"/>
          <w:sz w:val="22"/>
          <w:lang w:val="mn-MN"/>
        </w:rPr>
        <w:t xml:space="preserve"> шинэ бүтээлч үйл ажиллагааг туршиж үзээрэй.</w:t>
      </w:r>
    </w:p>
    <w:p w14:paraId="4EFBC299" w14:textId="77777777" w:rsidR="00C40598" w:rsidRPr="00AB46C9" w:rsidRDefault="00C40598" w:rsidP="005028FE">
      <w:pPr>
        <w:spacing w:before="100" w:beforeAutospacing="1" w:after="100" w:afterAutospacing="1" w:line="240" w:lineRule="auto"/>
        <w:rPr>
          <w:rFonts w:eastAsia="Times New Roman" w:cs="Arial"/>
          <w:sz w:val="22"/>
          <w:lang w:val="mn-MN"/>
        </w:rPr>
      </w:pPr>
    </w:p>
    <w:p w14:paraId="5DEF5D5C"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47D646BD"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8E10E29"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38960D64"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BC81409"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1A690E0"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8406138"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FB1ABFC"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875CFA1"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78383052"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61B24F0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3F6A2BD5" w14:textId="77777777" w:rsidR="006C431A" w:rsidRPr="00AB46C9" w:rsidRDefault="006C431A" w:rsidP="005028FE">
      <w:pPr>
        <w:spacing w:before="100" w:beforeAutospacing="1" w:after="100" w:afterAutospacing="1" w:line="240" w:lineRule="auto"/>
        <w:rPr>
          <w:rFonts w:eastAsia="Times New Roman" w:cs="Arial"/>
          <w:sz w:val="22"/>
          <w:lang w:val="mn-MN"/>
        </w:rPr>
      </w:pPr>
    </w:p>
    <w:p w14:paraId="37A4249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Мэдээлэлтэй байх</w:t>
      </w:r>
    </w:p>
    <w:p w14:paraId="2F1DC11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Баталгаатай мэдээний эх сурвалж болон нийтийн эрүүл мэндийн байгууллагуудыг дагаж, цаг үеийн үйл явдал, аюулгүй байдлын сэрэмжлүүлэг, эрүүл мэндийн зөвлөгөө авч болно.</w:t>
      </w:r>
    </w:p>
    <w:p w14:paraId="79C9786E" w14:textId="400D8C46" w:rsidR="00C40598" w:rsidRPr="00AB46C9" w:rsidRDefault="00C40598" w:rsidP="005028FE">
      <w:pPr>
        <w:spacing w:before="100" w:beforeAutospacing="1" w:after="100" w:afterAutospacing="1" w:line="240" w:lineRule="auto"/>
        <w:rPr>
          <w:rFonts w:eastAsia="Times New Roman" w:cs="Arial"/>
          <w:sz w:val="22"/>
          <w:lang w:val="mn-MN"/>
        </w:rPr>
      </w:pPr>
      <w:r w:rsidRPr="00AB46C9">
        <w:rPr>
          <w:rFonts w:cs="Arial"/>
          <w:sz w:val="22"/>
          <w:lang w:val="mn-MN"/>
        </w:rPr>
        <w:t xml:space="preserve">Жишээ нь: </w:t>
      </w:r>
      <w:r w:rsidRPr="00AB46C9">
        <w:rPr>
          <w:rStyle w:val="Strong"/>
          <w:rFonts w:cs="Arial"/>
          <w:b w:val="0"/>
          <w:bCs w:val="0"/>
          <w:sz w:val="22"/>
          <w:lang w:val="mn-MN"/>
        </w:rPr>
        <w:t xml:space="preserve">Орон нутгийн эрүүл мэндийн байгууллага эсвэл </w:t>
      </w:r>
      <w:r w:rsidR="003B48FD" w:rsidRPr="00AB46C9">
        <w:rPr>
          <w:rStyle w:val="Strong"/>
          <w:rFonts w:cs="Arial"/>
          <w:b w:val="0"/>
          <w:bCs w:val="0"/>
          <w:sz w:val="22"/>
          <w:lang w:val="mn-MN"/>
        </w:rPr>
        <w:t>баталгаатай</w:t>
      </w:r>
      <w:r w:rsidRPr="00AB46C9">
        <w:rPr>
          <w:rStyle w:val="Strong"/>
          <w:rFonts w:cs="Arial"/>
          <w:b w:val="0"/>
          <w:bCs w:val="0"/>
          <w:sz w:val="22"/>
          <w:lang w:val="mn-MN"/>
        </w:rPr>
        <w:t xml:space="preserve"> эрүүл мэндийн мэдээллийн хуудсыг дагаж</w:t>
      </w:r>
      <w:r w:rsidRPr="00AB46C9">
        <w:rPr>
          <w:rFonts w:cs="Arial"/>
          <w:b/>
          <w:bCs/>
          <w:sz w:val="22"/>
          <w:lang w:val="mn-MN"/>
        </w:rPr>
        <w:t>,</w:t>
      </w:r>
      <w:r w:rsidRPr="00AB46C9">
        <w:rPr>
          <w:rFonts w:cs="Arial"/>
          <w:sz w:val="22"/>
          <w:lang w:val="mn-MN"/>
        </w:rPr>
        <w:t xml:space="preserve"> эрүүл мэнд</w:t>
      </w:r>
      <w:r w:rsidR="003B48FD" w:rsidRPr="00AB46C9">
        <w:rPr>
          <w:rFonts w:cs="Arial"/>
          <w:sz w:val="22"/>
          <w:lang w:val="mn-MN"/>
        </w:rPr>
        <w:t xml:space="preserve">ийн </w:t>
      </w:r>
      <w:r w:rsidRPr="00AB46C9">
        <w:rPr>
          <w:rFonts w:cs="Arial"/>
          <w:sz w:val="22"/>
          <w:lang w:val="mn-MN"/>
        </w:rPr>
        <w:t>талаарх зөвлөгөө, мэдээллийг аваарай.</w:t>
      </w:r>
    </w:p>
    <w:p w14:paraId="2384E386"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5. Орлого олох боломжийг судлах</w:t>
      </w:r>
    </w:p>
    <w:p w14:paraId="33DA2231" w14:textId="33D82461" w:rsidR="005028FE" w:rsidRPr="00AB46C9" w:rsidRDefault="005028FE" w:rsidP="003B48FD">
      <w:pPr>
        <w:spacing w:before="100" w:beforeAutospacing="1" w:after="100" w:afterAutospacing="1" w:line="240" w:lineRule="auto"/>
        <w:jc w:val="both"/>
        <w:rPr>
          <w:rFonts w:eastAsia="Times New Roman" w:cs="Arial"/>
          <w:sz w:val="22"/>
          <w:lang w:val="mn-MN"/>
        </w:rPr>
      </w:pPr>
      <w:r w:rsidRPr="00AB46C9">
        <w:rPr>
          <w:rFonts w:eastAsia="Times New Roman" w:cs="Arial"/>
          <w:sz w:val="22"/>
          <w:lang w:val="mn-MN"/>
        </w:rPr>
        <w:lastRenderedPageBreak/>
        <w:t>Зарим ахмад настнууд гар урлал</w:t>
      </w:r>
      <w:r w:rsidR="003B48FD" w:rsidRPr="00AB46C9">
        <w:rPr>
          <w:rFonts w:eastAsia="Times New Roman" w:cs="Arial"/>
          <w:sz w:val="22"/>
          <w:lang w:val="mn-MN"/>
        </w:rPr>
        <w:t xml:space="preserve">, нарийн боов </w:t>
      </w:r>
      <w:r w:rsidRPr="00AB46C9">
        <w:rPr>
          <w:rFonts w:eastAsia="Times New Roman" w:cs="Arial"/>
          <w:sz w:val="22"/>
          <w:lang w:val="mn-MN"/>
        </w:rPr>
        <w:t>зэрэг бүтээгдэхүүн, үйлчилгээгээ сошиал медиагаар сурталчилдаг.</w:t>
      </w:r>
      <w:r w:rsidR="003B48FD" w:rsidRPr="00AB46C9">
        <w:rPr>
          <w:rFonts w:eastAsia="Times New Roman" w:cs="Arial"/>
          <w:sz w:val="22"/>
          <w:lang w:val="mn-MN"/>
        </w:rPr>
        <w:t xml:space="preserve"> </w:t>
      </w:r>
      <w:r w:rsidRPr="00AB46C9">
        <w:rPr>
          <w:rFonts w:eastAsia="Times New Roman" w:cs="Arial"/>
          <w:sz w:val="22"/>
          <w:lang w:val="mn-MN"/>
        </w:rPr>
        <w:t xml:space="preserve">Жишээ нь, Facebook Marketplace болон Etsy зэрэг платформыг жижиг бизнес эрхлэхэд ашиглаж болно. </w:t>
      </w:r>
    </w:p>
    <w:p w14:paraId="76596BAA" w14:textId="77777777" w:rsidR="003B48FD" w:rsidRPr="00AB46C9" w:rsidRDefault="003B48FD" w:rsidP="003B48FD">
      <w:pPr>
        <w:spacing w:before="100" w:beforeAutospacing="1" w:after="100" w:afterAutospacing="1" w:line="240" w:lineRule="auto"/>
        <w:jc w:val="both"/>
        <w:rPr>
          <w:rFonts w:eastAsia="Times New Roman" w:cs="Arial"/>
          <w:sz w:val="22"/>
          <w:lang w:val="mn-MN"/>
        </w:rPr>
      </w:pPr>
      <w:r w:rsidRPr="00AB46C9">
        <w:rPr>
          <w:rFonts w:cs="Arial"/>
          <w:sz w:val="22"/>
          <w:lang w:val="mn-MN"/>
        </w:rPr>
        <w:t xml:space="preserve">Жишээ нь: </w:t>
      </w:r>
      <w:r w:rsidRPr="00AB46C9">
        <w:rPr>
          <w:rStyle w:val="Strong"/>
          <w:rFonts w:cs="Arial"/>
          <w:b w:val="0"/>
          <w:bCs w:val="0"/>
          <w:sz w:val="22"/>
          <w:lang w:val="mn-MN"/>
        </w:rPr>
        <w:t>Хэрэв та нарийн боов, амттан хийх дуртай бол</w:t>
      </w:r>
      <w:r w:rsidRPr="00AB46C9">
        <w:rPr>
          <w:rFonts w:cs="Arial"/>
          <w:b/>
          <w:bCs/>
          <w:sz w:val="22"/>
          <w:lang w:val="mn-MN"/>
        </w:rPr>
        <w:t>,</w:t>
      </w:r>
      <w:r w:rsidRPr="00AB46C9">
        <w:rPr>
          <w:rFonts w:cs="Arial"/>
          <w:sz w:val="22"/>
          <w:lang w:val="mn-MN"/>
        </w:rPr>
        <w:t xml:space="preserve"> хийсэн бялуу, амттаны зургийг нийтэлж, </w:t>
      </w:r>
      <w:r w:rsidRPr="00AB46C9">
        <w:rPr>
          <w:rStyle w:val="Strong"/>
          <w:rFonts w:cs="Arial"/>
          <w:b w:val="0"/>
          <w:bCs w:val="0"/>
          <w:sz w:val="22"/>
          <w:lang w:val="mn-MN"/>
        </w:rPr>
        <w:t>хөршүүд болон найз нөхдөөсөө захиалга авах</w:t>
      </w:r>
      <w:r w:rsidRPr="00AB46C9">
        <w:rPr>
          <w:rFonts w:cs="Arial"/>
          <w:sz w:val="22"/>
          <w:lang w:val="mn-MN"/>
        </w:rPr>
        <w:t xml:space="preserve"> боломжтой.</w:t>
      </w:r>
    </w:p>
    <w:p w14:paraId="5E980233"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79845AC6"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134EFD59"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0E125D62"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034A271F"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716FB0FC"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5B24FECF"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6072CDBD"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0951950A"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42112563"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32ADB400"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2AB05A27"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0F108D3F"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79CF3361"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3058186D"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3063A78F"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35A0ED57"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09A9E628" w14:textId="77777777" w:rsidR="006C431A" w:rsidRPr="00AB46C9" w:rsidRDefault="006C431A" w:rsidP="003B48FD">
      <w:pPr>
        <w:spacing w:before="100" w:beforeAutospacing="1" w:after="100" w:afterAutospacing="1" w:line="240" w:lineRule="auto"/>
        <w:jc w:val="both"/>
        <w:rPr>
          <w:rFonts w:eastAsia="Times New Roman" w:cs="Arial"/>
          <w:b/>
          <w:bCs/>
          <w:sz w:val="22"/>
          <w:lang w:val="mn-MN"/>
        </w:rPr>
      </w:pPr>
    </w:p>
    <w:p w14:paraId="525E6FD7" w14:textId="55EF4999" w:rsidR="005028FE" w:rsidRPr="00AB46C9" w:rsidRDefault="005028FE" w:rsidP="003B48FD">
      <w:pPr>
        <w:spacing w:before="100" w:beforeAutospacing="1" w:after="100" w:afterAutospacing="1" w:line="240" w:lineRule="auto"/>
        <w:jc w:val="both"/>
        <w:rPr>
          <w:rFonts w:eastAsia="Times New Roman" w:cs="Arial"/>
          <w:b/>
          <w:bCs/>
          <w:sz w:val="22"/>
          <w:lang w:val="mn-MN"/>
        </w:rPr>
      </w:pPr>
      <w:r w:rsidRPr="00AB46C9">
        <w:rPr>
          <w:rFonts w:eastAsia="Times New Roman" w:cs="Arial"/>
          <w:b/>
          <w:bCs/>
          <w:sz w:val="22"/>
          <w:lang w:val="mn-MN"/>
        </w:rPr>
        <w:t>Анхаарах эрсдлүүд</w:t>
      </w:r>
    </w:p>
    <w:p w14:paraId="3EA45820" w14:textId="38BEC8B1" w:rsidR="003B48FD" w:rsidRPr="00AB46C9" w:rsidRDefault="003B48FD" w:rsidP="003B48FD">
      <w:pPr>
        <w:spacing w:before="100" w:beforeAutospacing="1" w:after="100" w:afterAutospacing="1" w:line="240" w:lineRule="auto"/>
        <w:jc w:val="both"/>
        <w:rPr>
          <w:rFonts w:eastAsia="Times New Roman" w:cs="Arial"/>
          <w:sz w:val="22"/>
          <w:lang w:val="mn-MN"/>
        </w:rPr>
      </w:pPr>
      <w:r w:rsidRPr="00AB46C9">
        <w:rPr>
          <w:rFonts w:cs="Arial"/>
          <w:sz w:val="22"/>
          <w:lang w:val="mn-MN"/>
        </w:rPr>
        <w:t xml:space="preserve">Сошиал медиа нь олон давуу талтай хэдий ч </w:t>
      </w:r>
      <w:r w:rsidRPr="00AB46C9">
        <w:rPr>
          <w:rStyle w:val="Strong"/>
          <w:rFonts w:cs="Arial"/>
          <w:b w:val="0"/>
          <w:bCs w:val="0"/>
          <w:sz w:val="22"/>
          <w:lang w:val="mn-MN"/>
        </w:rPr>
        <w:t>анхаарч үзэх шаардлагатай эрсдэлүүд мөн байдаг.</w:t>
      </w:r>
    </w:p>
    <w:p w14:paraId="0BF5743C" w14:textId="3F07D905"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1. </w:t>
      </w:r>
      <w:r w:rsidR="0046408A" w:rsidRPr="00AB46C9">
        <w:rPr>
          <w:rFonts w:eastAsia="Times New Roman" w:cs="Arial"/>
          <w:b/>
          <w:bCs/>
          <w:sz w:val="22"/>
          <w:lang w:val="mn-MN"/>
        </w:rPr>
        <w:t>Залилан</w:t>
      </w:r>
      <w:r w:rsidRPr="00AB46C9">
        <w:rPr>
          <w:rFonts w:eastAsia="Times New Roman" w:cs="Arial"/>
          <w:b/>
          <w:bCs/>
          <w:sz w:val="22"/>
          <w:lang w:val="mn-MN"/>
        </w:rPr>
        <w:t>, залилангийн эрсдэл</w:t>
      </w:r>
    </w:p>
    <w:p w14:paraId="6278CF34" w14:textId="25727A74" w:rsidR="005028FE" w:rsidRPr="00AB46C9" w:rsidRDefault="0046408A"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Залилан</w:t>
      </w:r>
      <w:r w:rsidR="005028FE" w:rsidRPr="00AB46C9">
        <w:rPr>
          <w:rFonts w:eastAsia="Times New Roman" w:cs="Arial"/>
          <w:sz w:val="22"/>
          <w:lang w:val="mn-MN"/>
        </w:rPr>
        <w:t>чид худал мессеж, хуурамч санал, холбоос илгээж, таны хувийн болон санхүүгийн мэдээллийг авахыг оролдож болно.</w:t>
      </w:r>
    </w:p>
    <w:p w14:paraId="4FB1DA9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сэргийлэх вэ?</w:t>
      </w:r>
    </w:p>
    <w:p w14:paraId="2EB4B58B" w14:textId="03267719" w:rsidR="005028FE" w:rsidRPr="00AB46C9" w:rsidRDefault="005028FE" w:rsidP="003B48FD">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Танихгүй хүнд хувийн мэдээлэл, нууц үгээ хэзээ ч бүү өг. Сэжигтэй мессеж ирвэл хариу өгөхөөсөө өмнө итгэдэг гэр бүлийн хүнээсээ асуу. </w:t>
      </w:r>
    </w:p>
    <w:p w14:paraId="65A57208" w14:textId="77777777" w:rsidR="005028FE" w:rsidRPr="00AB46C9" w:rsidRDefault="005028FE"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2. Хувийн нууцтай холбоотой асуудал</w:t>
      </w:r>
    </w:p>
    <w:p w14:paraId="0A804855" w14:textId="0830004E" w:rsidR="003B48FD" w:rsidRPr="00AB46C9" w:rsidRDefault="003B48FD" w:rsidP="005028FE">
      <w:pPr>
        <w:spacing w:before="100" w:beforeAutospacing="1" w:after="100" w:afterAutospacing="1" w:line="240" w:lineRule="auto"/>
        <w:rPr>
          <w:rFonts w:eastAsia="Times New Roman" w:cs="Arial"/>
          <w:sz w:val="22"/>
          <w:lang w:val="mn-MN"/>
        </w:rPr>
      </w:pPr>
      <w:r w:rsidRPr="00AB46C9">
        <w:rPr>
          <w:rFonts w:cs="Arial"/>
          <w:sz w:val="22"/>
          <w:lang w:val="mn-MN"/>
        </w:rPr>
        <w:lastRenderedPageBreak/>
        <w:t xml:space="preserve">Зарим хэрэглэгч </w:t>
      </w:r>
      <w:r w:rsidRPr="00AB46C9">
        <w:rPr>
          <w:rStyle w:val="Strong"/>
          <w:rFonts w:cs="Arial"/>
          <w:b w:val="0"/>
          <w:bCs w:val="0"/>
          <w:sz w:val="22"/>
          <w:lang w:val="mn-MN"/>
        </w:rPr>
        <w:t>хувийн мэдээллээ санамсаргүйгээр хэт ихээр хуваалцсанаар</w:t>
      </w:r>
      <w:r w:rsidRPr="00AB46C9">
        <w:rPr>
          <w:rFonts w:cs="Arial"/>
          <w:sz w:val="22"/>
          <w:lang w:val="mn-MN"/>
        </w:rPr>
        <w:t xml:space="preserve">, уг мэдээллийг бусад хүн </w:t>
      </w:r>
      <w:r w:rsidRPr="00AB46C9">
        <w:rPr>
          <w:rStyle w:val="Strong"/>
          <w:rFonts w:cs="Arial"/>
          <w:b w:val="0"/>
          <w:bCs w:val="0"/>
          <w:sz w:val="22"/>
          <w:lang w:val="mn-MN"/>
        </w:rPr>
        <w:t>зүй бусаар ашиглах</w:t>
      </w:r>
      <w:r w:rsidRPr="00AB46C9">
        <w:rPr>
          <w:rFonts w:cs="Arial"/>
          <w:sz w:val="22"/>
          <w:lang w:val="mn-MN"/>
        </w:rPr>
        <w:t xml:space="preserve"> эрсдэлтэй.</w:t>
      </w:r>
    </w:p>
    <w:p w14:paraId="408E1731" w14:textId="16A37F7D" w:rsidR="005028FE" w:rsidRPr="00AB46C9" w:rsidRDefault="005028FE">
      <w:pPr>
        <w:numPr>
          <w:ilvl w:val="0"/>
          <w:numId w:val="3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Нууцлалын тохиргоогоо шалгаж, таны нийтлэл болон профайлыг хэн харахыг тохируулна. Гэрийн бүтэн хаяг, утасны дугаар, санхүүгийн мэдээллээ нийтлэхээс зайлсхий. </w:t>
      </w:r>
    </w:p>
    <w:p w14:paraId="5FA23A73"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0D140D91"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79EDC15"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07F4EC03"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06C9355A"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446798E9"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CBDE019"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53792738"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04B6655"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6AB56C81"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0AD741AF"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F7382F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6169ED69"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389FAB26" w14:textId="77777777" w:rsidR="006C431A" w:rsidRPr="00AB46C9" w:rsidRDefault="006C431A" w:rsidP="006C431A">
      <w:pPr>
        <w:spacing w:before="100" w:beforeAutospacing="1" w:after="100" w:afterAutospacing="1" w:line="240" w:lineRule="auto"/>
        <w:rPr>
          <w:rFonts w:eastAsia="Times New Roman" w:cs="Arial"/>
          <w:sz w:val="22"/>
          <w:lang w:val="mn-MN"/>
        </w:rPr>
      </w:pPr>
    </w:p>
    <w:p w14:paraId="261C984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3. Дэлгэцийн хэт их хэрэглээ</w:t>
      </w:r>
    </w:p>
    <w:p w14:paraId="3209CD35"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Интернетэд хэт удаан байх нь хөдөлгөөний идэвх буурах, нүд ядрах, стресс үүсэхэд хүргэж болно.</w:t>
      </w:r>
    </w:p>
    <w:p w14:paraId="3D122AB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зохицуулах вэ?</w:t>
      </w:r>
    </w:p>
    <w:p w14:paraId="041B82C9" w14:textId="2E6E4991" w:rsidR="005028FE" w:rsidRPr="00AB46C9" w:rsidRDefault="005028FE" w:rsidP="003B48FD">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 өдөрт </w:t>
      </w:r>
      <w:r w:rsidRPr="00AB46C9">
        <w:rPr>
          <w:rFonts w:eastAsia="Times New Roman" w:cs="Arial"/>
          <w:b/>
          <w:bCs/>
          <w:sz w:val="22"/>
          <w:lang w:val="mn-MN"/>
        </w:rPr>
        <w:t>30–60 минут</w:t>
      </w:r>
      <w:r w:rsidRPr="00AB46C9">
        <w:rPr>
          <w:rFonts w:eastAsia="Times New Roman" w:cs="Arial"/>
          <w:sz w:val="22"/>
          <w:lang w:val="mn-MN"/>
        </w:rPr>
        <w:t xml:space="preserve"> ашиглахыг хичээгээрэй. Тогтмол завсарлага авч, цахим бус үйл ажиллагаанд оролцоорой. </w:t>
      </w:r>
    </w:p>
    <w:p w14:paraId="6C70194D" w14:textId="77777777" w:rsidR="003B48FD" w:rsidRPr="00AB46C9" w:rsidRDefault="003B48FD" w:rsidP="003B48FD">
      <w:pPr>
        <w:spacing w:before="100" w:beforeAutospacing="1" w:after="100" w:afterAutospacing="1" w:line="240" w:lineRule="auto"/>
        <w:rPr>
          <w:rFonts w:eastAsia="Times New Roman" w:cs="Arial"/>
          <w:sz w:val="22"/>
          <w:lang w:val="mn-MN"/>
        </w:rPr>
      </w:pPr>
    </w:p>
    <w:p w14:paraId="2E751B7B"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Худал эсвэл төөрөгдүүлсэн мэдээлэл (“хуурамч мэдээ”)</w:t>
      </w:r>
    </w:p>
    <w:p w14:paraId="5DAC1BF1"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Зарим нийтлэл эрүүл мэнд, улс төр, цаг үеийн үйл явдлын талаар буруу мэдээлэл тарааж болно.</w:t>
      </w:r>
    </w:p>
    <w:p w14:paraId="2EB8D9B9"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сэргийлэх вэ?</w:t>
      </w:r>
    </w:p>
    <w:p w14:paraId="0AF2DD2F" w14:textId="7B193D67" w:rsidR="005028FE" w:rsidRPr="00AB46C9" w:rsidRDefault="005028FE" w:rsidP="003B48FD">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Мэдээллийг төрийн байгууллагын вэб сайт болон найдвартай мэдээллийн агентлаг зэрэг эх сурвалжаар давхар шалга</w:t>
      </w:r>
      <w:r w:rsidR="003B48FD" w:rsidRPr="00AB46C9">
        <w:rPr>
          <w:rFonts w:eastAsia="Times New Roman" w:cs="Arial"/>
          <w:sz w:val="22"/>
          <w:lang w:val="mn-MN"/>
        </w:rPr>
        <w:t>арай</w:t>
      </w:r>
      <w:r w:rsidRPr="00AB46C9">
        <w:rPr>
          <w:rFonts w:eastAsia="Times New Roman" w:cs="Arial"/>
          <w:sz w:val="22"/>
          <w:lang w:val="mn-MN"/>
        </w:rPr>
        <w:t xml:space="preserve">. Үнэн зөв гэдэгт нь итгэлтэй биш бол мэдээллийг бусдад дамжуулахгүй. </w:t>
      </w:r>
    </w:p>
    <w:p w14:paraId="196038D0" w14:textId="77777777" w:rsidR="006C431A" w:rsidRPr="00AB46C9" w:rsidRDefault="006C431A" w:rsidP="003B48FD">
      <w:pPr>
        <w:spacing w:before="100" w:beforeAutospacing="1" w:after="100" w:afterAutospacing="1" w:line="240" w:lineRule="auto"/>
        <w:rPr>
          <w:rFonts w:eastAsia="Times New Roman" w:cs="Arial"/>
          <w:b/>
          <w:bCs/>
          <w:sz w:val="22"/>
          <w:lang w:val="mn-MN"/>
        </w:rPr>
      </w:pPr>
    </w:p>
    <w:p w14:paraId="3A38D519" w14:textId="4EC274F6" w:rsidR="006C431A" w:rsidRPr="00AB46C9" w:rsidRDefault="006C431A" w:rsidP="003B48FD">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Сүүлийн эргэцүүлэл</w:t>
      </w:r>
    </w:p>
    <w:p w14:paraId="349A4133" w14:textId="6075919E" w:rsidR="003B48FD" w:rsidRPr="00AB46C9" w:rsidRDefault="003B48FD" w:rsidP="003B48F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Ахмад настнууд сошиал медиа ашиглах хэрэгтэй юу?</w:t>
      </w:r>
    </w:p>
    <w:p w14:paraId="53112110" w14:textId="77F999A8" w:rsidR="00AC27D5" w:rsidRPr="00AB46C9" w:rsidRDefault="003B48FD" w:rsidP="003B48FD">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 xml:space="preserve">Тийм </w:t>
      </w:r>
    </w:p>
    <w:p w14:paraId="33717AF5" w14:textId="02ED8603" w:rsidR="00AC27D5" w:rsidRPr="00AB46C9" w:rsidRDefault="00AC27D5" w:rsidP="003B48FD">
      <w:pPr>
        <w:spacing w:before="100" w:beforeAutospacing="1" w:after="100" w:afterAutospacing="1" w:line="240" w:lineRule="auto"/>
        <w:rPr>
          <w:rFonts w:eastAsia="Times New Roman" w:cs="Arial"/>
          <w:b/>
          <w:bCs/>
          <w:sz w:val="22"/>
          <w:lang w:val="mn-MN"/>
        </w:rPr>
      </w:pPr>
      <w:r w:rsidRPr="00AB46C9">
        <w:rPr>
          <w:rFonts w:cs="Arial"/>
          <w:sz w:val="22"/>
          <w:lang w:val="mn-MN"/>
        </w:rPr>
        <w:t xml:space="preserve">Хариуцлагатай, зөв зохистой ашиглавал </w:t>
      </w:r>
      <w:r w:rsidRPr="00AB46C9">
        <w:rPr>
          <w:rStyle w:val="Strong"/>
          <w:rFonts w:cs="Arial"/>
          <w:b w:val="0"/>
          <w:bCs w:val="0"/>
          <w:sz w:val="22"/>
          <w:lang w:val="mn-MN"/>
        </w:rPr>
        <w:t>сошиал медиа нь мэдээлэлтэй байх, бусадтай холбоотой байх, чөлөөт цагаа зөв боловсон өнгөрүүлэхэд үнэ цэнтэй хэрэгсэл</w:t>
      </w:r>
      <w:r w:rsidRPr="00AB46C9">
        <w:rPr>
          <w:rFonts w:cs="Arial"/>
          <w:sz w:val="22"/>
          <w:lang w:val="mn-MN"/>
        </w:rPr>
        <w:t xml:space="preserve"> болж чадна.</w:t>
      </w:r>
    </w:p>
    <w:p w14:paraId="43FACBCD" w14:textId="12971CBD" w:rsidR="00AC27D5" w:rsidRPr="00AB46C9" w:rsidRDefault="00AC27D5" w:rsidP="003B48FD">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Анхаарал/Б</w:t>
      </w:r>
      <w:r w:rsidR="003B48FD" w:rsidRPr="00AB46C9">
        <w:rPr>
          <w:rFonts w:eastAsia="Times New Roman" w:cs="Arial"/>
          <w:b/>
          <w:bCs/>
          <w:sz w:val="22"/>
          <w:lang w:val="mn-MN"/>
        </w:rPr>
        <w:t>олгоомжтой</w:t>
      </w:r>
      <w:r w:rsidRPr="00AB46C9">
        <w:rPr>
          <w:rFonts w:eastAsia="Times New Roman" w:cs="Arial"/>
          <w:b/>
          <w:bCs/>
          <w:sz w:val="22"/>
          <w:lang w:val="mn-MN"/>
        </w:rPr>
        <w:t xml:space="preserve"> байх</w:t>
      </w:r>
    </w:p>
    <w:p w14:paraId="1CC414A0" w14:textId="40EF40A2" w:rsidR="003B48FD" w:rsidRPr="00AB46C9" w:rsidRDefault="00AC27D5" w:rsidP="003B48FD">
      <w:pPr>
        <w:spacing w:before="100" w:beforeAutospacing="1" w:after="100" w:afterAutospacing="1" w:line="240" w:lineRule="auto"/>
        <w:rPr>
          <w:rFonts w:eastAsia="Times New Roman" w:cs="Arial"/>
          <w:sz w:val="22"/>
          <w:lang w:val="mn-MN"/>
        </w:rPr>
      </w:pPr>
      <w:r w:rsidRPr="00AB46C9">
        <w:rPr>
          <w:rFonts w:cs="Arial"/>
          <w:sz w:val="22"/>
          <w:lang w:val="mn-MN"/>
        </w:rPr>
        <w:t xml:space="preserve">Хувийн мэдээллээ хамгаалж, дэлгэцийн хэрэглээндээ хязгаар тогтоож, </w:t>
      </w:r>
      <w:r w:rsidRPr="00AB46C9">
        <w:rPr>
          <w:rStyle w:val="Strong"/>
          <w:rFonts w:cs="Arial"/>
          <w:b w:val="0"/>
          <w:bCs w:val="0"/>
          <w:sz w:val="22"/>
          <w:lang w:val="mn-MN"/>
        </w:rPr>
        <w:t>найдвартай мэдээллийн эх сурвалжийг ашигласнаар</w:t>
      </w:r>
      <w:r w:rsidRPr="00AB46C9">
        <w:rPr>
          <w:rFonts w:cs="Arial"/>
          <w:sz w:val="22"/>
          <w:lang w:val="mn-MN"/>
        </w:rPr>
        <w:t xml:space="preserve"> сошиал медиаг эерэг, үр дүнтэй ашиглах боломжтой.</w:t>
      </w:r>
    </w:p>
    <w:p w14:paraId="29ED4FDD"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Сошиал медиа ашиглаж эхлэх алхамууд:</w:t>
      </w:r>
    </w:p>
    <w:p w14:paraId="101D95C6" w14:textId="77777777" w:rsidR="005028FE"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Android бол Play Store, iPhone бол App Store-ийг нээнэ. </w:t>
      </w:r>
    </w:p>
    <w:p w14:paraId="5A079828" w14:textId="77777777" w:rsidR="005028FE"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Ашиглахыг хүссэн сошиал медиа аппликейшнээ хайна. (Жишээ нь: Facebook, YouTube) </w:t>
      </w:r>
    </w:p>
    <w:p w14:paraId="70651E74" w14:textId="77777777" w:rsidR="005028FE"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Аппликейшнийг татаж суулгана. </w:t>
      </w:r>
    </w:p>
    <w:p w14:paraId="724E45DE" w14:textId="77777777" w:rsidR="005028FE"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Утасны дугаар эсвэл цахим шуудангийн хаягаар бүртгэл үүсгэнэ. </w:t>
      </w:r>
    </w:p>
    <w:p w14:paraId="3FDB4E0F" w14:textId="77777777" w:rsidR="005028FE"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Шаардлагатай бол зураг болон товч тайлбар нэмж профайлаа үүсгэнэ. </w:t>
      </w:r>
    </w:p>
    <w:p w14:paraId="26F0C566" w14:textId="77777777" w:rsidR="00AC27D5" w:rsidRPr="00AB46C9" w:rsidRDefault="005028FE">
      <w:pPr>
        <w:numPr>
          <w:ilvl w:val="0"/>
          <w:numId w:val="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Гэр бүл, найз нөхөд эсвэл сонирхсон сэдвээ хайж, дагана. </w:t>
      </w:r>
    </w:p>
    <w:p w14:paraId="4E4C2130" w14:textId="77777777" w:rsidR="006C431A" w:rsidRPr="00AB46C9" w:rsidRDefault="006C431A" w:rsidP="00AC27D5">
      <w:pPr>
        <w:spacing w:before="100" w:beforeAutospacing="1" w:after="100" w:afterAutospacing="1" w:line="240" w:lineRule="auto"/>
        <w:rPr>
          <w:rFonts w:eastAsia="Times New Roman" w:cs="Arial"/>
          <w:b/>
          <w:bCs/>
          <w:sz w:val="22"/>
          <w:lang w:val="mn-MN"/>
        </w:rPr>
      </w:pPr>
    </w:p>
    <w:p w14:paraId="3635F3B6" w14:textId="77777777" w:rsidR="006C431A" w:rsidRPr="00AB46C9" w:rsidRDefault="006C431A" w:rsidP="00AC27D5">
      <w:pPr>
        <w:spacing w:before="100" w:beforeAutospacing="1" w:after="100" w:afterAutospacing="1" w:line="240" w:lineRule="auto"/>
        <w:rPr>
          <w:rFonts w:eastAsia="Times New Roman" w:cs="Arial"/>
          <w:b/>
          <w:bCs/>
          <w:sz w:val="22"/>
          <w:lang w:val="mn-MN"/>
        </w:rPr>
      </w:pPr>
    </w:p>
    <w:p w14:paraId="1C0DFA1D" w14:textId="77777777" w:rsidR="006C431A" w:rsidRPr="00AB46C9" w:rsidRDefault="006C431A" w:rsidP="00AC27D5">
      <w:pPr>
        <w:spacing w:before="100" w:beforeAutospacing="1" w:after="100" w:afterAutospacing="1" w:line="240" w:lineRule="auto"/>
        <w:rPr>
          <w:rFonts w:eastAsia="Times New Roman" w:cs="Arial"/>
          <w:b/>
          <w:bCs/>
          <w:sz w:val="22"/>
          <w:lang w:val="mn-MN"/>
        </w:rPr>
      </w:pPr>
    </w:p>
    <w:p w14:paraId="6C24ED80" w14:textId="2CA8C8E0" w:rsidR="005028FE" w:rsidRPr="00AB46C9" w:rsidRDefault="005028FE" w:rsidP="00AC27D5">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 xml:space="preserve">Дадлага 5: Сошиал медиаг </w:t>
      </w:r>
      <w:r w:rsidR="006C431A" w:rsidRPr="00AB46C9">
        <w:rPr>
          <w:rFonts w:eastAsia="Times New Roman" w:cs="Arial"/>
          <w:b/>
          <w:bCs/>
          <w:sz w:val="22"/>
          <w:lang w:val="mn-MN"/>
        </w:rPr>
        <w:t xml:space="preserve">таниж мэдэх </w:t>
      </w:r>
    </w:p>
    <w:p w14:paraId="5FB830ED"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Сошиал медиа платформыг аюулгүй, таатай, хариуцлагатай ашиглаж сурах.</w:t>
      </w:r>
    </w:p>
    <w:p w14:paraId="3839D46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1D9576BD" w14:textId="77777777" w:rsidR="005028FE" w:rsidRPr="00AB46C9" w:rsidRDefault="005028FE">
      <w:pPr>
        <w:numPr>
          <w:ilvl w:val="0"/>
          <w:numId w:val="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Facebook эсвэл YouTube зэрэг сошиал медиа аппликейшнийг нээнэ. Суулгаагүй бол сургагч багш эсвэл гэр бүлийн гишүүнээс тусламж аваарай. </w:t>
      </w:r>
    </w:p>
    <w:p w14:paraId="09F900E9" w14:textId="3FC13653" w:rsidR="005028FE" w:rsidRPr="00AB46C9" w:rsidRDefault="005028FE">
      <w:pPr>
        <w:numPr>
          <w:ilvl w:val="0"/>
          <w:numId w:val="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Гэр бүлийн гишүүн, найз эсвэл хувийн сонирхолтой холбоотой хуудсыг хайна. (Жишээ нь: цэцэр</w:t>
      </w:r>
      <w:r w:rsidR="00AC27D5" w:rsidRPr="00AB46C9">
        <w:rPr>
          <w:rFonts w:eastAsia="Times New Roman" w:cs="Arial"/>
          <w:sz w:val="22"/>
          <w:lang w:val="mn-MN"/>
        </w:rPr>
        <w:t xml:space="preserve"> тарих</w:t>
      </w:r>
      <w:r w:rsidRPr="00AB46C9">
        <w:rPr>
          <w:rFonts w:eastAsia="Times New Roman" w:cs="Arial"/>
          <w:sz w:val="22"/>
          <w:lang w:val="mn-MN"/>
        </w:rPr>
        <w:t xml:space="preserve">, хөгжим, эрүүл мэнд, орон нутгийн үйл явдал) </w:t>
      </w:r>
    </w:p>
    <w:p w14:paraId="30A4B2BA" w14:textId="77777777" w:rsidR="005028FE" w:rsidRPr="00AB46C9" w:rsidRDefault="005028FE">
      <w:pPr>
        <w:numPr>
          <w:ilvl w:val="0"/>
          <w:numId w:val="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Follow (Дагах) эсвэл Like (Таалагдсан) сонголтыг дарна. </w:t>
      </w:r>
    </w:p>
    <w:p w14:paraId="3969595F" w14:textId="77777777" w:rsidR="005028FE" w:rsidRPr="00AB46C9" w:rsidRDefault="005028FE">
      <w:pPr>
        <w:numPr>
          <w:ilvl w:val="0"/>
          <w:numId w:val="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Богино видео үзэх эсвэл нийтлэл уншина. </w:t>
      </w:r>
    </w:p>
    <w:p w14:paraId="310856D1" w14:textId="77777777" w:rsidR="00AC27D5" w:rsidRPr="00AB46C9" w:rsidRDefault="005028FE">
      <w:pPr>
        <w:numPr>
          <w:ilvl w:val="0"/>
          <w:numId w:val="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Like дарж эсвэл “Хуваалцсанд баярлалаа”, “Маш хэрэгтэй мэдээлэл байна!” гэх мэт эелдэг богино сэтгэгдэл бичнэ. </w:t>
      </w:r>
    </w:p>
    <w:p w14:paraId="1AC3422B"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324F4AF6"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1B5FACE1"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552CE0C9"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7F1B6039"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486FAC49"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2125A06E"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7BEB58DA"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723D7B2F"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437845BF"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62AC2B86"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03973626"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6833E2A6"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53998052"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26783DE9"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0CF47764"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7EFB49C8"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0BA85D34"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550BFC72"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0C384385" w14:textId="77777777" w:rsidR="00EB39CC" w:rsidRPr="00AB46C9" w:rsidRDefault="00EB39CC" w:rsidP="00AC27D5">
      <w:pPr>
        <w:spacing w:before="100" w:beforeAutospacing="1" w:after="100" w:afterAutospacing="1" w:line="240" w:lineRule="auto"/>
        <w:rPr>
          <w:rFonts w:eastAsia="Times New Roman" w:cs="Arial"/>
          <w:b/>
          <w:bCs/>
          <w:sz w:val="22"/>
          <w:lang w:val="mn-MN"/>
        </w:rPr>
      </w:pPr>
    </w:p>
    <w:p w14:paraId="3773B1F8" w14:textId="47E08AC3" w:rsidR="005028FE" w:rsidRPr="00AB46C9" w:rsidRDefault="005028FE" w:rsidP="00AC27D5">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Өөрийгөө сорьж үзээрэй</w:t>
      </w:r>
    </w:p>
    <w:p w14:paraId="6C7F397A" w14:textId="77777777" w:rsidR="005028FE" w:rsidRPr="00AB46C9" w:rsidRDefault="005028FE">
      <w:pPr>
        <w:numPr>
          <w:ilvl w:val="0"/>
          <w:numId w:val="4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найдвартай мэдээний эх сурвалжийг дагаарай. </w:t>
      </w:r>
    </w:p>
    <w:p w14:paraId="67CCFAF9" w14:textId="77777777" w:rsidR="005028FE" w:rsidRPr="00AB46C9" w:rsidRDefault="005028FE">
      <w:pPr>
        <w:numPr>
          <w:ilvl w:val="0"/>
          <w:numId w:val="4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Хобби, сонирхолтой холбоотой нэг хуудсыг дагаарай. </w:t>
      </w:r>
    </w:p>
    <w:p w14:paraId="3DC513D3" w14:textId="77777777" w:rsidR="005028FE" w:rsidRPr="00AB46C9" w:rsidRDefault="005028FE">
      <w:pPr>
        <w:numPr>
          <w:ilvl w:val="0"/>
          <w:numId w:val="4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Нууцлалын тохиргоогоо шалгаж, шаардлагатай бол өөрчилнө. Ингэснээр таны нийтлэлийг хэн харах, таны мэдээлэл хэрхэн хуваалцагдахыг хянах боломжтой. </w:t>
      </w:r>
    </w:p>
    <w:p w14:paraId="4C9658AC"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2525AE45" w14:textId="313FBBB5" w:rsidR="00AC27D5" w:rsidRPr="00AB46C9" w:rsidRDefault="00AC27D5">
      <w:pPr>
        <w:numPr>
          <w:ilvl w:val="0"/>
          <w:numId w:val="4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 </w:t>
      </w:r>
      <w:r w:rsidR="006C431A" w:rsidRPr="00AB46C9">
        <w:rPr>
          <w:rFonts w:eastAsia="Times New Roman" w:cs="Arial"/>
          <w:sz w:val="22"/>
          <w:lang w:val="mn-MN"/>
        </w:rPr>
        <w:t xml:space="preserve">таниж мэдэх </w:t>
      </w:r>
      <w:r w:rsidRPr="00AB46C9">
        <w:rPr>
          <w:rFonts w:eastAsia="Times New Roman" w:cs="Arial"/>
          <w:sz w:val="22"/>
          <w:lang w:val="mn-MN"/>
        </w:rPr>
        <w:t xml:space="preserve">явцад танд юу хамгийн их таалагдсан бэ? </w:t>
      </w:r>
    </w:p>
    <w:p w14:paraId="3ED4A237" w14:textId="77777777" w:rsidR="005028FE" w:rsidRPr="00AB46C9" w:rsidRDefault="005028FE">
      <w:pPr>
        <w:numPr>
          <w:ilvl w:val="0"/>
          <w:numId w:val="4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шинэ зүйл сурсан уу, эсвэл дахин зочлохыг хүссэн хуудас олсон уу?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3FABE179" w14:textId="77777777" w:rsidR="00EB39CC" w:rsidRPr="00AB46C9" w:rsidRDefault="00EB39CC"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Зөвлөмж</w:t>
      </w:r>
      <w:r w:rsidR="005028FE" w:rsidRPr="00AB46C9">
        <w:rPr>
          <w:rFonts w:eastAsia="Times New Roman" w:cs="Arial"/>
          <w:b/>
          <w:bCs/>
          <w:sz w:val="22"/>
          <w:lang w:val="mn-MN"/>
        </w:rPr>
        <w:t>:</w:t>
      </w:r>
      <w:r w:rsidR="005028FE" w:rsidRPr="00AB46C9">
        <w:rPr>
          <w:rFonts w:eastAsia="Times New Roman" w:cs="Arial"/>
          <w:sz w:val="22"/>
          <w:lang w:val="mn-MN"/>
        </w:rPr>
        <w:t xml:space="preserve">  </w:t>
      </w:r>
    </w:p>
    <w:p w14:paraId="2AA8BE61" w14:textId="0D02CE2A" w:rsidR="00AC27D5" w:rsidRPr="00AB46C9" w:rsidRDefault="00AC27D5" w:rsidP="00EB39CC">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Ямар нэг зүйл </w:t>
      </w:r>
      <w:r w:rsidR="005028FE" w:rsidRPr="00AB46C9">
        <w:rPr>
          <w:rFonts w:eastAsia="Times New Roman" w:cs="Arial"/>
          <w:sz w:val="22"/>
          <w:lang w:val="mn-MN"/>
        </w:rPr>
        <w:t>бичих эсвэл сэтгэгдэл үлдээхийн өмнө өөрөөсөө:</w:t>
      </w:r>
      <w:r w:rsidR="005028FE" w:rsidRPr="00AB46C9">
        <w:rPr>
          <w:rFonts w:eastAsia="Times New Roman" w:cs="Arial"/>
          <w:sz w:val="22"/>
          <w:lang w:val="mn-MN"/>
        </w:rPr>
        <w:br/>
        <w:t>“Энэ мессежийг бусад хүн уншсан ч надад тухгүй санагдахгүй юу?” гэж асуугаарай.</w:t>
      </w:r>
      <w:r w:rsidRPr="00AB46C9">
        <w:rPr>
          <w:rFonts w:eastAsia="Times New Roman" w:cs="Arial"/>
          <w:sz w:val="22"/>
          <w:lang w:val="mn-MN"/>
        </w:rPr>
        <w:t xml:space="preserve"> </w:t>
      </w:r>
    </w:p>
    <w:p w14:paraId="4B176810" w14:textId="4491DBC4" w:rsidR="005028FE" w:rsidRPr="00AB46C9" w:rsidRDefault="005028FE" w:rsidP="00EB39CC">
      <w:pPr>
        <w:pStyle w:val="ListParagraph"/>
        <w:numPr>
          <w:ilvl w:val="0"/>
          <w:numId w:val="13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Хаяг, утасны дугаар, санхүүгийн мэдээлэл зэрэг хувийн мэдээллээ нийтлэхээс зайлсхий. </w:t>
      </w:r>
    </w:p>
    <w:p w14:paraId="1E0C6451"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694408CA"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3A1BD6D3"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6C54C168"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50D29547"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0A0EC1F2"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0B0F2194"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1F656B2D"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349EC6E8"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4B98C1C0"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4690C6CE"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7A68D592"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0DE3B6DD"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185E6D9B"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7C7AAB37" w14:textId="77777777" w:rsidR="00EB39CC" w:rsidRPr="00AB46C9" w:rsidRDefault="00EB39CC" w:rsidP="00EB39CC">
      <w:pPr>
        <w:spacing w:before="100" w:beforeAutospacing="1" w:after="100" w:afterAutospacing="1" w:line="240" w:lineRule="auto"/>
        <w:rPr>
          <w:rFonts w:eastAsia="Times New Roman" w:cs="Arial"/>
          <w:sz w:val="22"/>
          <w:lang w:val="mn-MN"/>
        </w:rPr>
      </w:pPr>
    </w:p>
    <w:p w14:paraId="5BFFFC09" w14:textId="269C505A"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6. Онлайн орчинд аюулгүй байх</w:t>
      </w:r>
    </w:p>
    <w:p w14:paraId="4B77BCF1" w14:textId="435E51A9"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Онлайн аюулгүй байдал гэдэг нь интернет ашиглах үедээ хувийн мэдээллээ хамгаалж, эрсдэлээс зайлсхийхийг хэлнэ.</w:t>
      </w:r>
      <w:r w:rsidR="00AC27D5" w:rsidRPr="00AB46C9">
        <w:rPr>
          <w:rFonts w:eastAsia="Times New Roman" w:cs="Arial"/>
          <w:sz w:val="22"/>
          <w:lang w:val="mn-MN"/>
        </w:rPr>
        <w:t xml:space="preserve"> </w:t>
      </w:r>
      <w:r w:rsidRPr="00AB46C9">
        <w:rPr>
          <w:rFonts w:eastAsia="Times New Roman" w:cs="Arial"/>
          <w:sz w:val="22"/>
          <w:lang w:val="mn-MN"/>
        </w:rPr>
        <w:t>Олон онлайн платформ хэрэгтэй, сонирхолтой боловч бодит амьдралын нэгэн адил болгоомжтой ашиглах шаардлагатай.</w:t>
      </w:r>
    </w:p>
    <w:p w14:paraId="4B984A6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Онлайн аюулгүй байдлын үндсэн арга:</w:t>
      </w:r>
    </w:p>
    <w:p w14:paraId="2C6C58D8" w14:textId="5A31F52D" w:rsidR="005028FE" w:rsidRPr="00AB46C9" w:rsidRDefault="005028FE"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1. Нууцлалын тохиргоогоо хийх</w:t>
      </w:r>
      <w:r w:rsidRPr="00AB46C9">
        <w:rPr>
          <w:rFonts w:eastAsia="Times New Roman" w:cs="Arial"/>
          <w:sz w:val="22"/>
          <w:lang w:val="mn-MN"/>
        </w:rPr>
        <w:br/>
        <w:t>Таны нийтлэл болон хувийн мэдээллийг хэн харахыг тохируулна.</w:t>
      </w:r>
      <w:r w:rsidR="007E6591" w:rsidRPr="00AB46C9">
        <w:rPr>
          <w:rFonts w:cs="Arial"/>
          <w:sz w:val="22"/>
          <w:lang w:val="mn-MN"/>
        </w:rPr>
        <w:t xml:space="preserve"> Аппликейшн бүрийн </w:t>
      </w:r>
      <w:r w:rsidR="007E6591" w:rsidRPr="00AB46C9">
        <w:rPr>
          <w:rStyle w:val="Strong"/>
          <w:rFonts w:cs="Arial"/>
          <w:b w:val="0"/>
          <w:bCs w:val="0"/>
          <w:sz w:val="22"/>
          <w:lang w:val="mn-MN"/>
        </w:rPr>
        <w:t>“Settings”</w:t>
      </w:r>
      <w:r w:rsidR="007E6591" w:rsidRPr="00AB46C9">
        <w:rPr>
          <w:rStyle w:val="Strong"/>
          <w:rFonts w:cs="Arial"/>
          <w:sz w:val="22"/>
          <w:lang w:val="mn-MN"/>
        </w:rPr>
        <w:t xml:space="preserve"> </w:t>
      </w:r>
      <w:r w:rsidR="007E6591" w:rsidRPr="00AB46C9">
        <w:rPr>
          <w:rStyle w:val="Strong"/>
          <w:rFonts w:cs="Arial"/>
          <w:b w:val="0"/>
          <w:bCs w:val="0"/>
          <w:sz w:val="22"/>
          <w:lang w:val="mn-MN"/>
        </w:rPr>
        <w:t>(Тохиргоо)</w:t>
      </w:r>
      <w:r w:rsidR="007E6591" w:rsidRPr="00AB46C9">
        <w:rPr>
          <w:rFonts w:cs="Arial"/>
          <w:sz w:val="22"/>
          <w:lang w:val="mn-MN"/>
        </w:rPr>
        <w:t xml:space="preserve"> цэсийг ашиглан өөрийн </w:t>
      </w:r>
      <w:r w:rsidR="007E6591" w:rsidRPr="00AB46C9">
        <w:rPr>
          <w:rStyle w:val="Strong"/>
          <w:rFonts w:cs="Arial"/>
          <w:b w:val="0"/>
          <w:bCs w:val="0"/>
          <w:sz w:val="22"/>
          <w:lang w:val="mn-MN"/>
        </w:rPr>
        <w:t>профайл, зураг болон үйл ажиллагаанд хандах эрхийг хязгаарлаарай.</w:t>
      </w:r>
    </w:p>
    <w:p w14:paraId="53992C1C" w14:textId="30A12115"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 Бусадтай холбогдохдоо болгоомжтой байх</w:t>
      </w:r>
      <w:r w:rsidRPr="00AB46C9">
        <w:rPr>
          <w:rFonts w:eastAsia="Times New Roman" w:cs="Arial"/>
          <w:sz w:val="22"/>
          <w:lang w:val="mn-MN"/>
        </w:rPr>
        <w:br/>
        <w:t>Зөвхөн таньдаг, итгэдэг хүмүүсийн найзын хүсэлт, холбоо барих хүсэлтийг хүлээн авна. Танихгүй хүнээс мессеж ирвэл хариу өгөхгүй, ямар нэгэн мэдээлэл өгөхгүй</w:t>
      </w:r>
      <w:r w:rsidR="007E6591" w:rsidRPr="00AB46C9">
        <w:rPr>
          <w:rFonts w:eastAsia="Times New Roman" w:cs="Arial"/>
          <w:sz w:val="22"/>
          <w:lang w:val="mn-MN"/>
        </w:rPr>
        <w:t xml:space="preserve"> байх</w:t>
      </w:r>
      <w:r w:rsidRPr="00AB46C9">
        <w:rPr>
          <w:rFonts w:eastAsia="Times New Roman" w:cs="Arial"/>
          <w:sz w:val="22"/>
          <w:lang w:val="mn-MN"/>
        </w:rPr>
        <w:t>.</w:t>
      </w:r>
    </w:p>
    <w:p w14:paraId="363E1F9D" w14:textId="5E2F3E0B"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3. </w:t>
      </w:r>
      <w:r w:rsidR="007E6591" w:rsidRPr="00AB46C9">
        <w:rPr>
          <w:rFonts w:eastAsia="Times New Roman" w:cs="Arial"/>
          <w:b/>
          <w:bCs/>
          <w:sz w:val="22"/>
          <w:lang w:val="mn-MN"/>
        </w:rPr>
        <w:t>Залилан, л</w:t>
      </w:r>
      <w:r w:rsidRPr="00AB46C9">
        <w:rPr>
          <w:rFonts w:eastAsia="Times New Roman" w:cs="Arial"/>
          <w:b/>
          <w:bCs/>
          <w:sz w:val="22"/>
          <w:lang w:val="mn-MN"/>
        </w:rPr>
        <w:t>уйвраас болгоомжлох</w:t>
      </w:r>
      <w:r w:rsidRPr="00AB46C9">
        <w:rPr>
          <w:rFonts w:eastAsia="Times New Roman" w:cs="Arial"/>
          <w:sz w:val="22"/>
          <w:lang w:val="mn-MN"/>
        </w:rPr>
        <w:br/>
        <w:t>Сэжигтэй холбоос дээр дарахгүй, хувийн мэдээлэл асуусан мессежид хариу өгөхгүй</w:t>
      </w:r>
      <w:r w:rsidR="007E6591" w:rsidRPr="00AB46C9">
        <w:rPr>
          <w:rFonts w:eastAsia="Times New Roman" w:cs="Arial"/>
          <w:sz w:val="22"/>
          <w:lang w:val="mn-MN"/>
        </w:rPr>
        <w:t xml:space="preserve"> байх</w:t>
      </w:r>
      <w:r w:rsidRPr="00AB46C9">
        <w:rPr>
          <w:rFonts w:eastAsia="Times New Roman" w:cs="Arial"/>
          <w:sz w:val="22"/>
          <w:lang w:val="mn-MN"/>
        </w:rPr>
        <w:t xml:space="preserve">. </w:t>
      </w:r>
      <w:r w:rsidR="007E6591" w:rsidRPr="00AB46C9">
        <w:rPr>
          <w:rFonts w:eastAsia="Times New Roman" w:cs="Arial"/>
          <w:sz w:val="22"/>
          <w:lang w:val="mn-MN"/>
        </w:rPr>
        <w:t xml:space="preserve">Залилан, </w:t>
      </w:r>
      <w:r w:rsidR="0046408A" w:rsidRPr="00AB46C9">
        <w:rPr>
          <w:rFonts w:eastAsia="Times New Roman" w:cs="Arial"/>
          <w:sz w:val="22"/>
          <w:lang w:val="mn-MN"/>
        </w:rPr>
        <w:t>залилан</w:t>
      </w:r>
      <w:r w:rsidR="007E6591" w:rsidRPr="00AB46C9">
        <w:rPr>
          <w:rFonts w:eastAsia="Times New Roman" w:cs="Arial"/>
          <w:sz w:val="22"/>
          <w:lang w:val="mn-MN"/>
        </w:rPr>
        <w:t xml:space="preserve"> хийгчид</w:t>
      </w:r>
      <w:r w:rsidRPr="00AB46C9">
        <w:rPr>
          <w:rFonts w:eastAsia="Times New Roman" w:cs="Arial"/>
          <w:sz w:val="22"/>
          <w:lang w:val="mn-MN"/>
        </w:rPr>
        <w:t xml:space="preserve"> банк, төрийн байгууллага, тэр ч байтугай найзын тань дүр эсгэж болно.</w:t>
      </w:r>
    </w:p>
    <w:p w14:paraId="084FA407"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Хоёр шатлалт баталгаажуулалт (2FA) идэвхжүүлэх</w:t>
      </w:r>
      <w:r w:rsidRPr="00AB46C9">
        <w:rPr>
          <w:rFonts w:eastAsia="Times New Roman" w:cs="Arial"/>
          <w:sz w:val="22"/>
          <w:lang w:val="mn-MN"/>
        </w:rPr>
        <w:br/>
        <w:t>Нууц үгээ оруулсны дараа аппликейшн таны утас руу код илгээнэ. Нэвтрэхийн тулд нууц үг болон кодыг хоёуланг нь оруулна. Энэ нь таны бүртгэлийг хамгаалахад тусална.</w:t>
      </w:r>
    </w:p>
    <w:p w14:paraId="725459C9"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5. Хүчтэй, найдвартай нууц үг ашиглах</w:t>
      </w:r>
      <w:r w:rsidRPr="00AB46C9">
        <w:rPr>
          <w:rFonts w:eastAsia="Times New Roman" w:cs="Arial"/>
          <w:sz w:val="22"/>
          <w:lang w:val="mn-MN"/>
        </w:rPr>
        <w:t xml:space="preserve"> </w:t>
      </w:r>
    </w:p>
    <w:p w14:paraId="40ED3F4D" w14:textId="77777777" w:rsidR="007E6591" w:rsidRPr="00AB46C9" w:rsidRDefault="007E6591" w:rsidP="007E6591">
      <w:pPr>
        <w:spacing w:before="100" w:beforeAutospacing="1" w:after="100" w:afterAutospacing="1" w:line="240" w:lineRule="auto"/>
        <w:jc w:val="both"/>
        <w:rPr>
          <w:rFonts w:eastAsia="Times New Roman" w:cs="Arial"/>
          <w:b/>
          <w:bCs/>
          <w:sz w:val="22"/>
          <w:lang w:val="mn-MN"/>
        </w:rPr>
      </w:pPr>
      <w:r w:rsidRPr="00AB46C9">
        <w:rPr>
          <w:rStyle w:val="Strong"/>
          <w:rFonts w:cs="Arial"/>
          <w:b w:val="0"/>
          <w:bCs w:val="0"/>
          <w:sz w:val="22"/>
          <w:lang w:val="mn-MN"/>
        </w:rPr>
        <w:t>Хүчтэй нууц үг</w:t>
      </w:r>
      <w:r w:rsidRPr="00AB46C9">
        <w:rPr>
          <w:rFonts w:cs="Arial"/>
          <w:sz w:val="22"/>
          <w:lang w:val="mn-MN"/>
        </w:rPr>
        <w:t xml:space="preserve"> ашигласнаар таны хувийн мэдээллийг </w:t>
      </w:r>
      <w:r w:rsidRPr="00AB46C9">
        <w:rPr>
          <w:rStyle w:val="Strong"/>
          <w:rFonts w:cs="Arial"/>
          <w:b w:val="0"/>
          <w:bCs w:val="0"/>
          <w:sz w:val="22"/>
          <w:lang w:val="mn-MN"/>
        </w:rPr>
        <w:t>хакер болон залилан мэхлэгчдээс хамгаалахад</w:t>
      </w:r>
      <w:r w:rsidRPr="00AB46C9">
        <w:rPr>
          <w:rFonts w:cs="Arial"/>
          <w:b/>
          <w:bCs/>
          <w:sz w:val="22"/>
          <w:lang w:val="mn-MN"/>
        </w:rPr>
        <w:t xml:space="preserve"> </w:t>
      </w:r>
      <w:r w:rsidRPr="00AB46C9">
        <w:rPr>
          <w:rFonts w:cs="Arial"/>
          <w:sz w:val="22"/>
          <w:lang w:val="mn-MN"/>
        </w:rPr>
        <w:t>тусална.</w:t>
      </w:r>
    </w:p>
    <w:p w14:paraId="73E45975"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75F01735"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1116D504"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199AF3B6"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3952037B"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629EA24F"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0B855216"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79053AFC"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2A794F85"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292A0E26"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01C529C8"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58EA7A00"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498F88E3" w14:textId="77777777" w:rsidR="00BA453F" w:rsidRPr="00AB46C9" w:rsidRDefault="00BA453F" w:rsidP="007E6591">
      <w:pPr>
        <w:spacing w:before="100" w:beforeAutospacing="1" w:after="100" w:afterAutospacing="1" w:line="240" w:lineRule="auto"/>
        <w:jc w:val="both"/>
        <w:rPr>
          <w:rFonts w:eastAsia="Times New Roman" w:cs="Arial"/>
          <w:b/>
          <w:bCs/>
          <w:sz w:val="22"/>
          <w:lang w:val="mn-MN"/>
        </w:rPr>
      </w:pPr>
    </w:p>
    <w:p w14:paraId="29056B88" w14:textId="36572E14" w:rsidR="005028FE" w:rsidRPr="00AB46C9" w:rsidRDefault="005028FE" w:rsidP="007E6591">
      <w:pPr>
        <w:spacing w:before="100" w:beforeAutospacing="1" w:after="100" w:afterAutospacing="1" w:line="240" w:lineRule="auto"/>
        <w:jc w:val="both"/>
        <w:rPr>
          <w:rFonts w:eastAsia="Times New Roman" w:cs="Arial"/>
          <w:b/>
          <w:bCs/>
          <w:sz w:val="22"/>
          <w:lang w:val="mn-MN"/>
        </w:rPr>
      </w:pPr>
      <w:r w:rsidRPr="00AB46C9">
        <w:rPr>
          <w:rFonts w:eastAsia="Times New Roman" w:cs="Arial"/>
          <w:b/>
          <w:bCs/>
          <w:sz w:val="22"/>
          <w:lang w:val="mn-MN"/>
        </w:rPr>
        <w:t>Хүчтэй бөгөөд санахад хялбар нууц үг үүсгэх</w:t>
      </w:r>
    </w:p>
    <w:p w14:paraId="4FFB0F7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Сайн нууц үг нь аюулгүй бөгөөд санахад хялбар байх ёстой.</w:t>
      </w:r>
    </w:p>
    <w:p w14:paraId="6D8CC72E"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Өгүүлбэр эсвэл өөрт утга учиртай хэллэг ашиглах</w:t>
      </w:r>
    </w:p>
    <w:p w14:paraId="4CC21B15"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Нэг үгийн оронд өөрт тань утга учиртай боловч бусдад таахад хэцүү хэллэг ашиглаарай.</w:t>
      </w:r>
    </w:p>
    <w:p w14:paraId="33FB4471" w14:textId="2EF39BE0" w:rsidR="00F76FCD" w:rsidRPr="00AB46C9" w:rsidRDefault="00F76FCD" w:rsidP="005028FE">
      <w:pPr>
        <w:spacing w:before="100" w:beforeAutospacing="1" w:after="100" w:afterAutospacing="1" w:line="240" w:lineRule="auto"/>
        <w:rPr>
          <w:rFonts w:eastAsia="Times New Roman" w:cs="Arial"/>
          <w:sz w:val="22"/>
          <w:lang w:val="mn-MN"/>
        </w:rPr>
      </w:pPr>
      <w:r w:rsidRPr="00AB46C9">
        <w:rPr>
          <w:rFonts w:ascii="Segoe UI Symbol" w:hAnsi="Segoe UI Symbol" w:cs="Segoe UI Symbol"/>
          <w:sz w:val="22"/>
          <w:lang w:val="mn-MN"/>
        </w:rPr>
        <w:t>✔</w:t>
      </w:r>
      <w:r w:rsidRPr="00AB46C9">
        <w:rPr>
          <w:rFonts w:cs="Arial"/>
          <w:sz w:val="22"/>
          <w:lang w:val="mn-MN"/>
        </w:rPr>
        <w:t xml:space="preserve"> </w:t>
      </w:r>
      <w:r w:rsidRPr="00AB46C9">
        <w:rPr>
          <w:rStyle w:val="Strong"/>
          <w:rFonts w:cs="Arial"/>
          <w:sz w:val="22"/>
          <w:lang w:val="mn-MN"/>
        </w:rPr>
        <w:t>Том үсэг агуулсан</w:t>
      </w:r>
      <w:r w:rsidRPr="00AB46C9">
        <w:rPr>
          <w:rFonts w:cs="Arial"/>
          <w:sz w:val="22"/>
          <w:lang w:val="mn-MN"/>
        </w:rPr>
        <w:t xml:space="preserve"> (M, D, N, F)</w:t>
      </w:r>
      <w:r w:rsidRPr="00AB46C9">
        <w:rPr>
          <w:rFonts w:cs="Arial"/>
          <w:sz w:val="22"/>
          <w:lang w:val="mn-MN"/>
        </w:rPr>
        <w:br/>
      </w:r>
      <w:r w:rsidRPr="00AB46C9">
        <w:rPr>
          <w:rFonts w:ascii="Segoe UI Symbol" w:hAnsi="Segoe UI Symbol" w:cs="Segoe UI Symbol"/>
          <w:sz w:val="22"/>
          <w:lang w:val="mn-MN"/>
        </w:rPr>
        <w:t>✔</w:t>
      </w:r>
      <w:r w:rsidRPr="00AB46C9">
        <w:rPr>
          <w:rFonts w:cs="Arial"/>
          <w:sz w:val="22"/>
          <w:lang w:val="mn-MN"/>
        </w:rPr>
        <w:t xml:space="preserve"> </w:t>
      </w:r>
      <w:r w:rsidRPr="00AB46C9">
        <w:rPr>
          <w:rStyle w:val="Strong"/>
          <w:rFonts w:cs="Arial"/>
          <w:sz w:val="22"/>
          <w:lang w:val="mn-MN"/>
        </w:rPr>
        <w:t>Тоо агуулсан</w:t>
      </w:r>
      <w:r w:rsidRPr="00AB46C9">
        <w:rPr>
          <w:rFonts w:cs="Arial"/>
          <w:sz w:val="22"/>
          <w:lang w:val="mn-MN"/>
        </w:rPr>
        <w:t xml:space="preserve"> (2)</w:t>
      </w:r>
      <w:r w:rsidRPr="00AB46C9">
        <w:rPr>
          <w:rFonts w:cs="Arial"/>
          <w:sz w:val="22"/>
          <w:lang w:val="mn-MN"/>
        </w:rPr>
        <w:br/>
      </w:r>
      <w:r w:rsidRPr="00AB46C9">
        <w:rPr>
          <w:rFonts w:ascii="Segoe UI Symbol" w:hAnsi="Segoe UI Symbol" w:cs="Segoe UI Symbol"/>
          <w:sz w:val="22"/>
          <w:lang w:val="mn-MN"/>
        </w:rPr>
        <w:t>✔</w:t>
      </w:r>
      <w:r w:rsidRPr="00AB46C9">
        <w:rPr>
          <w:rFonts w:cs="Arial"/>
          <w:sz w:val="22"/>
          <w:lang w:val="mn-MN"/>
        </w:rPr>
        <w:t xml:space="preserve"> </w:t>
      </w:r>
      <w:r w:rsidRPr="00AB46C9">
        <w:rPr>
          <w:rStyle w:val="Strong"/>
          <w:rFonts w:cs="Arial"/>
          <w:sz w:val="22"/>
          <w:lang w:val="mn-MN"/>
        </w:rPr>
        <w:t>Тусгай тэмдэгт агуулсан</w:t>
      </w:r>
      <w:r w:rsidRPr="00AB46C9">
        <w:rPr>
          <w:rFonts w:cs="Arial"/>
          <w:sz w:val="22"/>
          <w:lang w:val="mn-MN"/>
        </w:rPr>
        <w:t xml:space="preserve"> (’)</w:t>
      </w:r>
      <w:r w:rsidRPr="00AB46C9">
        <w:rPr>
          <w:rFonts w:cs="Arial"/>
          <w:sz w:val="22"/>
          <w:lang w:val="mn-MN"/>
        </w:rPr>
        <w:br/>
      </w:r>
      <w:r w:rsidRPr="00AB46C9">
        <w:rPr>
          <w:rFonts w:ascii="Segoe UI Symbol" w:hAnsi="Segoe UI Symbol" w:cs="Segoe UI Symbol"/>
          <w:sz w:val="22"/>
          <w:lang w:val="mn-MN"/>
        </w:rPr>
        <w:t>✔</w:t>
      </w:r>
      <w:r w:rsidRPr="00AB46C9">
        <w:rPr>
          <w:rFonts w:cs="Arial"/>
          <w:sz w:val="22"/>
          <w:lang w:val="mn-MN"/>
        </w:rPr>
        <w:t xml:space="preserve"> </w:t>
      </w:r>
      <w:r w:rsidRPr="00AB46C9">
        <w:rPr>
          <w:rStyle w:val="Strong"/>
          <w:rFonts w:cs="Arial"/>
          <w:sz w:val="22"/>
          <w:lang w:val="mn-MN"/>
        </w:rPr>
        <w:t>Санахад хялбар боловч таахад хэцүү</w:t>
      </w:r>
    </w:p>
    <w:p w14:paraId="4788242D" w14:textId="26C782D2" w:rsidR="007E6591" w:rsidRPr="00AB46C9" w:rsidRDefault="007E6591"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Сайн нууц үгийн ж</w:t>
      </w:r>
      <w:r w:rsidR="005028FE" w:rsidRPr="00AB46C9">
        <w:rPr>
          <w:rFonts w:eastAsia="Times New Roman" w:cs="Arial"/>
          <w:b/>
          <w:bCs/>
          <w:sz w:val="22"/>
          <w:lang w:val="mn-MN"/>
        </w:rPr>
        <w:t>ишээ:</w:t>
      </w:r>
    </w:p>
    <w:p w14:paraId="08CDCFDF" w14:textId="0FCBC396" w:rsidR="005028FE" w:rsidRPr="00AB46C9" w:rsidRDefault="005028FE">
      <w:pPr>
        <w:numPr>
          <w:ilvl w:val="0"/>
          <w:numId w:val="4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Бид2аялахдуртай</w:t>
      </w:r>
      <w:r w:rsidRPr="00AB46C9">
        <w:rPr>
          <w:rFonts w:eastAsia="Times New Roman" w:cs="Arial"/>
          <w:sz w:val="22"/>
          <w:lang w:val="mn-MN"/>
        </w:rPr>
        <w:t xml:space="preserve">!” — аялалд дуртай бол </w:t>
      </w:r>
    </w:p>
    <w:p w14:paraId="5AAC4CB1" w14:textId="7B46301D" w:rsidR="005028FE" w:rsidRPr="00AB46C9" w:rsidRDefault="005028FE">
      <w:pPr>
        <w:numPr>
          <w:ilvl w:val="0"/>
          <w:numId w:val="4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Ээжийнхоол$амттай</w:t>
      </w:r>
      <w:r w:rsidRPr="00AB46C9">
        <w:rPr>
          <w:rFonts w:eastAsia="Times New Roman" w:cs="Arial"/>
          <w:sz w:val="22"/>
          <w:lang w:val="mn-MN"/>
        </w:rPr>
        <w:t xml:space="preserve">” — </w:t>
      </w:r>
      <w:r w:rsidR="00BA453F" w:rsidRPr="00AB46C9">
        <w:rPr>
          <w:rFonts w:eastAsia="Times New Roman" w:cs="Arial"/>
          <w:sz w:val="22"/>
          <w:lang w:val="mn-MN"/>
        </w:rPr>
        <w:t>хоол</w:t>
      </w:r>
      <w:r w:rsidRPr="00AB46C9">
        <w:rPr>
          <w:rFonts w:eastAsia="Times New Roman" w:cs="Arial"/>
          <w:sz w:val="22"/>
          <w:lang w:val="mn-MN"/>
        </w:rPr>
        <w:t xml:space="preserve"> хийх дуртай бол </w:t>
      </w:r>
    </w:p>
    <w:p w14:paraId="1F07025C" w14:textId="4EB0B0FC" w:rsidR="005028FE" w:rsidRPr="00AB46C9" w:rsidRDefault="005028FE">
      <w:pPr>
        <w:numPr>
          <w:ilvl w:val="0"/>
          <w:numId w:val="4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2025хамгийнсайханжил</w:t>
      </w:r>
      <w:r w:rsidRPr="00AB46C9">
        <w:rPr>
          <w:rFonts w:eastAsia="Times New Roman" w:cs="Arial"/>
          <w:sz w:val="22"/>
          <w:lang w:val="mn-MN"/>
        </w:rPr>
        <w:t xml:space="preserve">” — </w:t>
      </w:r>
      <w:r w:rsidR="00BA453F" w:rsidRPr="00AB46C9">
        <w:rPr>
          <w:rFonts w:eastAsia="Times New Roman" w:cs="Arial"/>
          <w:sz w:val="22"/>
          <w:lang w:val="mn-MN"/>
        </w:rPr>
        <w:t>2025</w:t>
      </w:r>
      <w:r w:rsidRPr="00AB46C9">
        <w:rPr>
          <w:rFonts w:eastAsia="Times New Roman" w:cs="Arial"/>
          <w:sz w:val="22"/>
          <w:lang w:val="mn-MN"/>
        </w:rPr>
        <w:t xml:space="preserve"> он танд онцгой бол </w:t>
      </w:r>
    </w:p>
    <w:p w14:paraId="6AF25803"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Сул нууц үгнээс зайлсхийх:</w:t>
      </w:r>
    </w:p>
    <w:p w14:paraId="6E276E10" w14:textId="77777777" w:rsidR="005028FE" w:rsidRPr="00AB46C9" w:rsidRDefault="005028FE">
      <w:pPr>
        <w:numPr>
          <w:ilvl w:val="0"/>
          <w:numId w:val="4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“Password123” — хэт энгийн </w:t>
      </w:r>
    </w:p>
    <w:p w14:paraId="79B64921" w14:textId="70064A83" w:rsidR="005028FE" w:rsidRPr="00AB46C9" w:rsidRDefault="005028FE">
      <w:pPr>
        <w:numPr>
          <w:ilvl w:val="0"/>
          <w:numId w:val="4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Sainuu</w:t>
      </w:r>
      <w:r w:rsidRPr="00AB46C9">
        <w:rPr>
          <w:rFonts w:eastAsia="Times New Roman" w:cs="Arial"/>
          <w:sz w:val="22"/>
          <w:lang w:val="mn-MN"/>
        </w:rPr>
        <w:t xml:space="preserve">12345!” — хэт таамаглахад хялбар </w:t>
      </w:r>
    </w:p>
    <w:p w14:paraId="612077CA" w14:textId="545560A2" w:rsidR="005028FE" w:rsidRPr="00AB46C9" w:rsidRDefault="005028FE">
      <w:pPr>
        <w:numPr>
          <w:ilvl w:val="0"/>
          <w:numId w:val="4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МинийнэрБат1</w:t>
      </w:r>
      <w:r w:rsidRPr="00AB46C9">
        <w:rPr>
          <w:rFonts w:eastAsia="Times New Roman" w:cs="Arial"/>
          <w:sz w:val="22"/>
          <w:lang w:val="mn-MN"/>
        </w:rPr>
        <w:t xml:space="preserve">23” — хэт хувийн мэдээлэл агуулсан </w:t>
      </w:r>
    </w:p>
    <w:p w14:paraId="35A0638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Хүчтэй нууц үгийн зөвлөмж:</w:t>
      </w:r>
    </w:p>
    <w:p w14:paraId="65167E57" w14:textId="77777777" w:rsidR="005028FE" w:rsidRPr="00AB46C9" w:rsidRDefault="005028FE">
      <w:pPr>
        <w:numPr>
          <w:ilvl w:val="0"/>
          <w:numId w:val="4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Том, жижиг үсэг, тоо, тэмдэгтийг хослуулах. </w:t>
      </w:r>
    </w:p>
    <w:p w14:paraId="2AF9C312" w14:textId="77777777" w:rsidR="005028FE" w:rsidRPr="00AB46C9" w:rsidRDefault="005028FE">
      <w:pPr>
        <w:numPr>
          <w:ilvl w:val="0"/>
          <w:numId w:val="4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Өөрийн жинхэнэ нэр, төрсөн огноо болон нийтлэг үг ашиглахгүй байх. </w:t>
      </w:r>
    </w:p>
    <w:p w14:paraId="48A6F691" w14:textId="77777777" w:rsidR="007E6591" w:rsidRPr="00AB46C9" w:rsidRDefault="005028FE">
      <w:pPr>
        <w:numPr>
          <w:ilvl w:val="0"/>
          <w:numId w:val="4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 өөр бүртгэлд өөр өөр нууц үг ашиглах. </w:t>
      </w:r>
    </w:p>
    <w:p w14:paraId="1947E4EB"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22A6EA88"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6550E9E4"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19C5A41A"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685CB32A"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38F0B00B"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4E042D1A"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577D2961"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34617763" w14:textId="77777777" w:rsidR="00BA453F" w:rsidRPr="00AB46C9" w:rsidRDefault="00BA453F" w:rsidP="005028FE">
      <w:pPr>
        <w:spacing w:before="100" w:beforeAutospacing="1" w:after="100" w:afterAutospacing="1" w:line="240" w:lineRule="auto"/>
        <w:rPr>
          <w:rFonts w:eastAsia="Times New Roman" w:cs="Arial"/>
          <w:b/>
          <w:bCs/>
          <w:sz w:val="22"/>
          <w:lang w:val="mn-MN"/>
        </w:rPr>
      </w:pPr>
    </w:p>
    <w:p w14:paraId="0DAAEBEF" w14:textId="77A948F9"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 үгээ хамгаалах:</w:t>
      </w:r>
    </w:p>
    <w:p w14:paraId="7129E8B1" w14:textId="77777777" w:rsidR="005028FE" w:rsidRPr="00AB46C9" w:rsidRDefault="005028FE">
      <w:pPr>
        <w:numPr>
          <w:ilvl w:val="0"/>
          <w:numId w:val="4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гэртээ аюулгүй газар хадгалдаг дэвтэртээ бичиж болно. </w:t>
      </w:r>
    </w:p>
    <w:p w14:paraId="6FD0C955" w14:textId="77777777" w:rsidR="005028FE" w:rsidRPr="00AB46C9" w:rsidRDefault="005028FE">
      <w:pPr>
        <w:numPr>
          <w:ilvl w:val="0"/>
          <w:numId w:val="4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Найз нөхөд, гэр бүлийн гишүүд зэрэг хэнд ч нууц үгээ бүү хэл. </w:t>
      </w:r>
    </w:p>
    <w:p w14:paraId="27862285" w14:textId="77777777" w:rsidR="005028FE" w:rsidRPr="00AB46C9" w:rsidRDefault="005028FE">
      <w:pPr>
        <w:numPr>
          <w:ilvl w:val="0"/>
          <w:numId w:val="4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6–12 сар тутам, эсвэл асуудал гарсан гэж сэжиглэвэл түүнээс өмнө солино. </w:t>
      </w:r>
    </w:p>
    <w:p w14:paraId="5FE721C7" w14:textId="77777777" w:rsidR="005028FE" w:rsidRPr="00AB46C9" w:rsidRDefault="005028FE">
      <w:pPr>
        <w:numPr>
          <w:ilvl w:val="0"/>
          <w:numId w:val="4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утсандаа, зураг хэлбэрээр эсвэл цахим шуудандаа хадгалахгүй. </w:t>
      </w:r>
    </w:p>
    <w:p w14:paraId="46EB05AC" w14:textId="77777777" w:rsidR="00BA453F" w:rsidRPr="00AB46C9" w:rsidRDefault="00BA453F" w:rsidP="00BA453F">
      <w:pPr>
        <w:spacing w:before="100" w:beforeAutospacing="1" w:after="100" w:afterAutospacing="1" w:line="240" w:lineRule="auto"/>
        <w:rPr>
          <w:rFonts w:eastAsia="Times New Roman" w:cs="Arial"/>
          <w:sz w:val="22"/>
          <w:lang w:val="mn-MN"/>
        </w:rPr>
      </w:pPr>
    </w:p>
    <w:p w14:paraId="175D4ECA" w14:textId="71A44B56" w:rsidR="00BA453F" w:rsidRPr="00AB46C9" w:rsidRDefault="00BA453F" w:rsidP="00BA453F">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 асуусан мессеж, дуудлага, цахим шуудан ирвэл хариу өгөхгүй. Жинхэнэ үйлчилгээ үзүүлэгч байгууллага таны нууц үгийг хэзээ ч асуухгүй. </w:t>
      </w:r>
    </w:p>
    <w:p w14:paraId="2052CC3D" w14:textId="77777777" w:rsidR="00BA453F" w:rsidRPr="00AB46C9" w:rsidRDefault="00BA453F" w:rsidP="007E6591">
      <w:pPr>
        <w:spacing w:before="100" w:beforeAutospacing="1" w:after="100" w:afterAutospacing="1" w:line="240" w:lineRule="auto"/>
        <w:rPr>
          <w:rFonts w:eastAsia="Times New Roman" w:cs="Arial"/>
          <w:b/>
          <w:bCs/>
          <w:sz w:val="22"/>
          <w:lang w:val="mn-MN"/>
        </w:rPr>
      </w:pPr>
    </w:p>
    <w:p w14:paraId="6B77EF5F" w14:textId="392AB75F" w:rsidR="007E6591" w:rsidRPr="00AB46C9" w:rsidRDefault="007E6591" w:rsidP="007E6591">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Эцсийн шалгах</w:t>
      </w:r>
      <w:r w:rsidR="00BA453F" w:rsidRPr="00AB46C9">
        <w:rPr>
          <w:rFonts w:eastAsia="Times New Roman" w:cs="Arial"/>
          <w:b/>
          <w:bCs/>
          <w:sz w:val="22"/>
          <w:lang w:val="mn-MN"/>
        </w:rPr>
        <w:t xml:space="preserve"> жагсаалт</w:t>
      </w:r>
      <w:r w:rsidRPr="00AB46C9">
        <w:rPr>
          <w:rFonts w:eastAsia="Times New Roman" w:cs="Arial"/>
          <w:b/>
          <w:bCs/>
          <w:sz w:val="22"/>
          <w:lang w:val="mn-MN"/>
        </w:rPr>
        <w:t>:</w:t>
      </w:r>
    </w:p>
    <w:p w14:paraId="73270D50" w14:textId="77777777" w:rsidR="007E6591" w:rsidRPr="00AB46C9" w:rsidRDefault="007E6591">
      <w:pPr>
        <w:numPr>
          <w:ilvl w:val="0"/>
          <w:numId w:val="4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 дор хаяж 12–16 тэмдэгттэй. </w:t>
      </w:r>
    </w:p>
    <w:p w14:paraId="3C36B55E" w14:textId="77777777" w:rsidR="007E6591" w:rsidRPr="00AB46C9" w:rsidRDefault="007E6591">
      <w:pPr>
        <w:numPr>
          <w:ilvl w:val="0"/>
          <w:numId w:val="4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Үсэг, тоо, тэмдэгтийг хослуулсан. </w:t>
      </w:r>
    </w:p>
    <w:p w14:paraId="19D8A201" w14:textId="72E9BBFB" w:rsidR="007E6591" w:rsidRPr="00AB46C9" w:rsidRDefault="007E6591">
      <w:pPr>
        <w:numPr>
          <w:ilvl w:val="0"/>
          <w:numId w:val="4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Бүх бүртгэлд ижил нууц үг ашиглахгүй. </w:t>
      </w:r>
    </w:p>
    <w:p w14:paraId="26CBC573" w14:textId="77777777" w:rsidR="007E6591" w:rsidRPr="00AB46C9" w:rsidRDefault="007E6591">
      <w:pPr>
        <w:numPr>
          <w:ilvl w:val="0"/>
          <w:numId w:val="4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аюулгүй газар бичиж хадгалсан. </w:t>
      </w:r>
    </w:p>
    <w:p w14:paraId="58AB08F0" w14:textId="77777777" w:rsidR="00F76FCD" w:rsidRPr="00AB46C9" w:rsidRDefault="007E6591">
      <w:pPr>
        <w:numPr>
          <w:ilvl w:val="0"/>
          <w:numId w:val="4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хэнд ч хэлэхгүй. </w:t>
      </w:r>
    </w:p>
    <w:p w14:paraId="6C530CF4"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264EC6DC"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39D47BF1"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49A0D99E"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5785DD1E"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768C9601"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2BB00038"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55800AA2"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1C6A0E27"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40751939"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565293F3"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3A7EE0A0"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27D9BCCB"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2FE346D1" w14:textId="77777777" w:rsidR="00BA453F" w:rsidRPr="00AB46C9" w:rsidRDefault="00BA453F" w:rsidP="00F76FCD">
      <w:pPr>
        <w:spacing w:before="100" w:beforeAutospacing="1" w:after="100" w:afterAutospacing="1" w:line="240" w:lineRule="auto"/>
        <w:rPr>
          <w:rFonts w:eastAsia="Times New Roman" w:cs="Arial"/>
          <w:b/>
          <w:bCs/>
          <w:sz w:val="22"/>
          <w:lang w:val="mn-MN"/>
        </w:rPr>
      </w:pPr>
    </w:p>
    <w:p w14:paraId="4107CADA" w14:textId="672C7722" w:rsidR="005028FE" w:rsidRPr="00AB46C9" w:rsidRDefault="005028FE" w:rsidP="00F76FC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Дадлага 6: Хүчтэй нууц үг үүсгэх</w:t>
      </w:r>
    </w:p>
    <w:p w14:paraId="62FDD4D3"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Өгүүлбэрийн аргыг ашиглан аюулгүй нууц үг үүсгэж, аюулгүй нэвтрэх дадлага хийх.</w:t>
      </w:r>
    </w:p>
    <w:p w14:paraId="3EDA955E"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62A11482" w14:textId="77777777" w:rsidR="005028FE" w:rsidRPr="00AB46C9" w:rsidRDefault="005028FE">
      <w:pPr>
        <w:numPr>
          <w:ilvl w:val="0"/>
          <w:numId w:val="4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Өөрт тань санахад хялбар боловч бусдад таахад хэцүү утгатай өгүүлбэр бодож олно. </w:t>
      </w:r>
    </w:p>
    <w:p w14:paraId="589CA581" w14:textId="77777777" w:rsidR="005028FE" w:rsidRPr="00AB46C9" w:rsidRDefault="005028FE" w:rsidP="00F76FCD">
      <w:pPr>
        <w:spacing w:before="100" w:beforeAutospacing="1" w:after="100" w:afterAutospacing="1" w:line="240" w:lineRule="auto"/>
        <w:ind w:left="720"/>
        <w:rPr>
          <w:rFonts w:eastAsia="Times New Roman" w:cs="Arial"/>
          <w:sz w:val="22"/>
          <w:lang w:val="mn-MN"/>
        </w:rPr>
      </w:pPr>
      <w:r w:rsidRPr="00AB46C9">
        <w:rPr>
          <w:rFonts w:eastAsia="Times New Roman" w:cs="Arial"/>
          <w:sz w:val="22"/>
          <w:lang w:val="mn-MN"/>
        </w:rPr>
        <w:t xml:space="preserve">Жишээ: </w:t>
      </w:r>
    </w:p>
    <w:p w14:paraId="0C861D62" w14:textId="52DA42E8" w:rsidR="005028FE" w:rsidRPr="00AB46C9" w:rsidRDefault="005028FE">
      <w:pPr>
        <w:numPr>
          <w:ilvl w:val="1"/>
          <w:numId w:val="4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Миний</w:t>
      </w:r>
      <w:r w:rsidRPr="00AB46C9">
        <w:rPr>
          <w:rFonts w:eastAsia="Times New Roman" w:cs="Arial"/>
          <w:sz w:val="22"/>
          <w:lang w:val="mn-MN"/>
        </w:rPr>
        <w:t>2</w:t>
      </w:r>
      <w:r w:rsidR="00BA453F" w:rsidRPr="00AB46C9">
        <w:rPr>
          <w:rFonts w:eastAsia="Times New Roman" w:cs="Arial"/>
          <w:sz w:val="22"/>
          <w:lang w:val="mn-MN"/>
        </w:rPr>
        <w:t>huuhuurhun</w:t>
      </w:r>
      <w:r w:rsidRPr="00AB46C9">
        <w:rPr>
          <w:rFonts w:eastAsia="Times New Roman" w:cs="Arial"/>
          <w:sz w:val="22"/>
          <w:lang w:val="mn-MN"/>
        </w:rPr>
        <w:t xml:space="preserve">!” </w:t>
      </w:r>
    </w:p>
    <w:p w14:paraId="1021F213" w14:textId="3AD21DD9" w:rsidR="005028FE" w:rsidRPr="00AB46C9" w:rsidRDefault="005028FE">
      <w:pPr>
        <w:numPr>
          <w:ilvl w:val="1"/>
          <w:numId w:val="4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w:t>
      </w:r>
      <w:r w:rsidR="00BA453F" w:rsidRPr="00AB46C9">
        <w:rPr>
          <w:rFonts w:eastAsia="Times New Roman" w:cs="Arial"/>
          <w:sz w:val="22"/>
          <w:lang w:val="mn-MN"/>
        </w:rPr>
        <w:t>Bihoolhiihdurtai2</w:t>
      </w:r>
      <w:r w:rsidRPr="00AB46C9">
        <w:rPr>
          <w:rFonts w:eastAsia="Times New Roman" w:cs="Arial"/>
          <w:sz w:val="22"/>
          <w:lang w:val="mn-MN"/>
        </w:rPr>
        <w:t xml:space="preserve">024” </w:t>
      </w:r>
    </w:p>
    <w:p w14:paraId="01508298" w14:textId="77777777" w:rsidR="005028FE" w:rsidRPr="00AB46C9" w:rsidRDefault="005028FE">
      <w:pPr>
        <w:numPr>
          <w:ilvl w:val="0"/>
          <w:numId w:val="4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Өгүүлбэрээ (эсвэл өөрчилсөн хувилбарыг) нууц үг болгон ашиглана. </w:t>
      </w:r>
    </w:p>
    <w:p w14:paraId="08AEC3D5" w14:textId="77777777" w:rsidR="005028FE" w:rsidRPr="00AB46C9" w:rsidRDefault="005028FE" w:rsidP="00BA453F">
      <w:pPr>
        <w:spacing w:before="100" w:beforeAutospacing="1" w:after="100" w:afterAutospacing="1" w:line="240" w:lineRule="auto"/>
        <w:ind w:firstLine="360"/>
        <w:rPr>
          <w:rFonts w:eastAsia="Times New Roman" w:cs="Arial"/>
          <w:sz w:val="22"/>
          <w:lang w:val="mn-MN"/>
        </w:rPr>
      </w:pPr>
      <w:r w:rsidRPr="00AB46C9">
        <w:rPr>
          <w:rFonts w:eastAsia="Times New Roman" w:cs="Arial"/>
          <w:sz w:val="22"/>
          <w:lang w:val="mn-MN"/>
        </w:rPr>
        <w:t>Заавал:</w:t>
      </w:r>
    </w:p>
    <w:p w14:paraId="339B8837" w14:textId="77777777" w:rsidR="005028FE" w:rsidRPr="00AB46C9" w:rsidRDefault="005028FE">
      <w:pPr>
        <w:numPr>
          <w:ilvl w:val="0"/>
          <w:numId w:val="4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том, жижиг үсэг; </w:t>
      </w:r>
    </w:p>
    <w:p w14:paraId="70C5700B" w14:textId="77777777" w:rsidR="005028FE" w:rsidRPr="00AB46C9" w:rsidRDefault="005028FE">
      <w:pPr>
        <w:numPr>
          <w:ilvl w:val="0"/>
          <w:numId w:val="4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тоо; </w:t>
      </w:r>
    </w:p>
    <w:p w14:paraId="6168582F" w14:textId="77777777" w:rsidR="005028FE" w:rsidRPr="00AB46C9" w:rsidRDefault="005028FE">
      <w:pPr>
        <w:numPr>
          <w:ilvl w:val="0"/>
          <w:numId w:val="4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 @, #, $ зэрэг тэмдэгт оруулна. </w:t>
      </w:r>
    </w:p>
    <w:p w14:paraId="7B0BE0CE" w14:textId="57A08FC8" w:rsidR="005028FE" w:rsidRPr="00AB46C9" w:rsidRDefault="00BA453F" w:rsidP="00BA453F">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 xml:space="preserve">3. </w:t>
      </w:r>
      <w:r w:rsidR="005028FE" w:rsidRPr="00AB46C9">
        <w:rPr>
          <w:rFonts w:eastAsia="Times New Roman" w:cs="Arial"/>
          <w:sz w:val="22"/>
          <w:lang w:val="mn-MN"/>
        </w:rPr>
        <w:t xml:space="preserve">Нууц үгээ аюулгүй газар, боломжтой бол утас эсвэл компьютер дээр биш, гэртээ хадгалдаг дэвтэрт бичнэ. </w:t>
      </w:r>
    </w:p>
    <w:p w14:paraId="1B486A10" w14:textId="77777777" w:rsidR="00876F1C" w:rsidRPr="00AB46C9" w:rsidRDefault="005028FE">
      <w:pPr>
        <w:numPr>
          <w:ilvl w:val="0"/>
          <w:numId w:val="5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Шинэ нууц үгээрээ өөр өөр аппликейшн болон бүртгэлд нэвтрэх дадлага хийнэ. </w:t>
      </w:r>
    </w:p>
    <w:p w14:paraId="5F99A6FC"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5A54173F"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6C6C74A9"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6580ADAC"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7AB03F27"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32CDC754"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01800EBA"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292E5B25"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1DD3415B"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3D969D57"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77FD8A24"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03704CAC"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7AC00EB0" w14:textId="77777777" w:rsidR="00BA453F" w:rsidRPr="00AB46C9" w:rsidRDefault="00BA453F" w:rsidP="00876F1C">
      <w:pPr>
        <w:spacing w:before="100" w:beforeAutospacing="1" w:after="100" w:afterAutospacing="1" w:line="240" w:lineRule="auto"/>
        <w:rPr>
          <w:rFonts w:eastAsia="Times New Roman" w:cs="Arial"/>
          <w:b/>
          <w:bCs/>
          <w:sz w:val="22"/>
          <w:lang w:val="mn-MN"/>
        </w:rPr>
      </w:pPr>
    </w:p>
    <w:p w14:paraId="7F214510" w14:textId="063A0435" w:rsidR="005028FE" w:rsidRPr="00AB46C9" w:rsidRDefault="005028FE" w:rsidP="00876F1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 үгийн дадлаг</w:t>
      </w:r>
      <w:r w:rsidR="00876F1C" w:rsidRPr="00AB46C9">
        <w:rPr>
          <w:rFonts w:eastAsia="Times New Roman" w:cs="Arial"/>
          <w:b/>
          <w:bCs/>
          <w:sz w:val="22"/>
          <w:lang w:val="mn-MN"/>
        </w:rPr>
        <w:t xml:space="preserve">а хийх </w:t>
      </w:r>
      <w:r w:rsidRPr="00AB46C9">
        <w:rPr>
          <w:rFonts w:eastAsia="Times New Roman" w:cs="Arial"/>
          <w:b/>
          <w:bCs/>
          <w:sz w:val="22"/>
          <w:lang w:val="mn-MN"/>
        </w:rPr>
        <w:t>хүснэгт</w:t>
      </w:r>
    </w:p>
    <w:p w14:paraId="125E62DC" w14:textId="3E13C7CE"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Шаардлагатай бол энэ хэсэгт нууц үгээ бичиж болно.</w:t>
      </w:r>
      <w:r w:rsidR="00876F1C" w:rsidRPr="00AB46C9">
        <w:rPr>
          <w:rFonts w:eastAsia="Times New Roman" w:cs="Arial"/>
          <w:sz w:val="22"/>
          <w:lang w:val="mn-MN"/>
        </w:rPr>
        <w:t xml:space="preserve"> Үүнийгээ </w:t>
      </w:r>
      <w:r w:rsidRPr="00AB46C9">
        <w:rPr>
          <w:rFonts w:eastAsia="Times New Roman" w:cs="Arial"/>
          <w:sz w:val="22"/>
          <w:lang w:val="mn-MN"/>
        </w:rPr>
        <w:t>аюулгүй газар хадгалж, хэнд ч бүү үзүүлээрэй.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6"/>
        <w:gridCol w:w="6795"/>
      </w:tblGrid>
      <w:tr w:rsidR="005028FE" w:rsidRPr="00AB46C9" w14:paraId="60A9C8D2" w14:textId="77777777">
        <w:trPr>
          <w:tblHeader/>
          <w:tblCellSpacing w:w="15" w:type="dxa"/>
        </w:trPr>
        <w:tc>
          <w:tcPr>
            <w:tcW w:w="0" w:type="auto"/>
            <w:vAlign w:val="center"/>
            <w:hideMark/>
          </w:tcPr>
          <w:p w14:paraId="4A0348EB" w14:textId="77777777" w:rsidR="005028FE" w:rsidRPr="00AB46C9" w:rsidRDefault="005028FE" w:rsidP="005028FE">
            <w:pPr>
              <w:spacing w:after="0" w:line="240" w:lineRule="auto"/>
              <w:jc w:val="center"/>
              <w:rPr>
                <w:rFonts w:eastAsia="Times New Roman" w:cs="Arial"/>
                <w:b/>
                <w:bCs/>
                <w:sz w:val="22"/>
                <w:lang w:val="mn-MN"/>
              </w:rPr>
            </w:pPr>
            <w:r w:rsidRPr="00AB46C9">
              <w:rPr>
                <w:rFonts w:eastAsia="Times New Roman" w:cs="Arial"/>
                <w:b/>
                <w:bCs/>
                <w:sz w:val="22"/>
                <w:lang w:val="mn-MN"/>
              </w:rPr>
              <w:lastRenderedPageBreak/>
              <w:t>Бүртгэлийн төрөл</w:t>
            </w:r>
          </w:p>
        </w:tc>
        <w:tc>
          <w:tcPr>
            <w:tcW w:w="0" w:type="auto"/>
            <w:vAlign w:val="center"/>
            <w:hideMark/>
          </w:tcPr>
          <w:p w14:paraId="7B1145A5" w14:textId="12656797" w:rsidR="005028FE" w:rsidRPr="00AB46C9" w:rsidRDefault="00876F1C" w:rsidP="005028FE">
            <w:pPr>
              <w:spacing w:after="0" w:line="240" w:lineRule="auto"/>
              <w:jc w:val="center"/>
              <w:rPr>
                <w:rFonts w:eastAsia="Times New Roman" w:cs="Arial"/>
                <w:b/>
                <w:bCs/>
                <w:sz w:val="22"/>
                <w:lang w:val="mn-MN"/>
              </w:rPr>
            </w:pPr>
            <w:r w:rsidRPr="00AB46C9">
              <w:rPr>
                <w:rFonts w:eastAsia="Times New Roman" w:cs="Arial"/>
                <w:b/>
                <w:bCs/>
                <w:sz w:val="22"/>
                <w:lang w:val="mn-MN"/>
              </w:rPr>
              <w:t xml:space="preserve">               </w:t>
            </w:r>
            <w:r w:rsidR="005028FE" w:rsidRPr="00AB46C9">
              <w:rPr>
                <w:rFonts w:eastAsia="Times New Roman" w:cs="Arial"/>
                <w:b/>
                <w:bCs/>
                <w:sz w:val="22"/>
                <w:lang w:val="mn-MN"/>
              </w:rPr>
              <w:t>Нууц үгийн санамж эсвэл бүтэн нууц үг (сонголтоор)</w:t>
            </w:r>
          </w:p>
        </w:tc>
      </w:tr>
      <w:tr w:rsidR="005028FE" w:rsidRPr="00AB46C9" w14:paraId="25746530" w14:textId="77777777">
        <w:trPr>
          <w:tblCellSpacing w:w="15" w:type="dxa"/>
        </w:trPr>
        <w:tc>
          <w:tcPr>
            <w:tcW w:w="0" w:type="auto"/>
            <w:vAlign w:val="center"/>
            <w:hideMark/>
          </w:tcPr>
          <w:p w14:paraId="6C8A001F"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Цахим шуудан</w:t>
            </w:r>
          </w:p>
        </w:tc>
        <w:tc>
          <w:tcPr>
            <w:tcW w:w="0" w:type="auto"/>
            <w:vAlign w:val="center"/>
            <w:hideMark/>
          </w:tcPr>
          <w:p w14:paraId="05338B51" w14:textId="77777777" w:rsidR="005028FE" w:rsidRPr="00AB46C9" w:rsidRDefault="005028FE" w:rsidP="005028FE">
            <w:pPr>
              <w:spacing w:after="0" w:line="240" w:lineRule="auto"/>
              <w:rPr>
                <w:rFonts w:eastAsia="Times New Roman" w:cs="Arial"/>
                <w:sz w:val="22"/>
                <w:lang w:val="mn-MN"/>
              </w:rPr>
            </w:pPr>
          </w:p>
        </w:tc>
      </w:tr>
      <w:tr w:rsidR="005028FE" w:rsidRPr="00AB46C9" w14:paraId="36C44A8D" w14:textId="77777777">
        <w:trPr>
          <w:tblCellSpacing w:w="15" w:type="dxa"/>
        </w:trPr>
        <w:tc>
          <w:tcPr>
            <w:tcW w:w="0" w:type="auto"/>
            <w:vAlign w:val="center"/>
            <w:hideMark/>
          </w:tcPr>
          <w:p w14:paraId="7D5AB634"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Facebook</w:t>
            </w:r>
          </w:p>
        </w:tc>
        <w:tc>
          <w:tcPr>
            <w:tcW w:w="0" w:type="auto"/>
            <w:vAlign w:val="center"/>
            <w:hideMark/>
          </w:tcPr>
          <w:p w14:paraId="1C0CEBF1" w14:textId="77777777" w:rsidR="005028FE" w:rsidRPr="00AB46C9" w:rsidRDefault="005028FE" w:rsidP="005028FE">
            <w:pPr>
              <w:spacing w:after="0" w:line="240" w:lineRule="auto"/>
              <w:rPr>
                <w:rFonts w:eastAsia="Times New Roman" w:cs="Arial"/>
                <w:sz w:val="22"/>
                <w:lang w:val="mn-MN"/>
              </w:rPr>
            </w:pPr>
          </w:p>
        </w:tc>
      </w:tr>
      <w:tr w:rsidR="005028FE" w:rsidRPr="00AB46C9" w14:paraId="26D38B85" w14:textId="77777777">
        <w:trPr>
          <w:tblCellSpacing w:w="15" w:type="dxa"/>
        </w:trPr>
        <w:tc>
          <w:tcPr>
            <w:tcW w:w="0" w:type="auto"/>
            <w:vAlign w:val="center"/>
            <w:hideMark/>
          </w:tcPr>
          <w:p w14:paraId="236CE06F"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Instagram</w:t>
            </w:r>
          </w:p>
        </w:tc>
        <w:tc>
          <w:tcPr>
            <w:tcW w:w="0" w:type="auto"/>
            <w:vAlign w:val="center"/>
            <w:hideMark/>
          </w:tcPr>
          <w:p w14:paraId="22EADAAB" w14:textId="77777777" w:rsidR="005028FE" w:rsidRPr="00AB46C9" w:rsidRDefault="005028FE" w:rsidP="005028FE">
            <w:pPr>
              <w:spacing w:after="0" w:line="240" w:lineRule="auto"/>
              <w:rPr>
                <w:rFonts w:eastAsia="Times New Roman" w:cs="Arial"/>
                <w:sz w:val="22"/>
                <w:lang w:val="mn-MN"/>
              </w:rPr>
            </w:pPr>
          </w:p>
        </w:tc>
      </w:tr>
      <w:tr w:rsidR="005028FE" w:rsidRPr="00AB46C9" w14:paraId="26561F9C" w14:textId="77777777">
        <w:trPr>
          <w:tblCellSpacing w:w="15" w:type="dxa"/>
        </w:trPr>
        <w:tc>
          <w:tcPr>
            <w:tcW w:w="0" w:type="auto"/>
            <w:vAlign w:val="center"/>
            <w:hideMark/>
          </w:tcPr>
          <w:p w14:paraId="1C9C260A"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Gmail/YouTube</w:t>
            </w:r>
          </w:p>
        </w:tc>
        <w:tc>
          <w:tcPr>
            <w:tcW w:w="0" w:type="auto"/>
            <w:vAlign w:val="center"/>
            <w:hideMark/>
          </w:tcPr>
          <w:p w14:paraId="2D6C145E" w14:textId="77777777" w:rsidR="005028FE" w:rsidRPr="00AB46C9" w:rsidRDefault="005028FE" w:rsidP="005028FE">
            <w:pPr>
              <w:spacing w:after="0" w:line="240" w:lineRule="auto"/>
              <w:rPr>
                <w:rFonts w:eastAsia="Times New Roman" w:cs="Arial"/>
                <w:sz w:val="22"/>
                <w:lang w:val="mn-MN"/>
              </w:rPr>
            </w:pPr>
          </w:p>
        </w:tc>
      </w:tr>
      <w:tr w:rsidR="005028FE" w:rsidRPr="00AB46C9" w14:paraId="22EBB064" w14:textId="77777777">
        <w:trPr>
          <w:tblCellSpacing w:w="15" w:type="dxa"/>
        </w:trPr>
        <w:tc>
          <w:tcPr>
            <w:tcW w:w="0" w:type="auto"/>
            <w:vAlign w:val="center"/>
            <w:hideMark/>
          </w:tcPr>
          <w:p w14:paraId="510765C2"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Бусад</w:t>
            </w:r>
          </w:p>
        </w:tc>
        <w:tc>
          <w:tcPr>
            <w:tcW w:w="0" w:type="auto"/>
            <w:vAlign w:val="center"/>
            <w:hideMark/>
          </w:tcPr>
          <w:p w14:paraId="23D7A543" w14:textId="77777777" w:rsidR="005028FE" w:rsidRPr="00AB46C9" w:rsidRDefault="005028FE" w:rsidP="005028FE">
            <w:pPr>
              <w:spacing w:after="0" w:line="240" w:lineRule="auto"/>
              <w:rPr>
                <w:rFonts w:eastAsia="Times New Roman" w:cs="Arial"/>
                <w:sz w:val="22"/>
                <w:lang w:val="mn-MN"/>
              </w:rPr>
            </w:pPr>
          </w:p>
        </w:tc>
      </w:tr>
      <w:tr w:rsidR="005028FE" w:rsidRPr="00AB46C9" w14:paraId="4CE081F1" w14:textId="77777777">
        <w:trPr>
          <w:tblCellSpacing w:w="15" w:type="dxa"/>
        </w:trPr>
        <w:tc>
          <w:tcPr>
            <w:tcW w:w="0" w:type="auto"/>
            <w:vAlign w:val="center"/>
            <w:hideMark/>
          </w:tcPr>
          <w:p w14:paraId="46DAB6E2" w14:textId="77777777" w:rsidR="005028FE" w:rsidRPr="00AB46C9" w:rsidRDefault="005028FE" w:rsidP="005028FE">
            <w:pPr>
              <w:spacing w:after="0" w:line="240" w:lineRule="auto"/>
              <w:rPr>
                <w:rFonts w:eastAsia="Times New Roman" w:cs="Arial"/>
                <w:sz w:val="22"/>
                <w:lang w:val="mn-MN"/>
              </w:rPr>
            </w:pPr>
            <w:r w:rsidRPr="00AB46C9">
              <w:rPr>
                <w:rFonts w:eastAsia="Times New Roman" w:cs="Arial"/>
                <w:sz w:val="22"/>
                <w:lang w:val="mn-MN"/>
              </w:rPr>
              <w:t>Бусад</w:t>
            </w:r>
          </w:p>
        </w:tc>
        <w:tc>
          <w:tcPr>
            <w:tcW w:w="0" w:type="auto"/>
            <w:vAlign w:val="center"/>
            <w:hideMark/>
          </w:tcPr>
          <w:p w14:paraId="4FA6CBAD" w14:textId="77777777" w:rsidR="005028FE" w:rsidRPr="00AB46C9" w:rsidRDefault="005028FE" w:rsidP="005028FE">
            <w:pPr>
              <w:spacing w:after="0" w:line="240" w:lineRule="auto"/>
              <w:rPr>
                <w:rFonts w:eastAsia="Times New Roman" w:cs="Arial"/>
                <w:sz w:val="22"/>
                <w:lang w:val="mn-MN"/>
              </w:rPr>
            </w:pPr>
          </w:p>
        </w:tc>
      </w:tr>
    </w:tbl>
    <w:p w14:paraId="4C8A6B03"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057BCC56"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91F3C27"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528EF5FC"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B5BA611"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42398995"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5D5E03C5"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371E0B67"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5081624E"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6F94ED96"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1CB1E98D"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371C917B"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341C308"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37C2ABD3"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AC6BC15"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61171DDA"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E53D95E"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222C67D3"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075E88B6" w14:textId="77777777" w:rsidR="00BA453F" w:rsidRPr="00AB46C9" w:rsidRDefault="00BA453F" w:rsidP="005028FE">
      <w:pPr>
        <w:spacing w:before="100" w:beforeAutospacing="1" w:after="100" w:afterAutospacing="1" w:line="240" w:lineRule="auto"/>
        <w:outlineLvl w:val="2"/>
        <w:rPr>
          <w:rFonts w:eastAsia="Times New Roman" w:cs="Arial"/>
          <w:b/>
          <w:bCs/>
          <w:sz w:val="22"/>
          <w:lang w:val="mn-MN"/>
        </w:rPr>
      </w:pPr>
    </w:p>
    <w:p w14:paraId="08793B88" w14:textId="77777777" w:rsidR="00BA453F" w:rsidRPr="00AB46C9" w:rsidRDefault="00BA453F" w:rsidP="00BA453F">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Зөвлөмж</w:t>
      </w:r>
      <w:r w:rsidRPr="00AB46C9">
        <w:rPr>
          <w:rFonts w:eastAsia="Times New Roman" w:cs="Arial"/>
          <w:sz w:val="22"/>
          <w:lang w:val="mn-MN"/>
        </w:rPr>
        <w:t xml:space="preserve"> </w:t>
      </w:r>
    </w:p>
    <w:p w14:paraId="052AA322" w14:textId="2DED8FCC" w:rsidR="00BA453F" w:rsidRPr="00AB46C9" w:rsidRDefault="00BA453F" w:rsidP="00BA453F">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таны бүртгэл дээр танихгүй нэвтрэлт эсвэл сэжигтэй мессеж зэрэг ер бусын үйл ажиллагаа илэрвэл итгэдэг гэр бүлийн гишүүн эсвэл найзаасаа тусламж аваарай. Мөн тухайн аппликейшний Report (Мэдэгдэх) эсвэл Help (Тусламж) функцийг ашиглан асуудлыг мэдээлж болно. </w:t>
      </w:r>
    </w:p>
    <w:p w14:paraId="195FC588" w14:textId="77777777" w:rsidR="005028FE" w:rsidRPr="00AB46C9" w:rsidRDefault="005028FE">
      <w:pPr>
        <w:numPr>
          <w:ilvl w:val="0"/>
          <w:numId w:val="5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хэнд ч бүү хэл. </w:t>
      </w:r>
    </w:p>
    <w:p w14:paraId="0A29ADE7" w14:textId="63336E86" w:rsidR="005028FE" w:rsidRPr="00AB46C9" w:rsidRDefault="005028FE">
      <w:pPr>
        <w:numPr>
          <w:ilvl w:val="0"/>
          <w:numId w:val="5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6–12 сар тутам тогтмол соли</w:t>
      </w:r>
      <w:r w:rsidR="00876F1C" w:rsidRPr="00AB46C9">
        <w:rPr>
          <w:rFonts w:eastAsia="Times New Roman" w:cs="Arial"/>
          <w:sz w:val="22"/>
          <w:lang w:val="mn-MN"/>
        </w:rPr>
        <w:t>х</w:t>
      </w:r>
    </w:p>
    <w:p w14:paraId="7C0132EF" w14:textId="25DE1241" w:rsidR="005028FE" w:rsidRPr="00AB46C9" w:rsidRDefault="005028FE">
      <w:pPr>
        <w:numPr>
          <w:ilvl w:val="0"/>
          <w:numId w:val="5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Өөр өөр бүртгэлд өөр өөр нууц үг ашигла</w:t>
      </w:r>
      <w:r w:rsidR="00876F1C" w:rsidRPr="00AB46C9">
        <w:rPr>
          <w:rFonts w:eastAsia="Times New Roman" w:cs="Arial"/>
          <w:sz w:val="22"/>
          <w:lang w:val="mn-MN"/>
        </w:rPr>
        <w:t>х</w:t>
      </w:r>
    </w:p>
    <w:p w14:paraId="0D08B7F0"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6A72ABE0"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3179E1E0"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10F61F6A"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5C523082"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3D32E589"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6726EB87"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731AB301"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03F03958"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42429219"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7F913804"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1BE4634D"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6C6B9C8F"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09D888B6"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799EF824"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104AF249"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20C57519"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30E14A8F"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75D3B164"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75F02B16"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5853DD99"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4E91370F" w14:textId="77777777" w:rsidR="00BA453F" w:rsidRPr="00AB46C9" w:rsidRDefault="00BA453F" w:rsidP="003A669D">
      <w:pPr>
        <w:spacing w:before="100" w:beforeAutospacing="1" w:after="100" w:afterAutospacing="1" w:line="240" w:lineRule="auto"/>
        <w:rPr>
          <w:rFonts w:eastAsia="Times New Roman" w:cs="Arial"/>
          <w:b/>
          <w:bCs/>
          <w:sz w:val="22"/>
          <w:lang w:val="mn-MN"/>
        </w:rPr>
      </w:pPr>
    </w:p>
    <w:p w14:paraId="508CAEB0" w14:textId="4B2B1353" w:rsidR="005028FE" w:rsidRPr="00AB46C9" w:rsidRDefault="005028FE" w:rsidP="003A669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7. Онлайн ёс зүй: Интернэтэд хүндэтгэлтэй харилцах</w:t>
      </w:r>
    </w:p>
    <w:p w14:paraId="40167638" w14:textId="465A7FF2"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Өдөр тутмын амьдралд байдагтай адил интернет ашиглахдаа ч эелдэг, хүндэтгэлтэй байх нь чухал.</w:t>
      </w:r>
      <w:r w:rsidR="003A669D" w:rsidRPr="00AB46C9">
        <w:rPr>
          <w:rFonts w:cs="Arial"/>
          <w:sz w:val="22"/>
          <w:lang w:val="mn-MN"/>
        </w:rPr>
        <w:t xml:space="preserve"> Цахим орчинд </w:t>
      </w:r>
      <w:r w:rsidR="003A669D" w:rsidRPr="00AB46C9">
        <w:rPr>
          <w:rStyle w:val="Strong"/>
          <w:rFonts w:cs="Arial"/>
          <w:b w:val="0"/>
          <w:bCs w:val="0"/>
          <w:sz w:val="22"/>
          <w:lang w:val="mn-MN"/>
        </w:rPr>
        <w:t>зөв боловсон харилцааг эрхэмлэх нь</w:t>
      </w:r>
      <w:r w:rsidR="003A669D" w:rsidRPr="00AB46C9">
        <w:rPr>
          <w:rFonts w:cs="Arial"/>
          <w:sz w:val="22"/>
          <w:lang w:val="mn-MN"/>
        </w:rPr>
        <w:t xml:space="preserve"> хүн бүрт аюулгүй, эелдэг, таатай орчныг бүрдүүлэхэд тусална.</w:t>
      </w:r>
    </w:p>
    <w:p w14:paraId="38C22BD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Онлайн зөв харилцааны зөвлөмжүүд:</w:t>
      </w:r>
    </w:p>
    <w:p w14:paraId="0C18CDB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Эелдэг байх</w:t>
      </w:r>
      <w:r w:rsidRPr="00AB46C9">
        <w:rPr>
          <w:rFonts w:eastAsia="Times New Roman" w:cs="Arial"/>
          <w:sz w:val="22"/>
          <w:lang w:val="mn-MN"/>
        </w:rPr>
        <w:br/>
        <w:t>Мессеж илгээх, сэтгэгдэл бичихдээ эелдэг, хүндэтгэлтэй үг хэллэг ашиглана. “Баярлалаа”, “Энэ их хэрэгтэй мэдээлэл байна” гэх мэт энгийн үг ихээхэн ач холбогдолтой.</w:t>
      </w:r>
    </w:p>
    <w:p w14:paraId="2E98D3ED"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Мэдээлэл хуваалцахын өмнө баримтыг шалгах</w:t>
      </w:r>
      <w:r w:rsidRPr="00AB46C9">
        <w:rPr>
          <w:rFonts w:eastAsia="Times New Roman" w:cs="Arial"/>
          <w:sz w:val="22"/>
          <w:lang w:val="mn-MN"/>
        </w:rPr>
        <w:br/>
        <w:t>Мессеж, нийтлэл, пост дамжуулахаасаа өмнө мэдээлэл үнэн зөв эсэхийг шалгана. Буруу мэдээлэл тараах нь төөрөгдөл, хохирол учруулж болно.</w:t>
      </w:r>
    </w:p>
    <w:p w14:paraId="3806FAE6"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Ялгаатай байдлыг хүндэтгэх</w:t>
      </w:r>
      <w:r w:rsidRPr="00AB46C9">
        <w:rPr>
          <w:rFonts w:eastAsia="Times New Roman" w:cs="Arial"/>
          <w:sz w:val="22"/>
          <w:lang w:val="mn-MN"/>
        </w:rPr>
        <w:br/>
        <w:t>Онлайн орчинд янз бүрийн гарал, соёл, улс орны хүмүүс байдаг. Бусадтай харилцахдаа ялгаварлахгүй, хүндэтгэлтэй хэл хэрэглэнэ.</w:t>
      </w:r>
    </w:p>
    <w:p w14:paraId="7ED40E2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Маргаанаас зайлсхийх</w:t>
      </w:r>
      <w:r w:rsidRPr="00AB46C9">
        <w:rPr>
          <w:rFonts w:eastAsia="Times New Roman" w:cs="Arial"/>
          <w:sz w:val="22"/>
          <w:lang w:val="mn-MN"/>
        </w:rPr>
        <w:br/>
        <w:t xml:space="preserve">Хэн нэгэнтэй санал нийлэхгүй бол тайван, хүндэтгэлтэй байдлаар үзэл бодлоо илэрхийлэх эсвэл маргалдалгүй орхиж болно. </w:t>
      </w:r>
    </w:p>
    <w:p w14:paraId="69D6921C"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DBE6F6B"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3A1624E"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7B71F6D"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340A1BC"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10DDC56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9007FBF"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4D4DEC54"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96D9932"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B473647"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C556A4D"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1BF3FC4"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8312FF7" w14:textId="43DBC91D"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Дадлага 6: Онлайнд эелдэг мессеж бичих</w:t>
      </w:r>
    </w:p>
    <w:p w14:paraId="0209D93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Хүндэтгэлтэй мессеж болон эерэг сэтгэгдэл бичиж, онлайн зөв харилцааны дадал эзэмших.</w:t>
      </w:r>
    </w:p>
    <w:p w14:paraId="4EDE0B0F"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375B2B9F" w14:textId="77777777" w:rsidR="005028FE" w:rsidRPr="00AB46C9" w:rsidRDefault="005028FE">
      <w:pPr>
        <w:numPr>
          <w:ilvl w:val="0"/>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аппликейшн эсвэл сошиал медиа платформ нээнэ. </w:t>
      </w:r>
    </w:p>
    <w:p w14:paraId="3FA55631" w14:textId="77777777" w:rsidR="005028FE" w:rsidRPr="00AB46C9" w:rsidRDefault="005028FE">
      <w:pPr>
        <w:numPr>
          <w:ilvl w:val="0"/>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Найз, гэр бүлийн гишүүн эсвэл дагадаг бүлгийнхээ саяхны нийтлэлийг олно. </w:t>
      </w:r>
    </w:p>
    <w:p w14:paraId="44E87110" w14:textId="77777777" w:rsidR="005028FE" w:rsidRPr="00AB46C9" w:rsidRDefault="005028FE">
      <w:pPr>
        <w:numPr>
          <w:ilvl w:val="0"/>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 таньдаг хүндээ эелдэг мессеж бичнэ. </w:t>
      </w:r>
    </w:p>
    <w:p w14:paraId="244655CB" w14:textId="77777777" w:rsidR="005028FE" w:rsidRPr="00AB46C9" w:rsidRDefault="005028FE">
      <w:pPr>
        <w:numPr>
          <w:ilvl w:val="0"/>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Видео эсвэл бүлгийн хуудсанд эерэг сэтгэгдэл үлдээнэ. </w:t>
      </w:r>
    </w:p>
    <w:p w14:paraId="39562490" w14:textId="77777777" w:rsidR="005028FE" w:rsidRPr="00AB46C9" w:rsidRDefault="005028FE">
      <w:pPr>
        <w:numPr>
          <w:ilvl w:val="1"/>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Жишээ: </w:t>
      </w:r>
      <w:r w:rsidRPr="00AB46C9">
        <w:rPr>
          <w:rFonts w:eastAsia="Times New Roman" w:cs="Arial"/>
          <w:b/>
          <w:bCs/>
          <w:sz w:val="22"/>
          <w:lang w:val="mn-MN"/>
        </w:rPr>
        <w:t>“Хуваалцсанд баярлалаа — надад их таалагдлаа!”</w:t>
      </w:r>
      <w:r w:rsidRPr="00AB46C9">
        <w:rPr>
          <w:rFonts w:eastAsia="Times New Roman" w:cs="Arial"/>
          <w:sz w:val="22"/>
          <w:lang w:val="mn-MN"/>
        </w:rPr>
        <w:t xml:space="preserve"> </w:t>
      </w:r>
    </w:p>
    <w:p w14:paraId="38C57DA8" w14:textId="77777777" w:rsidR="005028FE" w:rsidRPr="00AB46C9" w:rsidRDefault="005028FE">
      <w:pPr>
        <w:numPr>
          <w:ilvl w:val="0"/>
          <w:numId w:val="5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Бусдын сэтгэгдлийг уншиж, бүлгээрээ ярилцана. </w:t>
      </w:r>
    </w:p>
    <w:p w14:paraId="0B726B9A"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3F96B70E" w14:textId="77777777" w:rsidR="005028FE" w:rsidRPr="00AB46C9" w:rsidRDefault="005028FE">
      <w:pPr>
        <w:numPr>
          <w:ilvl w:val="0"/>
          <w:numId w:val="5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ямар эелдэг мессеж бичсэн бэ? </w:t>
      </w:r>
    </w:p>
    <w:p w14:paraId="13F97233" w14:textId="77777777" w:rsidR="005028FE" w:rsidRPr="00AB46C9" w:rsidRDefault="005028FE">
      <w:pPr>
        <w:numPr>
          <w:ilvl w:val="0"/>
          <w:numId w:val="5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Тэр мессежийг бичихэд танд ямар санагдсан бэ? </w:t>
      </w:r>
    </w:p>
    <w:p w14:paraId="639EC765"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Санамж:</w:t>
      </w:r>
      <w:r w:rsidRPr="00AB46C9">
        <w:rPr>
          <w:rFonts w:eastAsia="Times New Roman" w:cs="Arial"/>
          <w:sz w:val="22"/>
          <w:lang w:val="mn-MN"/>
        </w:rPr>
        <w:t xml:space="preserve"> Нийтлэхээсээ өмнө бодоорой. Бодит амьдрал дээр хэлэхэд эелдэг бус зүйл бол онлайнд ч бичих хэрэггүй. </w:t>
      </w:r>
    </w:p>
    <w:p w14:paraId="30473B01"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F1668E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1AB7012"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2244C4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1188BB4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1B4065D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67B64C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721C2E40"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074FF4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1A753C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90F19A3"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4C8CB310"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3C9D6FD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4A9A982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476F3B12"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D5468B9" w14:textId="50C48BBD" w:rsidR="005028FE" w:rsidRPr="00AB46C9" w:rsidRDefault="00AF0109"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 xml:space="preserve">Cүүлийн </w:t>
      </w:r>
      <w:r w:rsidR="005028FE" w:rsidRPr="00AB46C9">
        <w:rPr>
          <w:rFonts w:eastAsia="Times New Roman" w:cs="Arial"/>
          <w:b/>
          <w:bCs/>
          <w:sz w:val="22"/>
          <w:lang w:val="mn-MN"/>
        </w:rPr>
        <w:t>сорилт: Сурсан зүйлээ харуулаарай!</w:t>
      </w:r>
    </w:p>
    <w:p w14:paraId="0A4264CA"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Даалгавар 1:</w:t>
      </w:r>
      <w:r w:rsidRPr="00AB46C9">
        <w:rPr>
          <w:rFonts w:eastAsia="Times New Roman" w:cs="Arial"/>
          <w:sz w:val="22"/>
          <w:lang w:val="mn-MN"/>
        </w:rPr>
        <w:br/>
        <w:t>LINE, WhatsApp, Messenger зэрэг мессежийн аппликейшн ашиглан таньдаг хүндээ мессеж, зураг болон дуут мессеж илгээнэ.</w:t>
      </w:r>
    </w:p>
    <w:p w14:paraId="30215C3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Даалгавар 2:</w:t>
      </w:r>
      <w:r w:rsidRPr="00AB46C9">
        <w:rPr>
          <w:rFonts w:eastAsia="Times New Roman" w:cs="Arial"/>
          <w:sz w:val="22"/>
          <w:lang w:val="mn-MN"/>
        </w:rPr>
        <w:br/>
        <w:t>Гэр бүлийн гишүүн эсвэл найзтайгаа өөрийн сонгосон аппликейшн ашиглан видео дуудлага хийнэ.</w:t>
      </w:r>
    </w:p>
    <w:p w14:paraId="0ADBAB16"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Даалгавар 3:</w:t>
      </w:r>
      <w:r w:rsidRPr="00AB46C9">
        <w:rPr>
          <w:rFonts w:eastAsia="Times New Roman" w:cs="Arial"/>
          <w:sz w:val="22"/>
          <w:lang w:val="mn-MN"/>
        </w:rPr>
        <w:br/>
        <w:t>Гэр бүлийн гишүүндээ цахим шуудан илгээнэ. Зураг эсвэл баримт бичиг зэрэг хавсралт нэмж үзээрэй.</w:t>
      </w:r>
    </w:p>
    <w:p w14:paraId="283F1D32"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Даалгавар 4:</w:t>
      </w:r>
      <w:r w:rsidRPr="00AB46C9">
        <w:rPr>
          <w:rFonts w:eastAsia="Times New Roman" w:cs="Arial"/>
          <w:sz w:val="22"/>
          <w:lang w:val="mn-MN"/>
        </w:rPr>
        <w:br/>
        <w:t>YouTube-ээс өөрийн сонирхдог видео үзнэ. Хүсвэл эерэг сэтгэгдэл үлдээнэ.</w:t>
      </w:r>
    </w:p>
    <w:p w14:paraId="184FD57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Даалгавар 5:</w:t>
      </w:r>
      <w:r w:rsidRPr="00AB46C9">
        <w:rPr>
          <w:rFonts w:eastAsia="Times New Roman" w:cs="Arial"/>
          <w:sz w:val="22"/>
          <w:lang w:val="mn-MN"/>
        </w:rPr>
        <w:br/>
        <w:t xml:space="preserve">Өгүүлбэрийн аргыг ашиглан хүчтэй нууц үг үүсгэнэ. Нууц үгээ аюулгүй хадгалж, түүнээрээ нэвтэрч үзнэ. </w:t>
      </w:r>
    </w:p>
    <w:p w14:paraId="4E792B96"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5E0381A2"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2F0A37D"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570EE649"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73466489"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029A5E37"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F8A52AA"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48FF02D2"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3C7801B"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52287176"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9B9D122"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7B38B229"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FCD16B6"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47CB7B60"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5CC9BA2D"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6B7102D6"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708A946B" w14:textId="77777777" w:rsidR="00AF0109" w:rsidRPr="00AB46C9" w:rsidRDefault="00AF0109" w:rsidP="005028FE">
      <w:pPr>
        <w:spacing w:before="100" w:beforeAutospacing="1" w:after="100" w:afterAutospacing="1" w:line="240" w:lineRule="auto"/>
        <w:rPr>
          <w:rFonts w:eastAsia="Times New Roman" w:cs="Arial"/>
          <w:sz w:val="22"/>
          <w:lang w:val="mn-MN"/>
        </w:rPr>
      </w:pPr>
    </w:p>
    <w:p w14:paraId="23074E1B" w14:textId="411AB70A" w:rsidR="00D721E2" w:rsidRPr="00AB46C9" w:rsidRDefault="00D721E2" w:rsidP="00D721E2">
      <w:pPr>
        <w:spacing w:before="100" w:beforeAutospacing="1" w:after="100" w:afterAutospacing="1" w:line="240" w:lineRule="auto"/>
        <w:jc w:val="center"/>
        <w:rPr>
          <w:rFonts w:eastAsia="Times New Roman" w:cs="Arial"/>
          <w:b/>
          <w:bCs/>
          <w:sz w:val="22"/>
          <w:lang w:val="mn-MN"/>
        </w:rPr>
      </w:pPr>
      <w:r w:rsidRPr="00AB46C9">
        <w:rPr>
          <w:rFonts w:eastAsia="Times New Roman" w:cs="Arial"/>
          <w:b/>
          <w:bCs/>
          <w:sz w:val="22"/>
          <w:lang w:val="mn-MN"/>
        </w:rPr>
        <w:t>Баяр хүргэе!</w:t>
      </w:r>
    </w:p>
    <w:p w14:paraId="3B702965" w14:textId="029180D0"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дараах зүйлсийг сурлаа:</w:t>
      </w:r>
    </w:p>
    <w:p w14:paraId="58F0D8D6" w14:textId="77777777" w:rsidR="005028FE" w:rsidRPr="00AB46C9" w:rsidRDefault="005028FE">
      <w:pPr>
        <w:numPr>
          <w:ilvl w:val="0"/>
          <w:numId w:val="5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 илгээх болон видео дуудлага хийх </w:t>
      </w:r>
    </w:p>
    <w:p w14:paraId="2ABB7F15" w14:textId="77777777" w:rsidR="005028FE" w:rsidRPr="00AB46C9" w:rsidRDefault="005028FE">
      <w:pPr>
        <w:numPr>
          <w:ilvl w:val="0"/>
          <w:numId w:val="5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 орчинд аюулгүй, хүндэтгэлтэй байх </w:t>
      </w:r>
    </w:p>
    <w:p w14:paraId="76070D56" w14:textId="77777777" w:rsidR="005028FE" w:rsidRPr="00AB46C9" w:rsidRDefault="005028FE">
      <w:pPr>
        <w:numPr>
          <w:ilvl w:val="0"/>
          <w:numId w:val="5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 ашиглаж, файл хавсаргах </w:t>
      </w:r>
    </w:p>
    <w:p w14:paraId="07978BBD" w14:textId="77777777" w:rsidR="005028FE" w:rsidRPr="00AB46C9" w:rsidRDefault="005028FE">
      <w:pPr>
        <w:numPr>
          <w:ilvl w:val="0"/>
          <w:numId w:val="5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Хүчтэй нууц үг үүсгэж, хувийн мэдээллээ хамгаалах </w:t>
      </w:r>
    </w:p>
    <w:p w14:paraId="5BD88FED" w14:textId="77777777" w:rsidR="005028FE" w:rsidRPr="00AB46C9" w:rsidRDefault="005028FE">
      <w:pPr>
        <w:numPr>
          <w:ilvl w:val="0"/>
          <w:numId w:val="5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 судлан ашиглах </w:t>
      </w:r>
    </w:p>
    <w:p w14:paraId="5A1E5994" w14:textId="77777777" w:rsidR="00AF0109" w:rsidRPr="00AB46C9" w:rsidRDefault="00AF0109" w:rsidP="00D721E2">
      <w:pPr>
        <w:spacing w:before="100" w:beforeAutospacing="1" w:after="100" w:afterAutospacing="1" w:line="240" w:lineRule="auto"/>
        <w:rPr>
          <w:rFonts w:eastAsia="Times New Roman" w:cs="Arial"/>
          <w:sz w:val="22"/>
          <w:lang w:val="mn-MN"/>
        </w:rPr>
      </w:pPr>
    </w:p>
    <w:p w14:paraId="7D04F140" w14:textId="0F6CC06A" w:rsidR="00D721E2" w:rsidRPr="00AB46C9" w:rsidRDefault="00D721E2" w:rsidP="00D721E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Шинэ зүйл сурахад цаг хугацаа хэрэгтэй. Алдаа гаргах нь хэвийн. Үргэлжлүүлэн дадлага хийж, итгэдэг хүнээсээ тусламж авч, цахим ертөнцийг өөртөө итгэлтэйгээр ашиглаарай!</w:t>
      </w:r>
    </w:p>
    <w:p w14:paraId="3D58F67C"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359472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E76354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DB28E35"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9F3737E"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2490BED"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36AD3900"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BD785CD"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3388E230"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C273F8F"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BBFA6A7"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4F3E7E3"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C751A26"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300BC1E"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4967EC10"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22A489EE"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0DAE59CF"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56A3587B"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619C9862" w14:textId="77777777" w:rsidR="00AF0109" w:rsidRPr="00AB46C9" w:rsidRDefault="00AF0109" w:rsidP="005028FE">
      <w:pPr>
        <w:spacing w:before="100" w:beforeAutospacing="1" w:after="100" w:afterAutospacing="1" w:line="240" w:lineRule="auto"/>
        <w:outlineLvl w:val="2"/>
        <w:rPr>
          <w:rFonts w:eastAsia="Times New Roman" w:cs="Arial"/>
          <w:b/>
          <w:bCs/>
          <w:sz w:val="22"/>
          <w:lang w:val="mn-MN"/>
        </w:rPr>
      </w:pPr>
    </w:p>
    <w:p w14:paraId="1E164EC4" w14:textId="5386489D" w:rsidR="005028FE" w:rsidRPr="00AB46C9" w:rsidRDefault="005028FE" w:rsidP="005028F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Төхөөрөмжөө хялбар, аюулгүй ашиглах 9 зөвлөмж</w:t>
      </w:r>
    </w:p>
    <w:p w14:paraId="1B936109" w14:textId="4126A63A" w:rsidR="00D721E2" w:rsidRPr="00AB46C9" w:rsidRDefault="00D721E2" w:rsidP="005028FE">
      <w:pPr>
        <w:spacing w:before="100" w:beforeAutospacing="1" w:after="100" w:afterAutospacing="1" w:line="240" w:lineRule="auto"/>
        <w:outlineLvl w:val="2"/>
        <w:rPr>
          <w:rFonts w:eastAsia="Times New Roman" w:cs="Arial"/>
          <w:b/>
          <w:bCs/>
          <w:sz w:val="22"/>
          <w:lang w:val="mn-MN"/>
        </w:rPr>
      </w:pPr>
      <w:r w:rsidRPr="00AB46C9">
        <w:rPr>
          <w:rFonts w:cs="Arial"/>
          <w:sz w:val="22"/>
          <w:lang w:val="mn-MN"/>
        </w:rPr>
        <w:t xml:space="preserve">Эдгээр энгийн зөвлөмжүүд нь </w:t>
      </w:r>
      <w:r w:rsidRPr="00AB46C9">
        <w:rPr>
          <w:rStyle w:val="Strong"/>
          <w:rFonts w:cs="Arial"/>
          <w:b w:val="0"/>
          <w:bCs w:val="0"/>
          <w:sz w:val="22"/>
          <w:lang w:val="mn-MN"/>
        </w:rPr>
        <w:t>утас, таблетыг илүү хялбар, аюулгүй, таатай ашиглахад</w:t>
      </w:r>
      <w:r w:rsidRPr="00AB46C9">
        <w:rPr>
          <w:rFonts w:cs="Arial"/>
          <w:sz w:val="22"/>
          <w:lang w:val="mn-MN"/>
        </w:rPr>
        <w:t xml:space="preserve"> тань тусална.</w:t>
      </w:r>
    </w:p>
    <w:p w14:paraId="58D87C9C"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 Уншихад хялбар болгохын тулд үсгийн хэмжээг томруулах</w:t>
      </w:r>
    </w:p>
    <w:p w14:paraId="34D9041E" w14:textId="739DBC66" w:rsidR="00AF0109" w:rsidRPr="00AB46C9" w:rsidRDefault="00AF0109"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04314A7C" w14:textId="4F8ED04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Жижиг үсэг нь ялангуяа мессеж болон сошиал медиад уншихад хүндрэлтэй байж болно.</w:t>
      </w:r>
    </w:p>
    <w:p w14:paraId="15C0C182" w14:textId="6C601AF4" w:rsidR="00AF0109" w:rsidRPr="00AB46C9" w:rsidRDefault="00AF0109"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Юу хийх вэ?</w:t>
      </w:r>
    </w:p>
    <w:p w14:paraId="72033A68" w14:textId="4C3793DD" w:rsidR="005028FE" w:rsidRPr="00AB46C9" w:rsidRDefault="005028FE">
      <w:pPr>
        <w:numPr>
          <w:ilvl w:val="0"/>
          <w:numId w:val="5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Android: Settings → Display → Font Size </w:t>
      </w:r>
      <w:r w:rsidR="00AF0109" w:rsidRPr="00AB46C9">
        <w:rPr>
          <w:rFonts w:eastAsia="Times New Roman" w:cs="Arial"/>
          <w:sz w:val="22"/>
          <w:lang w:val="mn-MN"/>
        </w:rPr>
        <w:t xml:space="preserve">– томруулах </w:t>
      </w:r>
    </w:p>
    <w:p w14:paraId="00E48CF0" w14:textId="471B302E" w:rsidR="005028FE" w:rsidRPr="00AB46C9" w:rsidRDefault="005028FE">
      <w:pPr>
        <w:numPr>
          <w:ilvl w:val="0"/>
          <w:numId w:val="5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iPhone: Settings → Display &amp; Brightness → Text Size </w:t>
      </w:r>
      <w:r w:rsidR="00AF0109" w:rsidRPr="00AB46C9">
        <w:rPr>
          <w:rFonts w:eastAsia="Times New Roman" w:cs="Arial"/>
          <w:sz w:val="22"/>
          <w:lang w:val="mn-MN"/>
        </w:rPr>
        <w:t xml:space="preserve"> – томруулах</w:t>
      </w:r>
    </w:p>
    <w:p w14:paraId="5AFF8F0E" w14:textId="17E2D688" w:rsidR="005028FE" w:rsidRPr="00AB46C9" w:rsidRDefault="005028FE" w:rsidP="005028F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2. Бичихийн оронд дуут мессеж ашиглах</w:t>
      </w:r>
    </w:p>
    <w:p w14:paraId="11EE8DBC"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191FEAF3"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Бичихэд хэцүү эсвэл ядраадаг бол дуут мессеж илгээх нь илүү хурдан, хялбар.</w:t>
      </w:r>
    </w:p>
    <w:p w14:paraId="4C75C5D4"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Юу хийх вэ?</w:t>
      </w:r>
    </w:p>
    <w:p w14:paraId="78852991" w14:textId="3CD10CAF"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WhatsApp, LINE, Messenger зэрэгт микрофоны дүрсийг удаан дарж мессежээ бичнэ.</w:t>
      </w:r>
    </w:p>
    <w:p w14:paraId="27988FD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3. Wi-Fi ашиглан мобайл датагаа хэмнэх</w:t>
      </w:r>
    </w:p>
    <w:p w14:paraId="0C23B8D9"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22D3282A" w14:textId="07C00D76"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Видео үзэх болон видео дуудлага хийхэд их хэмжээний дата зарцуулж, нэмэлт төлбөр гарах боломжтой.</w:t>
      </w:r>
    </w:p>
    <w:p w14:paraId="19B88CCE"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Интернет ашиглахаасаа өмнө гэр, кафе, номын сан, олон нийтийн төв зэрэгт Wi-Fi сүлжээнд холбогдоорой. </w:t>
      </w:r>
    </w:p>
    <w:p w14:paraId="1251F89E"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4E55014F"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223AD033"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73B9AEF6"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2633E676"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653F6378"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347685B5"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53126412"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2B57322D"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0A40155F" w14:textId="77777777" w:rsidR="00AF0109" w:rsidRPr="00AB46C9" w:rsidRDefault="00AF0109" w:rsidP="005028FE">
      <w:pPr>
        <w:spacing w:before="100" w:beforeAutospacing="1" w:after="100" w:afterAutospacing="1" w:line="240" w:lineRule="auto"/>
        <w:rPr>
          <w:rFonts w:eastAsia="Times New Roman" w:cs="Arial"/>
          <w:b/>
          <w:bCs/>
          <w:sz w:val="22"/>
          <w:lang w:val="mn-MN"/>
        </w:rPr>
      </w:pPr>
    </w:p>
    <w:p w14:paraId="59BAA3A0" w14:textId="4B2CA198"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4. </w:t>
      </w:r>
      <w:r w:rsidR="00D721E2" w:rsidRPr="00AB46C9">
        <w:rPr>
          <w:rFonts w:eastAsia="Times New Roman" w:cs="Arial"/>
          <w:b/>
          <w:bCs/>
          <w:sz w:val="22"/>
          <w:lang w:val="mn-MN"/>
        </w:rPr>
        <w:t xml:space="preserve">Залилан </w:t>
      </w:r>
      <w:r w:rsidRPr="00AB46C9">
        <w:rPr>
          <w:rFonts w:eastAsia="Times New Roman" w:cs="Arial"/>
          <w:b/>
          <w:bCs/>
          <w:sz w:val="22"/>
          <w:lang w:val="mn-MN"/>
        </w:rPr>
        <w:t>болон хуурамч мессежээс болгоомжлох</w:t>
      </w:r>
    </w:p>
    <w:p w14:paraId="6133A937"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68241DB2" w14:textId="51771900" w:rsidR="005028FE" w:rsidRPr="00AB46C9" w:rsidRDefault="00D721E2"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Залилан хийгчид нь </w:t>
      </w:r>
      <w:r w:rsidR="005028FE" w:rsidRPr="00AB46C9">
        <w:rPr>
          <w:rFonts w:eastAsia="Times New Roman" w:cs="Arial"/>
          <w:sz w:val="22"/>
          <w:lang w:val="mn-MN"/>
        </w:rPr>
        <w:t>банк, хамаатан садан эсвэл шагналын санал мэтээр дүр эсгэн мессеж илгээж болно.</w:t>
      </w:r>
    </w:p>
    <w:p w14:paraId="1CB23260"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Юу хийх вэ?</w:t>
      </w:r>
    </w:p>
    <w:p w14:paraId="4C941712" w14:textId="77777777" w:rsidR="005028FE" w:rsidRPr="00AB46C9" w:rsidRDefault="005028FE">
      <w:pPr>
        <w:numPr>
          <w:ilvl w:val="0"/>
          <w:numId w:val="5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Танихгүй дугаар, бүртгэлээс ирсэн холбоос дээр бүү дар. </w:t>
      </w:r>
    </w:p>
    <w:p w14:paraId="6845EC79" w14:textId="77777777" w:rsidR="005028FE" w:rsidRPr="00AB46C9" w:rsidRDefault="005028FE">
      <w:pPr>
        <w:numPr>
          <w:ilvl w:val="0"/>
          <w:numId w:val="5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 мөнгө нэхвэл эхлээд утсаар холбогдож шалга. </w:t>
      </w:r>
    </w:p>
    <w:p w14:paraId="5D8DBD1D" w14:textId="77777777" w:rsidR="005028FE" w:rsidRPr="00AB46C9" w:rsidRDefault="005028FE">
      <w:pPr>
        <w:numPr>
          <w:ilvl w:val="0"/>
          <w:numId w:val="5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Мэдээ, урамшууллын талаар албан ёсны вэб сайтаас шалга. </w:t>
      </w:r>
    </w:p>
    <w:p w14:paraId="48324FDB" w14:textId="77777777" w:rsidR="00D721E2" w:rsidRPr="00AB46C9" w:rsidRDefault="00D721E2" w:rsidP="00D721E2">
      <w:pPr>
        <w:spacing w:before="100" w:beforeAutospacing="1" w:after="100" w:afterAutospacing="1" w:line="240" w:lineRule="auto"/>
        <w:ind w:left="720"/>
        <w:rPr>
          <w:rFonts w:eastAsia="Times New Roman" w:cs="Arial"/>
          <w:sz w:val="22"/>
          <w:lang w:val="mn-MN"/>
        </w:rPr>
      </w:pPr>
    </w:p>
    <w:p w14:paraId="219CF59A" w14:textId="74BF7FD3"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5. </w:t>
      </w:r>
      <w:r w:rsidR="00A506B4" w:rsidRPr="00AB46C9">
        <w:rPr>
          <w:rFonts w:eastAsia="Times New Roman" w:cs="Arial"/>
          <w:b/>
          <w:bCs/>
          <w:sz w:val="22"/>
          <w:lang w:val="mn-MN"/>
        </w:rPr>
        <w:t>А</w:t>
      </w:r>
      <w:r w:rsidRPr="00AB46C9">
        <w:rPr>
          <w:rFonts w:eastAsia="Times New Roman" w:cs="Arial"/>
          <w:b/>
          <w:bCs/>
          <w:sz w:val="22"/>
          <w:lang w:val="mn-MN"/>
        </w:rPr>
        <w:t>юулгүй байдл</w:t>
      </w:r>
      <w:r w:rsidR="00A506B4" w:rsidRPr="00AB46C9">
        <w:rPr>
          <w:rFonts w:eastAsia="Times New Roman" w:cs="Arial"/>
          <w:b/>
          <w:bCs/>
          <w:sz w:val="22"/>
          <w:lang w:val="mn-MN"/>
        </w:rPr>
        <w:t>аа илүү хадгалахы</w:t>
      </w:r>
      <w:r w:rsidRPr="00AB46C9">
        <w:rPr>
          <w:rFonts w:eastAsia="Times New Roman" w:cs="Arial"/>
          <w:b/>
          <w:bCs/>
          <w:sz w:val="22"/>
          <w:lang w:val="mn-MN"/>
        </w:rPr>
        <w:t>н тулд нууцлалын тохиргоогоо өөрчлөх</w:t>
      </w:r>
    </w:p>
    <w:p w14:paraId="2B98634A"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1D86D649" w14:textId="15EF9CAB"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Таны нийтлэлийг хэн харах, хэн тантай холбогдохыг хянах боломжтой.</w:t>
      </w:r>
    </w:p>
    <w:p w14:paraId="10E615F2"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Юу хийх вэ?</w:t>
      </w:r>
    </w:p>
    <w:p w14:paraId="58D770FB" w14:textId="10660718" w:rsidR="005028FE" w:rsidRPr="00AB46C9" w:rsidRDefault="005028FE" w:rsidP="00AF0109">
      <w:pPr>
        <w:pStyle w:val="ListParagraph"/>
        <w:numPr>
          <w:ilvl w:val="0"/>
          <w:numId w:val="1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Facebook, Instagram, WhatsApp дээр:</w:t>
      </w:r>
      <w:r w:rsidR="00AF0109" w:rsidRPr="00AB46C9">
        <w:rPr>
          <w:rFonts w:eastAsia="Times New Roman" w:cs="Arial"/>
          <w:sz w:val="22"/>
          <w:lang w:val="mn-MN"/>
        </w:rPr>
        <w:t xml:space="preserve"> </w:t>
      </w:r>
      <w:r w:rsidRPr="00AB46C9">
        <w:rPr>
          <w:rFonts w:eastAsia="Times New Roman" w:cs="Arial"/>
          <w:sz w:val="22"/>
          <w:lang w:val="mn-MN"/>
        </w:rPr>
        <w:t>Settings → Privacy</w:t>
      </w:r>
    </w:p>
    <w:p w14:paraId="5C162B71" w14:textId="77777777" w:rsidR="005028FE" w:rsidRPr="00AB46C9" w:rsidRDefault="005028FE" w:rsidP="00AF0109">
      <w:pPr>
        <w:pStyle w:val="ListParagraph"/>
        <w:numPr>
          <w:ilvl w:val="0"/>
          <w:numId w:val="14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Нийтлэл оруулахдаа Friends only (Зөвхөн найзууд) сонголтыг Public (Нийтийн) оронд ашиглаж болно.</w:t>
      </w:r>
    </w:p>
    <w:p w14:paraId="598D7B3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6. Өдөрт хэрэглэх дэлгэцийн хугацаанд хязгаар тогтоох</w:t>
      </w:r>
    </w:p>
    <w:p w14:paraId="663DCEA7"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23BD0623" w14:textId="1025E1E1"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Дэлгэцийг хэт удаан харах нь нүд ядрах, хөдөлгөөний идэвх буурахад хүргэдэг.</w:t>
      </w:r>
    </w:p>
    <w:p w14:paraId="25A12AAF" w14:textId="77777777" w:rsidR="005028FE" w:rsidRPr="00AB46C9" w:rsidRDefault="005028FE">
      <w:pPr>
        <w:numPr>
          <w:ilvl w:val="0"/>
          <w:numId w:val="5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Android: Settings → Digital Wellbeing &amp; Parental Controls </w:t>
      </w:r>
    </w:p>
    <w:p w14:paraId="32EF375E" w14:textId="77777777" w:rsidR="005028FE" w:rsidRPr="00AB46C9" w:rsidRDefault="005028FE">
      <w:pPr>
        <w:numPr>
          <w:ilvl w:val="0"/>
          <w:numId w:val="5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iPhone</w:t>
      </w:r>
      <w:r w:rsidRPr="00AB46C9">
        <w:rPr>
          <w:rFonts w:eastAsia="Times New Roman" w:cs="Arial"/>
          <w:b/>
          <w:bCs/>
          <w:sz w:val="22"/>
          <w:lang w:val="mn-MN"/>
        </w:rPr>
        <w:t>:</w:t>
      </w:r>
      <w:r w:rsidRPr="00AB46C9">
        <w:rPr>
          <w:rFonts w:eastAsia="Times New Roman" w:cs="Arial"/>
          <w:sz w:val="22"/>
          <w:lang w:val="mn-MN"/>
        </w:rPr>
        <w:t xml:space="preserve"> Settings → Screen Time → аппликейшн тус бүрийн хугацааны хязгаар тогтоох </w:t>
      </w:r>
    </w:p>
    <w:p w14:paraId="3D643156"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7F8E81F6"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7F3F5892"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79B387A4"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5EF53CF3"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2CAA97C7" w14:textId="77777777" w:rsidR="00AF0109" w:rsidRPr="00AB46C9" w:rsidRDefault="00AF0109" w:rsidP="00AF0109">
      <w:pPr>
        <w:spacing w:before="100" w:beforeAutospacing="1" w:after="100" w:afterAutospacing="1" w:line="240" w:lineRule="auto"/>
        <w:rPr>
          <w:rFonts w:eastAsia="Times New Roman" w:cs="Arial"/>
          <w:sz w:val="22"/>
          <w:lang w:val="mn-MN"/>
        </w:rPr>
      </w:pPr>
    </w:p>
    <w:p w14:paraId="159800F3"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7. Төхөөрөмжөө аюулгүй байлгах</w:t>
      </w:r>
    </w:p>
    <w:p w14:paraId="1034F4A6"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0369155D" w14:textId="6C2DDA65"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Таны утсанд хэтэвчтэй адил хувийн мэдээлэл хадгалагддаг.</w:t>
      </w:r>
    </w:p>
    <w:p w14:paraId="71655544"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хамгаалах вэ?</w:t>
      </w:r>
    </w:p>
    <w:p w14:paraId="578512A7" w14:textId="77777777" w:rsidR="005028FE" w:rsidRPr="00AB46C9" w:rsidRDefault="005028FE">
      <w:pPr>
        <w:numPr>
          <w:ilvl w:val="0"/>
          <w:numId w:val="5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PIN код, нууц үг эсвэл хурууны хээний түгжээ ашиглана. </w:t>
      </w:r>
    </w:p>
    <w:p w14:paraId="272981BD" w14:textId="77777777" w:rsidR="005028FE" w:rsidRPr="00AB46C9" w:rsidRDefault="005028FE">
      <w:pPr>
        <w:numPr>
          <w:ilvl w:val="0"/>
          <w:numId w:val="5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Бүх аппликейшнд ижил нууц үг бүү ашигла. </w:t>
      </w:r>
    </w:p>
    <w:p w14:paraId="7E62E6CE" w14:textId="77777777" w:rsidR="005028FE" w:rsidRPr="00AB46C9" w:rsidRDefault="005028FE">
      <w:pPr>
        <w:numPr>
          <w:ilvl w:val="0"/>
          <w:numId w:val="5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Аюулгүй байдлыг сайжруулахын тулд аппликейшнүүдээ тогтмол шинэчил. </w:t>
      </w:r>
    </w:p>
    <w:p w14:paraId="333D610D"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8. Онлайн орчинд эелдэг, хүндэтгэлтэй байх</w:t>
      </w:r>
    </w:p>
    <w:p w14:paraId="074DECF8" w14:textId="77777777" w:rsidR="00AF0109" w:rsidRPr="00AB46C9" w:rsidRDefault="00AF0109" w:rsidP="00AF0109">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Яагаад?</w:t>
      </w:r>
    </w:p>
    <w:p w14:paraId="54C0FF12" w14:textId="5A9A4D22"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Онлайнд зөв харилцах нь бодит амьдралд зөв харилцахтай адил чухал.</w:t>
      </w:r>
    </w:p>
    <w:p w14:paraId="0B063D18" w14:textId="77777777" w:rsidR="005028FE" w:rsidRPr="00AB46C9" w:rsidRDefault="005028FE" w:rsidP="005028F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Онлайнд зөв харилцах зөвлөмж:</w:t>
      </w:r>
    </w:p>
    <w:p w14:paraId="0962763F" w14:textId="7197B26B" w:rsidR="005028FE" w:rsidRPr="00AB46C9" w:rsidRDefault="005028FE">
      <w:pPr>
        <w:numPr>
          <w:ilvl w:val="0"/>
          <w:numId w:val="5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Мессеждээ “баярлалаа” гэх мэт эелдэг үг хэрэглэ. </w:t>
      </w:r>
    </w:p>
    <w:p w14:paraId="215F0F07" w14:textId="77777777" w:rsidR="005028FE" w:rsidRPr="00AB46C9" w:rsidRDefault="005028FE">
      <w:pPr>
        <w:numPr>
          <w:ilvl w:val="0"/>
          <w:numId w:val="5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Маргалдахаас зайлсхий. Санал нийлэхгүй байсан ч тайван, хүндэтгэлтэй бай. </w:t>
      </w:r>
    </w:p>
    <w:p w14:paraId="3BA7FA3E" w14:textId="77777777" w:rsidR="000B7D44" w:rsidRPr="00AB46C9" w:rsidRDefault="005028FE" w:rsidP="000B7D44">
      <w:pPr>
        <w:numPr>
          <w:ilvl w:val="0"/>
          <w:numId w:val="5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Уншсан бүх зүйлдээ шууд итгэх, хуваалцах хэрэггүй — эх сурвалжийг нь эхлээд шалга. </w:t>
      </w:r>
    </w:p>
    <w:p w14:paraId="4D232B3F"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5FDB1C3F"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2E3A14FE"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1EF85644"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2FD4D569"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4D14B2F6"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76AA8EED"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34E53231"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7988F7D0"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59C7FE31"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18AF3058"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57A93ABE"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27044D54"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7788AF66" w14:textId="77777777" w:rsidR="00AF0109" w:rsidRPr="00AB46C9" w:rsidRDefault="00AF0109" w:rsidP="000B7D44">
      <w:pPr>
        <w:spacing w:before="100" w:beforeAutospacing="1" w:after="100" w:afterAutospacing="1" w:line="240" w:lineRule="auto"/>
        <w:rPr>
          <w:rFonts w:eastAsia="Times New Roman" w:cs="Arial"/>
          <w:b/>
          <w:bCs/>
          <w:sz w:val="22"/>
          <w:lang w:val="mn-MN"/>
        </w:rPr>
      </w:pPr>
    </w:p>
    <w:p w14:paraId="626DE347" w14:textId="6B174A42" w:rsidR="00A506B4" w:rsidRPr="00AB46C9" w:rsidRDefault="00AF0109" w:rsidP="000B7D4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9. </w:t>
      </w:r>
      <w:r w:rsidR="00A506B4" w:rsidRPr="00AB46C9">
        <w:rPr>
          <w:rFonts w:eastAsia="Times New Roman" w:cs="Arial"/>
          <w:b/>
          <w:bCs/>
          <w:sz w:val="22"/>
          <w:lang w:val="mn-MN"/>
        </w:rPr>
        <w:t>Өөрийн хэрэгцээнд тохирсон чихэвч сонгох</w:t>
      </w:r>
    </w:p>
    <w:p w14:paraId="2CB5136E" w14:textId="77777777" w:rsidR="00A506B4" w:rsidRPr="00AB46C9" w:rsidRDefault="00A506B4" w:rsidP="00A506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w:t>
      </w:r>
    </w:p>
    <w:p w14:paraId="09FC6C9D" w14:textId="33DF729E" w:rsidR="00AF0109" w:rsidRPr="00AB46C9" w:rsidRDefault="00A506B4" w:rsidP="00A506B4">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Чихэвч ашигласнаар видео үзэх, дуудлага хийх болон онлайнаар суралцах үед илүү тухтай, таатай байх боломжтой.</w:t>
      </w:r>
    </w:p>
    <w:p w14:paraId="426E3B22" w14:textId="1499999E" w:rsidR="00A506B4" w:rsidRPr="00AB46C9" w:rsidRDefault="00A506B4" w:rsidP="00A506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Анхаарч үзэх чихэвчний төрлүүд:</w:t>
      </w:r>
    </w:p>
    <w:p w14:paraId="19DF561B" w14:textId="77777777" w:rsidR="00A506B4" w:rsidRPr="00AB46C9" w:rsidRDefault="00A506B4">
      <w:pPr>
        <w:numPr>
          <w:ilvl w:val="0"/>
          <w:numId w:val="60"/>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Видео дуудлага:</w:t>
      </w:r>
      <w:r w:rsidRPr="00AB46C9">
        <w:rPr>
          <w:rFonts w:eastAsia="Times New Roman" w:cs="Arial"/>
          <w:sz w:val="22"/>
          <w:lang w:val="mn-MN"/>
        </w:rPr>
        <w:t xml:space="preserve"> Микрофонтой чихэвч (утастай эсвэл утасгүй) </w:t>
      </w:r>
    </w:p>
    <w:p w14:paraId="27F6F99D" w14:textId="77777777" w:rsidR="00A506B4" w:rsidRPr="00AB46C9" w:rsidRDefault="00A506B4">
      <w:pPr>
        <w:numPr>
          <w:ilvl w:val="0"/>
          <w:numId w:val="60"/>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Хөгжим сонсох:</w:t>
      </w:r>
      <w:r w:rsidRPr="00AB46C9">
        <w:rPr>
          <w:rFonts w:eastAsia="Times New Roman" w:cs="Arial"/>
          <w:sz w:val="22"/>
          <w:lang w:val="mn-MN"/>
        </w:rPr>
        <w:t xml:space="preserve"> Дууны чанар сайтай, чихийг бүрэн бүрхдэг чихэвч </w:t>
      </w:r>
    </w:p>
    <w:p w14:paraId="48D2D187" w14:textId="77777777" w:rsidR="00A506B4" w:rsidRPr="00AB46C9" w:rsidRDefault="00A506B4">
      <w:pPr>
        <w:numPr>
          <w:ilvl w:val="0"/>
          <w:numId w:val="60"/>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Алхах, хөдөлгөөн хийх:</w:t>
      </w:r>
      <w:r w:rsidRPr="00AB46C9">
        <w:rPr>
          <w:rFonts w:eastAsia="Times New Roman" w:cs="Arial"/>
          <w:sz w:val="22"/>
          <w:lang w:val="mn-MN"/>
        </w:rPr>
        <w:t xml:space="preserve"> Утасгүй жижиг чихэвч </w:t>
      </w:r>
    </w:p>
    <w:p w14:paraId="5ABD0B8C" w14:textId="77777777" w:rsidR="00A506B4" w:rsidRPr="00AB46C9" w:rsidRDefault="00A506B4">
      <w:pPr>
        <w:numPr>
          <w:ilvl w:val="0"/>
          <w:numId w:val="60"/>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Сонсголын дэмжлэг:</w:t>
      </w:r>
      <w:r w:rsidRPr="00AB46C9">
        <w:rPr>
          <w:rFonts w:eastAsia="Times New Roman" w:cs="Arial"/>
          <w:sz w:val="22"/>
          <w:lang w:val="mn-MN"/>
        </w:rPr>
        <w:t xml:space="preserve"> Дуу чимээг дарах зориулалттай чихэвч </w:t>
      </w:r>
    </w:p>
    <w:p w14:paraId="2170DC18" w14:textId="77777777" w:rsidR="00A506B4" w:rsidRPr="00AB46C9" w:rsidRDefault="00A506B4" w:rsidP="00A506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Ахмад настанд тохиромжтой чихэвч сонгох зөвлөмж:</w:t>
      </w:r>
    </w:p>
    <w:p w14:paraId="01B83D38" w14:textId="77777777" w:rsidR="00A506B4" w:rsidRPr="00AB46C9" w:rsidRDefault="00A506B4">
      <w:pPr>
        <w:numPr>
          <w:ilvl w:val="0"/>
          <w:numId w:val="6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Сонсголын бэрхшээлтэй бол дууны түвшинг тохируулах боломжтой эсвэл суурилуулсан өсгөгчтэй чихэвч сонгоорой. </w:t>
      </w:r>
    </w:p>
    <w:p w14:paraId="14113F2D" w14:textId="77777777" w:rsidR="00A506B4" w:rsidRPr="00AB46C9" w:rsidRDefault="00A506B4">
      <w:pPr>
        <w:numPr>
          <w:ilvl w:val="0"/>
          <w:numId w:val="6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Хялбар ашиглахын тулд утастай чихэвч тохиромжтой — залгаад шууд ашиглана. </w:t>
      </w:r>
    </w:p>
    <w:p w14:paraId="74B14CCE" w14:textId="77777777" w:rsidR="00A506B4" w:rsidRPr="00AB46C9" w:rsidRDefault="00A506B4">
      <w:pPr>
        <w:numPr>
          <w:ilvl w:val="0"/>
          <w:numId w:val="6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Утасгүй (Bluetooth) чихэвч нь чөлөөтэй хөдөлгөөн хийх боломжийг олгодог. </w:t>
      </w:r>
    </w:p>
    <w:p w14:paraId="50DC792A" w14:textId="77777777" w:rsidR="00A506B4" w:rsidRPr="00AB46C9" w:rsidRDefault="00A506B4">
      <w:pPr>
        <w:numPr>
          <w:ilvl w:val="0"/>
          <w:numId w:val="6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Ялангуяа удаан хугацаагаар ашиглах бол хөнгөн, биед эвтэйхэн чихэвч сонгоорой. </w:t>
      </w:r>
    </w:p>
    <w:p w14:paraId="352123B0" w14:textId="77777777" w:rsidR="00A506B4" w:rsidRPr="00AB46C9" w:rsidRDefault="00A506B4" w:rsidP="00A506B4">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Bluetooth</w:t>
      </w:r>
      <w:r w:rsidRPr="00AB46C9">
        <w:rPr>
          <w:rFonts w:eastAsia="Times New Roman" w:cs="Arial"/>
          <w:sz w:val="22"/>
          <w:lang w:val="mn-MN"/>
        </w:rPr>
        <w:t xml:space="preserve"> гэдэг нь чихэвчийг утасгүйгээр төхөөрөмжтэй холбох технологи юм. Өөрөөр хэлбэл, чихэвчийг төхөөрөмждөө утсаар залгах шаардлагагүй. </w:t>
      </w:r>
    </w:p>
    <w:p w14:paraId="48347C69" w14:textId="77777777" w:rsidR="008309BD" w:rsidRPr="00AB46C9" w:rsidRDefault="008309BD">
      <w:pPr>
        <w:spacing w:after="100"/>
        <w:rPr>
          <w:rFonts w:cs="Arial"/>
          <w:b/>
          <w:bCs/>
          <w:color w:val="17365D" w:themeColor="text2" w:themeShade="BF"/>
          <w:sz w:val="22"/>
          <w:lang w:val="mn-MN"/>
        </w:rPr>
      </w:pPr>
    </w:p>
    <w:p w14:paraId="35FFDB10" w14:textId="77777777" w:rsidR="009C4560" w:rsidRPr="00AB46C9" w:rsidRDefault="009C4560">
      <w:pPr>
        <w:spacing w:after="100"/>
        <w:rPr>
          <w:rFonts w:cs="Arial"/>
          <w:b/>
          <w:bCs/>
          <w:color w:val="17365D" w:themeColor="text2" w:themeShade="BF"/>
          <w:sz w:val="22"/>
          <w:lang w:val="mn-MN"/>
        </w:rPr>
      </w:pPr>
    </w:p>
    <w:p w14:paraId="5FD2CE69" w14:textId="77777777" w:rsidR="009C4560" w:rsidRPr="00AB46C9" w:rsidRDefault="009C4560">
      <w:pPr>
        <w:spacing w:after="100"/>
        <w:rPr>
          <w:rFonts w:cs="Arial"/>
          <w:b/>
          <w:bCs/>
          <w:color w:val="17365D" w:themeColor="text2" w:themeShade="BF"/>
          <w:sz w:val="22"/>
          <w:lang w:val="mn-MN"/>
        </w:rPr>
      </w:pPr>
    </w:p>
    <w:p w14:paraId="46EA0A93" w14:textId="77777777" w:rsidR="009C4560" w:rsidRPr="00AB46C9" w:rsidRDefault="009C4560">
      <w:pPr>
        <w:spacing w:after="100"/>
        <w:rPr>
          <w:rFonts w:cs="Arial"/>
          <w:b/>
          <w:bCs/>
          <w:color w:val="17365D" w:themeColor="text2" w:themeShade="BF"/>
          <w:sz w:val="22"/>
          <w:lang w:val="mn-MN"/>
        </w:rPr>
      </w:pPr>
    </w:p>
    <w:p w14:paraId="139618D1" w14:textId="77777777" w:rsidR="009C4560" w:rsidRPr="00AB46C9" w:rsidRDefault="009C4560">
      <w:pPr>
        <w:spacing w:after="100"/>
        <w:rPr>
          <w:rFonts w:cs="Arial"/>
          <w:b/>
          <w:bCs/>
          <w:color w:val="17365D" w:themeColor="text2" w:themeShade="BF"/>
          <w:sz w:val="22"/>
          <w:lang w:val="mn-MN"/>
        </w:rPr>
      </w:pPr>
    </w:p>
    <w:p w14:paraId="1BD6252E" w14:textId="77777777" w:rsidR="009C4560" w:rsidRPr="00AB46C9" w:rsidRDefault="009C4560">
      <w:pPr>
        <w:spacing w:after="100"/>
        <w:rPr>
          <w:rFonts w:cs="Arial"/>
          <w:b/>
          <w:bCs/>
          <w:color w:val="17365D" w:themeColor="text2" w:themeShade="BF"/>
          <w:sz w:val="22"/>
          <w:lang w:val="mn-MN"/>
        </w:rPr>
      </w:pPr>
    </w:p>
    <w:p w14:paraId="68AC5CB3" w14:textId="77777777" w:rsidR="009C4560" w:rsidRPr="00AB46C9" w:rsidRDefault="009C4560">
      <w:pPr>
        <w:spacing w:after="100"/>
        <w:rPr>
          <w:rFonts w:cs="Arial"/>
          <w:b/>
          <w:bCs/>
          <w:color w:val="17365D" w:themeColor="text2" w:themeShade="BF"/>
          <w:sz w:val="22"/>
          <w:lang w:val="mn-MN"/>
        </w:rPr>
      </w:pPr>
    </w:p>
    <w:p w14:paraId="753C5646" w14:textId="77777777" w:rsidR="009C4560" w:rsidRPr="00AB46C9" w:rsidRDefault="009C4560">
      <w:pPr>
        <w:spacing w:after="100"/>
        <w:rPr>
          <w:rFonts w:cs="Arial"/>
          <w:b/>
          <w:bCs/>
          <w:color w:val="17365D" w:themeColor="text2" w:themeShade="BF"/>
          <w:sz w:val="22"/>
          <w:lang w:val="mn-MN"/>
        </w:rPr>
      </w:pPr>
    </w:p>
    <w:p w14:paraId="2F66FB0E" w14:textId="77777777" w:rsidR="009C4560" w:rsidRPr="00AB46C9" w:rsidRDefault="009C4560">
      <w:pPr>
        <w:spacing w:after="100"/>
        <w:rPr>
          <w:rFonts w:cs="Arial"/>
          <w:b/>
          <w:bCs/>
          <w:color w:val="17365D" w:themeColor="text2" w:themeShade="BF"/>
          <w:sz w:val="22"/>
          <w:lang w:val="mn-MN"/>
        </w:rPr>
      </w:pPr>
    </w:p>
    <w:p w14:paraId="27282726" w14:textId="77777777" w:rsidR="009C4560" w:rsidRPr="00AB46C9" w:rsidRDefault="009C4560">
      <w:pPr>
        <w:spacing w:after="100"/>
        <w:rPr>
          <w:rFonts w:cs="Arial"/>
          <w:b/>
          <w:bCs/>
          <w:color w:val="17365D" w:themeColor="text2" w:themeShade="BF"/>
          <w:sz w:val="22"/>
          <w:lang w:val="mn-MN"/>
        </w:rPr>
      </w:pPr>
    </w:p>
    <w:p w14:paraId="2AED2B1C" w14:textId="77777777" w:rsidR="009C4560" w:rsidRPr="00AB46C9" w:rsidRDefault="009C4560">
      <w:pPr>
        <w:spacing w:after="100"/>
        <w:rPr>
          <w:rFonts w:cs="Arial"/>
          <w:b/>
          <w:bCs/>
          <w:color w:val="17365D" w:themeColor="text2" w:themeShade="BF"/>
          <w:sz w:val="22"/>
          <w:lang w:val="mn-MN"/>
        </w:rPr>
      </w:pPr>
    </w:p>
    <w:p w14:paraId="58E5904E" w14:textId="77777777" w:rsidR="009C4560" w:rsidRPr="00AB46C9" w:rsidRDefault="009C4560">
      <w:pPr>
        <w:spacing w:after="100"/>
        <w:rPr>
          <w:rFonts w:cs="Arial"/>
          <w:b/>
          <w:bCs/>
          <w:color w:val="17365D" w:themeColor="text2" w:themeShade="BF"/>
          <w:sz w:val="22"/>
          <w:lang w:val="mn-MN"/>
        </w:rPr>
      </w:pPr>
    </w:p>
    <w:p w14:paraId="516086FD" w14:textId="77777777" w:rsidR="009C4560" w:rsidRPr="00AB46C9" w:rsidRDefault="009C4560">
      <w:pPr>
        <w:spacing w:after="100"/>
        <w:rPr>
          <w:rFonts w:cs="Arial"/>
          <w:b/>
          <w:bCs/>
          <w:color w:val="17365D" w:themeColor="text2" w:themeShade="BF"/>
          <w:sz w:val="22"/>
          <w:lang w:val="mn-MN"/>
        </w:rPr>
      </w:pPr>
    </w:p>
    <w:p w14:paraId="2A5D00BB" w14:textId="77777777" w:rsidR="009C4560" w:rsidRPr="00AB46C9" w:rsidRDefault="009C4560">
      <w:pPr>
        <w:spacing w:after="100"/>
        <w:rPr>
          <w:rFonts w:cs="Arial"/>
          <w:b/>
          <w:bCs/>
          <w:color w:val="17365D" w:themeColor="text2" w:themeShade="BF"/>
          <w:sz w:val="22"/>
          <w:lang w:val="mn-MN"/>
        </w:rPr>
      </w:pPr>
    </w:p>
    <w:p w14:paraId="725CAC0D" w14:textId="77777777" w:rsidR="009C4560" w:rsidRPr="00AB46C9" w:rsidRDefault="009C4560">
      <w:pPr>
        <w:spacing w:after="100"/>
        <w:rPr>
          <w:rFonts w:cs="Arial"/>
          <w:b/>
          <w:bCs/>
          <w:color w:val="17365D" w:themeColor="text2" w:themeShade="BF"/>
          <w:sz w:val="22"/>
          <w:lang w:val="mn-MN"/>
        </w:rPr>
      </w:pPr>
    </w:p>
    <w:p w14:paraId="31C2066A" w14:textId="77777777" w:rsidR="009C4560" w:rsidRPr="00AB46C9" w:rsidRDefault="009C4560">
      <w:pPr>
        <w:spacing w:after="100"/>
        <w:rPr>
          <w:rFonts w:cs="Arial"/>
          <w:b/>
          <w:bCs/>
          <w:color w:val="17365D" w:themeColor="text2" w:themeShade="BF"/>
          <w:sz w:val="22"/>
          <w:lang w:val="mn-MN"/>
        </w:rPr>
      </w:pPr>
    </w:p>
    <w:p w14:paraId="004020A4" w14:textId="77777777" w:rsidR="009C4560" w:rsidRPr="00AB46C9" w:rsidRDefault="009C4560">
      <w:pPr>
        <w:spacing w:after="100"/>
        <w:rPr>
          <w:rFonts w:cs="Arial"/>
          <w:b/>
          <w:bCs/>
          <w:color w:val="17365D" w:themeColor="text2" w:themeShade="BF"/>
          <w:sz w:val="22"/>
          <w:lang w:val="mn-MN"/>
        </w:rPr>
      </w:pPr>
    </w:p>
    <w:p w14:paraId="68E663B9" w14:textId="77777777" w:rsidR="009C4560" w:rsidRPr="00AB46C9" w:rsidRDefault="009C4560">
      <w:pPr>
        <w:spacing w:after="100"/>
        <w:rPr>
          <w:rFonts w:cs="Arial"/>
          <w:b/>
          <w:bCs/>
          <w:color w:val="17365D" w:themeColor="text2" w:themeShade="BF"/>
          <w:sz w:val="22"/>
          <w:lang w:val="mn-MN"/>
        </w:rPr>
      </w:pPr>
    </w:p>
    <w:p w14:paraId="74AF9A26" w14:textId="242E9489" w:rsidR="008309BD" w:rsidRPr="00AB46C9" w:rsidRDefault="008309BD">
      <w:pPr>
        <w:spacing w:after="100"/>
        <w:rPr>
          <w:rFonts w:cs="Arial"/>
          <w:b/>
          <w:bCs/>
          <w:color w:val="17365D" w:themeColor="text2" w:themeShade="BF"/>
          <w:sz w:val="32"/>
          <w:szCs w:val="32"/>
          <w:lang w:val="mn-MN"/>
        </w:rPr>
      </w:pPr>
      <w:r w:rsidRPr="00AB46C9">
        <w:rPr>
          <w:rFonts w:cs="Arial"/>
          <w:b/>
          <w:bCs/>
          <w:color w:val="17365D" w:themeColor="text2" w:themeShade="BF"/>
          <w:sz w:val="32"/>
          <w:szCs w:val="32"/>
          <w:lang w:val="mn-MN"/>
        </w:rPr>
        <w:t>Б</w:t>
      </w:r>
      <w:r w:rsidR="00AF0109" w:rsidRPr="00AB46C9">
        <w:rPr>
          <w:rFonts w:cs="Arial"/>
          <w:b/>
          <w:bCs/>
          <w:color w:val="17365D" w:themeColor="text2" w:themeShade="BF"/>
          <w:sz w:val="32"/>
          <w:szCs w:val="32"/>
          <w:lang w:val="mn-MN"/>
        </w:rPr>
        <w:t xml:space="preserve">ҮЛЭГ </w:t>
      </w:r>
      <w:r w:rsidRPr="00AB46C9">
        <w:rPr>
          <w:rFonts w:cs="Arial"/>
          <w:b/>
          <w:bCs/>
          <w:color w:val="17365D" w:themeColor="text2" w:themeShade="BF"/>
          <w:sz w:val="32"/>
          <w:szCs w:val="32"/>
          <w:lang w:val="mn-MN"/>
        </w:rPr>
        <w:t>3</w:t>
      </w:r>
    </w:p>
    <w:p w14:paraId="58F7DDAA" w14:textId="396A24CF" w:rsidR="008309BD" w:rsidRPr="00AB46C9" w:rsidRDefault="008309BD" w:rsidP="008309BD">
      <w:pPr>
        <w:spacing w:before="100" w:beforeAutospacing="1" w:after="100" w:afterAutospacing="1" w:line="240" w:lineRule="auto"/>
        <w:outlineLvl w:val="1"/>
        <w:rPr>
          <w:rFonts w:cs="Arial"/>
          <w:color w:val="17365D" w:themeColor="text2" w:themeShade="BF"/>
          <w:sz w:val="32"/>
          <w:szCs w:val="32"/>
          <w:lang w:val="mn-MN"/>
        </w:rPr>
      </w:pPr>
      <w:r w:rsidRPr="00AB46C9">
        <w:rPr>
          <w:rFonts w:cs="Arial"/>
          <w:color w:val="17365D" w:themeColor="text2" w:themeShade="BF"/>
          <w:sz w:val="32"/>
          <w:szCs w:val="32"/>
          <w:lang w:val="mn-MN"/>
        </w:rPr>
        <w:t xml:space="preserve">Мэдээллийн </w:t>
      </w:r>
      <w:r w:rsidR="00366999" w:rsidRPr="00AB46C9">
        <w:rPr>
          <w:rFonts w:cs="Arial"/>
          <w:color w:val="17365D" w:themeColor="text2" w:themeShade="BF"/>
          <w:sz w:val="32"/>
          <w:szCs w:val="32"/>
          <w:lang w:val="mn-MN"/>
        </w:rPr>
        <w:t xml:space="preserve">хайх </w:t>
      </w:r>
      <w:r w:rsidRPr="00AB46C9">
        <w:rPr>
          <w:rFonts w:cs="Arial"/>
          <w:color w:val="17365D" w:themeColor="text2" w:themeShade="BF"/>
          <w:sz w:val="32"/>
          <w:szCs w:val="32"/>
          <w:lang w:val="mn-MN"/>
        </w:rPr>
        <w:t>ур чадвар –</w:t>
      </w:r>
      <w:r w:rsidR="00244A98" w:rsidRPr="00AB46C9">
        <w:rPr>
          <w:rFonts w:cs="Arial"/>
          <w:color w:val="17365D" w:themeColor="text2" w:themeShade="BF"/>
          <w:sz w:val="32"/>
          <w:szCs w:val="32"/>
          <w:lang w:val="mn-MN"/>
        </w:rPr>
        <w:t xml:space="preserve"> </w:t>
      </w:r>
      <w:r w:rsidRPr="00AB46C9">
        <w:rPr>
          <w:rFonts w:cs="Arial"/>
          <w:color w:val="17365D" w:themeColor="text2" w:themeShade="BF"/>
          <w:sz w:val="32"/>
          <w:szCs w:val="32"/>
          <w:lang w:val="mn-MN"/>
        </w:rPr>
        <w:t xml:space="preserve">аюулгүй, үр дүнтэй мэдээлэл хайх </w:t>
      </w:r>
    </w:p>
    <w:p w14:paraId="393B2A5A" w14:textId="0E7756DF" w:rsidR="008309BD" w:rsidRPr="00AB46C9" w:rsidRDefault="008309BD" w:rsidP="008309BD">
      <w:pPr>
        <w:pStyle w:val="isselectedend"/>
        <w:rPr>
          <w:rStyle w:val="Strong"/>
          <w:rFonts w:ascii="Arial" w:hAnsi="Arial" w:cs="Arial"/>
          <w:sz w:val="22"/>
          <w:szCs w:val="22"/>
          <w:lang w:val="mn-MN"/>
        </w:rPr>
      </w:pPr>
      <w:r w:rsidRPr="00AB46C9">
        <w:rPr>
          <w:rStyle w:val="Strong"/>
          <w:rFonts w:ascii="Arial" w:hAnsi="Arial" w:cs="Arial"/>
          <w:sz w:val="22"/>
          <w:szCs w:val="22"/>
          <w:lang w:val="mn-MN"/>
        </w:rPr>
        <w:lastRenderedPageBreak/>
        <w:t>Тавтай морил</w:t>
      </w:r>
      <w:r w:rsidR="00AF0109" w:rsidRPr="00AB46C9">
        <w:rPr>
          <w:rStyle w:val="Strong"/>
          <w:rFonts w:ascii="Arial" w:hAnsi="Arial" w:cs="Arial"/>
          <w:sz w:val="22"/>
          <w:szCs w:val="22"/>
          <w:lang w:val="mn-MN"/>
        </w:rPr>
        <w:t>но уу</w:t>
      </w:r>
      <w:r w:rsidRPr="00AB46C9">
        <w:rPr>
          <w:rStyle w:val="Strong"/>
          <w:rFonts w:ascii="Arial" w:hAnsi="Arial" w:cs="Arial"/>
          <w:sz w:val="22"/>
          <w:szCs w:val="22"/>
          <w:lang w:val="mn-MN"/>
        </w:rPr>
        <w:t>!</w:t>
      </w:r>
    </w:p>
    <w:p w14:paraId="601255D8" w14:textId="4C579AB2" w:rsidR="008309BD" w:rsidRPr="00AB46C9" w:rsidRDefault="008309BD" w:rsidP="008309BD">
      <w:pPr>
        <w:pStyle w:val="isselectedend"/>
        <w:rPr>
          <w:rFonts w:ascii="Arial" w:hAnsi="Arial" w:cs="Arial"/>
          <w:sz w:val="22"/>
          <w:szCs w:val="22"/>
          <w:lang w:val="mn-MN"/>
        </w:rPr>
      </w:pPr>
      <w:r w:rsidRPr="00AB46C9">
        <w:rPr>
          <w:rFonts w:ascii="Arial" w:hAnsi="Arial" w:cs="Arial"/>
          <w:sz w:val="22"/>
          <w:szCs w:val="22"/>
          <w:lang w:val="mn-MN"/>
        </w:rPr>
        <w:t>Та гар утас, таблет ашиглан жор хайх, мэдээ мэдээлэл шалгах эсвэл шинэ зүйл сурахыг хүсэж байсан уу?</w:t>
      </w:r>
    </w:p>
    <w:p w14:paraId="3A742D50" w14:textId="77777777" w:rsidR="008309BD" w:rsidRPr="00AB46C9" w:rsidRDefault="008309BD" w:rsidP="008309BD">
      <w:pPr>
        <w:pStyle w:val="NormalWeb"/>
        <w:rPr>
          <w:rFonts w:ascii="Arial" w:hAnsi="Arial" w:cs="Arial"/>
          <w:sz w:val="22"/>
          <w:szCs w:val="22"/>
          <w:lang w:val="mn-MN"/>
        </w:rPr>
      </w:pPr>
      <w:r w:rsidRPr="00AB46C9">
        <w:rPr>
          <w:rFonts w:ascii="Arial" w:hAnsi="Arial" w:cs="Arial"/>
          <w:sz w:val="22"/>
          <w:szCs w:val="22"/>
          <w:lang w:val="mn-MN"/>
        </w:rPr>
        <w:t xml:space="preserve">Энэ хичээлээр та интернэтээс мэдээллийг </w:t>
      </w:r>
      <w:r w:rsidRPr="00AB46C9">
        <w:rPr>
          <w:rStyle w:val="Strong"/>
          <w:rFonts w:ascii="Arial" w:hAnsi="Arial" w:cs="Arial"/>
          <w:b w:val="0"/>
          <w:bCs w:val="0"/>
          <w:sz w:val="22"/>
          <w:szCs w:val="22"/>
          <w:lang w:val="mn-MN"/>
        </w:rPr>
        <w:t>энгийн, аюулгүй, үр дүнтэй</w:t>
      </w:r>
      <w:r w:rsidRPr="00AB46C9">
        <w:rPr>
          <w:rFonts w:ascii="Arial" w:hAnsi="Arial" w:cs="Arial"/>
          <w:sz w:val="22"/>
          <w:szCs w:val="22"/>
          <w:lang w:val="mn-MN"/>
        </w:rPr>
        <w:t xml:space="preserve"> байдлаар хэрхэн хайж олох талаар суралцана.</w:t>
      </w:r>
    </w:p>
    <w:p w14:paraId="73A9819B" w14:textId="77777777" w:rsidR="008309BD" w:rsidRPr="00AB46C9" w:rsidRDefault="008309BD" w:rsidP="008309B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дараах зүйлсийг сурна:</w:t>
      </w:r>
    </w:p>
    <w:p w14:paraId="48DE011B" w14:textId="77777777" w:rsidR="008309BD" w:rsidRPr="00AB46C9" w:rsidRDefault="008309BD">
      <w:pPr>
        <w:numPr>
          <w:ilvl w:val="0"/>
          <w:numId w:val="11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Google, Bing зэрэг онлайн хайлтын хэрэгслийг (үүнийг хайлтын систем гэж нэрлэдэг) ашиглах</w:t>
      </w:r>
    </w:p>
    <w:p w14:paraId="07DD54EF" w14:textId="77777777" w:rsidR="008309BD" w:rsidRPr="00AB46C9" w:rsidRDefault="008309BD">
      <w:pPr>
        <w:numPr>
          <w:ilvl w:val="0"/>
          <w:numId w:val="11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Мэдээлэл найдвартай эсэхийг шалгах</w:t>
      </w:r>
    </w:p>
    <w:p w14:paraId="51100C6C" w14:textId="77777777" w:rsidR="008309BD" w:rsidRPr="00AB46C9" w:rsidRDefault="008309BD">
      <w:pPr>
        <w:numPr>
          <w:ilvl w:val="0"/>
          <w:numId w:val="11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Зураг, видео, мэдээ, газрын зураг болон бусад мэдээллийг хайх</w:t>
      </w:r>
    </w:p>
    <w:p w14:paraId="6FB95C87" w14:textId="77777777" w:rsidR="008309BD" w:rsidRPr="00AB46C9" w:rsidRDefault="008309BD">
      <w:pPr>
        <w:numPr>
          <w:ilvl w:val="0"/>
          <w:numId w:val="11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Хуурамч мэдээ, залилан мэхлэх оролдлогоос зайлсхийх</w:t>
      </w:r>
    </w:p>
    <w:p w14:paraId="351FAA51" w14:textId="77777777" w:rsidR="008309BD" w:rsidRPr="00AB46C9" w:rsidRDefault="008309BD">
      <w:pPr>
        <w:numPr>
          <w:ilvl w:val="0"/>
          <w:numId w:val="11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Асуултын хариулт авахад туслах хиймэл оюуны (AI) үндсэн хэрэгслүүдийг ашиглах</w:t>
      </w:r>
    </w:p>
    <w:p w14:paraId="087D2385" w14:textId="53731F95" w:rsidR="00AF0109" w:rsidRPr="00AB46C9" w:rsidRDefault="009C4560" w:rsidP="002A4F26">
      <w:pPr>
        <w:spacing w:before="100" w:beforeAutospacing="1" w:after="100" w:afterAutospacing="1" w:line="240" w:lineRule="auto"/>
        <w:rPr>
          <w:rFonts w:eastAsia="Times New Roman" w:cs="Arial"/>
          <w:b/>
          <w:bCs/>
          <w:color w:val="EE0000"/>
          <w:sz w:val="22"/>
          <w:lang w:val="mn-MN"/>
        </w:rPr>
      </w:pPr>
      <w:r w:rsidRPr="00AB46C9">
        <w:rPr>
          <w:rFonts w:eastAsia="Times New Roman" w:cs="Arial"/>
          <w:b/>
          <w:bCs/>
          <w:color w:val="EE0000"/>
          <w:sz w:val="22"/>
          <w:lang w:val="mn-MN"/>
        </w:rPr>
        <w:t>Эхэлцгээе!</w:t>
      </w:r>
    </w:p>
    <w:p w14:paraId="37F37B19"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1. Хайлтын систем гэж юу вэ?</w:t>
      </w:r>
    </w:p>
    <w:p w14:paraId="5929F847" w14:textId="5100FD9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систем гэдэг нь интернэтээс таны асуултын хариуг олоход тусалдаг хэрэгсэл юм</w:t>
      </w:r>
      <w:r w:rsidR="008309BD" w:rsidRPr="00AB46C9">
        <w:rPr>
          <w:rFonts w:eastAsia="Times New Roman" w:cs="Arial"/>
          <w:sz w:val="22"/>
          <w:lang w:val="mn-MN"/>
        </w:rPr>
        <w:t xml:space="preserve">. </w:t>
      </w:r>
      <w:r w:rsidRPr="00AB46C9">
        <w:rPr>
          <w:rFonts w:eastAsia="Times New Roman" w:cs="Arial"/>
          <w:sz w:val="22"/>
          <w:lang w:val="mn-MN"/>
        </w:rPr>
        <w:t xml:space="preserve">Үүнийг </w:t>
      </w:r>
      <w:r w:rsidR="008309BD" w:rsidRPr="00AB46C9">
        <w:rPr>
          <w:rFonts w:eastAsia="Times New Roman" w:cs="Arial"/>
          <w:sz w:val="22"/>
          <w:lang w:val="mn-MN"/>
        </w:rPr>
        <w:t xml:space="preserve">тусархаг </w:t>
      </w:r>
      <w:r w:rsidRPr="00AB46C9">
        <w:rPr>
          <w:rFonts w:eastAsia="Times New Roman" w:cs="Arial"/>
          <w:sz w:val="22"/>
          <w:lang w:val="mn-MN"/>
        </w:rPr>
        <w:t xml:space="preserve">номын санчтай адилтгаж болно. Та асуултаа бичихэд хайлтын систем таны асуултад хариулах боломжтой </w:t>
      </w:r>
      <w:r w:rsidR="00F12C81" w:rsidRPr="00AB46C9">
        <w:rPr>
          <w:rFonts w:eastAsia="Times New Roman" w:cs="Arial"/>
          <w:sz w:val="22"/>
          <w:lang w:val="mn-MN"/>
        </w:rPr>
        <w:t>цахим хуудас</w:t>
      </w:r>
      <w:r w:rsidRPr="00AB46C9">
        <w:rPr>
          <w:rFonts w:eastAsia="Times New Roman" w:cs="Arial"/>
          <w:sz w:val="22"/>
          <w:lang w:val="mn-MN"/>
        </w:rPr>
        <w:t>, зураг, видео эсвэл нийтлэлүүдийг олж өгнө.</w:t>
      </w:r>
    </w:p>
    <w:p w14:paraId="59F636F8" w14:textId="77777777" w:rsidR="00AF0109" w:rsidRPr="00AB46C9" w:rsidRDefault="00AF0109" w:rsidP="008309BD">
      <w:pPr>
        <w:spacing w:before="100" w:beforeAutospacing="1" w:after="100" w:afterAutospacing="1" w:line="240" w:lineRule="auto"/>
        <w:outlineLvl w:val="1"/>
        <w:rPr>
          <w:rFonts w:eastAsia="Times New Roman" w:cs="Arial"/>
          <w:b/>
          <w:bCs/>
          <w:sz w:val="22"/>
          <w:lang w:val="mn-MN"/>
        </w:rPr>
      </w:pPr>
    </w:p>
    <w:p w14:paraId="6C9422A3" w14:textId="551D23E0" w:rsidR="008309BD" w:rsidRPr="00AB46C9" w:rsidRDefault="008309BD" w:rsidP="008309BD">
      <w:pPr>
        <w:spacing w:before="100" w:beforeAutospacing="1" w:after="100" w:afterAutospacing="1" w:line="240" w:lineRule="auto"/>
        <w:outlineLvl w:val="1"/>
        <w:rPr>
          <w:rFonts w:cs="Arial"/>
          <w:b/>
          <w:bCs/>
          <w:sz w:val="22"/>
          <w:lang w:val="mn-MN"/>
        </w:rPr>
      </w:pPr>
      <w:r w:rsidRPr="00AB46C9">
        <w:rPr>
          <w:rFonts w:eastAsia="Times New Roman" w:cs="Arial"/>
          <w:b/>
          <w:bCs/>
          <w:sz w:val="22"/>
          <w:lang w:val="mn-MN"/>
        </w:rPr>
        <w:t>Түгээмэл хайлтын системүүд</w:t>
      </w:r>
    </w:p>
    <w:p w14:paraId="0A01B1C4" w14:textId="77777777" w:rsidR="008309BD" w:rsidRPr="00AB46C9" w:rsidRDefault="008309BD">
      <w:pPr>
        <w:numPr>
          <w:ilvl w:val="0"/>
          <w:numId w:val="6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Google</w:t>
      </w:r>
      <w:r w:rsidRPr="00AB46C9">
        <w:rPr>
          <w:rFonts w:eastAsia="Times New Roman" w:cs="Arial"/>
          <w:sz w:val="22"/>
          <w:lang w:val="mn-MN"/>
        </w:rPr>
        <w:t xml:space="preserve"> – дэлхий даяар хамгийн түгээмэл хэрэглэгддэг </w:t>
      </w:r>
    </w:p>
    <w:p w14:paraId="7E0D6B11" w14:textId="77777777" w:rsidR="008309BD" w:rsidRPr="00AB46C9" w:rsidRDefault="008309BD">
      <w:pPr>
        <w:numPr>
          <w:ilvl w:val="0"/>
          <w:numId w:val="6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Yahoo!</w:t>
      </w:r>
      <w:r w:rsidRPr="00AB46C9">
        <w:rPr>
          <w:rFonts w:eastAsia="Times New Roman" w:cs="Arial"/>
          <w:sz w:val="22"/>
          <w:lang w:val="mn-MN"/>
        </w:rPr>
        <w:t xml:space="preserve"> </w:t>
      </w:r>
    </w:p>
    <w:p w14:paraId="63D15439" w14:textId="77777777" w:rsidR="008309BD" w:rsidRPr="00AB46C9" w:rsidRDefault="008309BD">
      <w:pPr>
        <w:numPr>
          <w:ilvl w:val="0"/>
          <w:numId w:val="6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Baidu</w:t>
      </w:r>
      <w:r w:rsidRPr="00AB46C9">
        <w:rPr>
          <w:rFonts w:eastAsia="Times New Roman" w:cs="Arial"/>
          <w:sz w:val="22"/>
          <w:lang w:val="mn-MN"/>
        </w:rPr>
        <w:t xml:space="preserve"> – Хятадад түгээмэл </w:t>
      </w:r>
    </w:p>
    <w:p w14:paraId="23A6E7F3" w14:textId="5B2334FF" w:rsidR="00AF0109" w:rsidRPr="00AB46C9" w:rsidRDefault="008309BD" w:rsidP="003A053A">
      <w:pPr>
        <w:numPr>
          <w:ilvl w:val="0"/>
          <w:numId w:val="62"/>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Bing</w:t>
      </w:r>
      <w:r w:rsidRPr="00AB46C9">
        <w:rPr>
          <w:rFonts w:eastAsia="Times New Roman" w:cs="Arial"/>
          <w:sz w:val="22"/>
          <w:lang w:val="mn-MN"/>
        </w:rPr>
        <w:t xml:space="preserve"> – Microsoft компанийн хайлтын систем </w:t>
      </w:r>
    </w:p>
    <w:p w14:paraId="42388A9B" w14:textId="77777777" w:rsidR="002A4F26" w:rsidRPr="00AB46C9" w:rsidRDefault="00AF0109"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79826A9C" w14:textId="58E0C6D4" w:rsidR="003A053A" w:rsidRPr="00AB46C9" w:rsidRDefault="003A053A" w:rsidP="003A053A">
      <w:pPr>
        <w:spacing w:before="100" w:beforeAutospacing="1" w:after="100" w:afterAutospacing="1" w:line="240" w:lineRule="auto"/>
        <w:rPr>
          <w:rFonts w:eastAsia="Times New Roman" w:cs="Arial"/>
          <w:b/>
          <w:bCs/>
          <w:sz w:val="22"/>
          <w:lang w:val="mn-MN"/>
        </w:rPr>
      </w:pPr>
      <w:r w:rsidRPr="00AB46C9">
        <w:rPr>
          <w:rFonts w:eastAsia="Times New Roman" w:cs="Arial"/>
          <w:sz w:val="22"/>
          <w:lang w:val="mn-MN"/>
        </w:rPr>
        <w:t>Та утсан дээрээ хайлтын системийн аппликэйшнийг олж болно. Жишээлбэл:</w:t>
      </w:r>
      <w:r w:rsidR="008309BD" w:rsidRPr="00AB46C9">
        <w:rPr>
          <w:rFonts w:eastAsia="Times New Roman" w:cs="Arial"/>
          <w:sz w:val="22"/>
          <w:lang w:val="mn-MN"/>
        </w:rPr>
        <w:t xml:space="preserve"> </w:t>
      </w:r>
      <w:r w:rsidRPr="00AB46C9">
        <w:rPr>
          <w:rFonts w:eastAsia="Times New Roman" w:cs="Arial"/>
          <w:sz w:val="22"/>
          <w:lang w:val="mn-MN"/>
        </w:rPr>
        <w:t>Android утсанд Google</w:t>
      </w:r>
      <w:r w:rsidR="008309BD" w:rsidRPr="00AB46C9">
        <w:rPr>
          <w:rFonts w:eastAsia="Times New Roman" w:cs="Arial"/>
          <w:sz w:val="22"/>
          <w:lang w:val="mn-MN"/>
        </w:rPr>
        <w:t xml:space="preserve">, </w:t>
      </w:r>
      <w:r w:rsidRPr="00AB46C9">
        <w:rPr>
          <w:rFonts w:eastAsia="Times New Roman" w:cs="Arial"/>
          <w:sz w:val="22"/>
          <w:lang w:val="mn-MN"/>
        </w:rPr>
        <w:t>iPhone-д Safari</w:t>
      </w:r>
      <w:r w:rsidR="008309BD" w:rsidRPr="00AB46C9">
        <w:rPr>
          <w:rFonts w:eastAsia="Times New Roman" w:cs="Arial"/>
          <w:sz w:val="22"/>
          <w:lang w:val="mn-MN"/>
        </w:rPr>
        <w:t>.</w:t>
      </w:r>
      <w:r w:rsidR="008309BD" w:rsidRPr="00AB46C9">
        <w:rPr>
          <w:rFonts w:eastAsia="Times New Roman" w:cs="Arial"/>
          <w:b/>
          <w:bCs/>
          <w:sz w:val="22"/>
          <w:lang w:val="mn-MN"/>
        </w:rPr>
        <w:t xml:space="preserve"> </w:t>
      </w:r>
      <w:r w:rsidRPr="00AB46C9">
        <w:rPr>
          <w:rFonts w:eastAsia="Times New Roman" w:cs="Arial"/>
          <w:sz w:val="22"/>
          <w:lang w:val="mn-MN"/>
        </w:rPr>
        <w:t>Мөн Chrome, Firefox зэрэг зарим хөтөчид хайлтын хэсэг байдаг.</w:t>
      </w:r>
      <w:r w:rsidR="008309BD" w:rsidRPr="00AB46C9">
        <w:rPr>
          <w:rFonts w:eastAsia="Times New Roman" w:cs="Arial"/>
          <w:sz w:val="22"/>
          <w:lang w:val="mn-MN"/>
        </w:rPr>
        <w:t xml:space="preserve"> </w:t>
      </w:r>
      <w:r w:rsidRPr="00AB46C9">
        <w:rPr>
          <w:rFonts w:eastAsia="Times New Roman" w:cs="Arial"/>
          <w:sz w:val="22"/>
          <w:lang w:val="mn-MN"/>
        </w:rPr>
        <w:t xml:space="preserve">Хэрэв та эргэлзэж байвал хэн нэгнээс тусламж хүсэх эсвэл утасныхаа дэлгэц дээрх томруулдаг шилний дүрс эсвэл өнгөт “G” тэмдгийг хайгаарай. </w:t>
      </w:r>
    </w:p>
    <w:p w14:paraId="1B9198C6"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507367D0"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38AFFA67"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195E16C2"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10CFC837"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605A2304" w14:textId="77777777" w:rsidR="00AF0109" w:rsidRPr="00AB46C9" w:rsidRDefault="00AF0109" w:rsidP="009C4560">
      <w:pPr>
        <w:spacing w:before="100" w:beforeAutospacing="1" w:after="100" w:afterAutospacing="1" w:line="240" w:lineRule="auto"/>
        <w:rPr>
          <w:rFonts w:eastAsia="Times New Roman" w:cs="Arial"/>
          <w:b/>
          <w:bCs/>
          <w:sz w:val="22"/>
          <w:lang w:val="mn-MN"/>
        </w:rPr>
      </w:pPr>
    </w:p>
    <w:p w14:paraId="39685D88" w14:textId="0E40A081" w:rsidR="00551403" w:rsidRPr="00AB46C9" w:rsidRDefault="00551403" w:rsidP="009C45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Дасгал 1</w:t>
      </w:r>
    </w:p>
    <w:p w14:paraId="0FD14897" w14:textId="6AC59815" w:rsidR="009C4560" w:rsidRPr="00AB46C9" w:rsidRDefault="009C4560" w:rsidP="009C45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 xml:space="preserve">Хайлтын системийг таних </w:t>
      </w:r>
    </w:p>
    <w:p w14:paraId="4A712C60" w14:textId="648C671A"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Зорилго:</w:t>
      </w:r>
      <w:r w:rsidRPr="00AB46C9">
        <w:rPr>
          <w:rFonts w:eastAsia="Times New Roman" w:cs="Arial"/>
          <w:sz w:val="22"/>
          <w:lang w:val="mn-MN"/>
        </w:rPr>
        <w:br/>
        <w:t>Утас эсвэл таблет дээрээ хайлтын системийг хэрхэн олж</w:t>
      </w:r>
      <w:r w:rsidR="009C4560" w:rsidRPr="00AB46C9">
        <w:rPr>
          <w:rFonts w:eastAsia="Times New Roman" w:cs="Arial"/>
          <w:sz w:val="22"/>
          <w:lang w:val="mn-MN"/>
        </w:rPr>
        <w:t>,</w:t>
      </w:r>
      <w:r w:rsidRPr="00AB46C9">
        <w:rPr>
          <w:rFonts w:eastAsia="Times New Roman" w:cs="Arial"/>
          <w:sz w:val="22"/>
          <w:lang w:val="mn-MN"/>
        </w:rPr>
        <w:t xml:space="preserve"> нээхийг сурах.</w:t>
      </w:r>
    </w:p>
    <w:p w14:paraId="72C02D2C"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5191EA11" w14:textId="77777777" w:rsidR="003A053A" w:rsidRPr="00AB46C9" w:rsidRDefault="003A053A">
      <w:pPr>
        <w:numPr>
          <w:ilvl w:val="0"/>
          <w:numId w:val="6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Утасныхаа хайлтын аппликэйшнийг (Google, Safari эсвэл өөр хөтөч) олоорой. </w:t>
      </w:r>
    </w:p>
    <w:p w14:paraId="65CD7C65" w14:textId="32441FAC" w:rsidR="003A053A" w:rsidRPr="00AB46C9" w:rsidRDefault="003A053A">
      <w:pPr>
        <w:numPr>
          <w:ilvl w:val="0"/>
          <w:numId w:val="6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Түү</w:t>
      </w:r>
      <w:r w:rsidR="009C4560" w:rsidRPr="00AB46C9">
        <w:rPr>
          <w:rFonts w:eastAsia="Times New Roman" w:cs="Arial"/>
          <w:sz w:val="22"/>
          <w:lang w:val="mn-MN"/>
        </w:rPr>
        <w:t xml:space="preserve">н дээр дараад </w:t>
      </w:r>
      <w:r w:rsidRPr="00AB46C9">
        <w:rPr>
          <w:rFonts w:eastAsia="Times New Roman" w:cs="Arial"/>
          <w:sz w:val="22"/>
          <w:lang w:val="mn-MN"/>
        </w:rPr>
        <w:t xml:space="preserve">хайлтын хэсгийг олоорой. </w:t>
      </w:r>
      <w:r w:rsidR="009C4560" w:rsidRPr="00AB46C9">
        <w:rPr>
          <w:rFonts w:eastAsia="Times New Roman" w:cs="Arial"/>
          <w:sz w:val="22"/>
          <w:lang w:val="mn-MN"/>
        </w:rPr>
        <w:t>(</w:t>
      </w:r>
      <w:r w:rsidRPr="00AB46C9">
        <w:rPr>
          <w:rFonts w:eastAsia="Times New Roman" w:cs="Arial"/>
          <w:sz w:val="22"/>
          <w:lang w:val="mn-MN"/>
        </w:rPr>
        <w:t>Ихэвчлэн дэлгэцийн дээд хэсэгт цагаан хэсэг байдаг.</w:t>
      </w:r>
      <w:r w:rsidR="009C4560" w:rsidRPr="00AB46C9">
        <w:rPr>
          <w:rFonts w:eastAsia="Times New Roman" w:cs="Arial"/>
          <w:sz w:val="22"/>
          <w:lang w:val="mn-MN"/>
        </w:rPr>
        <w:t>)</w:t>
      </w:r>
    </w:p>
    <w:p w14:paraId="2C02A9FD" w14:textId="77777777" w:rsidR="00551403" w:rsidRPr="00AB46C9" w:rsidRDefault="00551403" w:rsidP="0055140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r w:rsidRPr="00AB46C9">
        <w:rPr>
          <w:rFonts w:eastAsia="Times New Roman" w:cs="Arial"/>
          <w:sz w:val="22"/>
          <w:lang w:val="mn-MN"/>
        </w:rPr>
        <w:br/>
        <w:t>Та ямар хайлтын системийн аппликэйшн олсон бэ?</w:t>
      </w:r>
    </w:p>
    <w:p w14:paraId="26CE6B07" w14:textId="77777777" w:rsidR="00551403" w:rsidRPr="00AB46C9" w:rsidRDefault="00551403" w:rsidP="00551403">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хэсгийг харж байна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26223BBC" w14:textId="54E48E3A" w:rsidR="00551403" w:rsidRPr="00AB46C9" w:rsidRDefault="00551403" w:rsidP="00551403">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“Энэ хэсэгт би асуултаа бичнэ.” </w:t>
      </w:r>
      <w:r w:rsidR="00AF0109" w:rsidRPr="00AB46C9">
        <w:rPr>
          <w:rFonts w:eastAsia="Times New Roman" w:cs="Arial"/>
          <w:sz w:val="22"/>
          <w:lang w:val="mn-MN"/>
        </w:rPr>
        <w:t>г</w:t>
      </w:r>
      <w:r w:rsidRPr="00AB46C9">
        <w:rPr>
          <w:rFonts w:eastAsia="Times New Roman" w:cs="Arial"/>
          <w:sz w:val="22"/>
          <w:lang w:val="mn-MN"/>
        </w:rPr>
        <w:t xml:space="preserve">эж чанга хэлээрэй. </w:t>
      </w:r>
    </w:p>
    <w:p w14:paraId="7BC27110" w14:textId="77777777" w:rsidR="00AF0109" w:rsidRPr="00AB46C9" w:rsidRDefault="00AF0109" w:rsidP="003A053A">
      <w:pPr>
        <w:spacing w:before="100" w:beforeAutospacing="1" w:after="100" w:afterAutospacing="1" w:line="240" w:lineRule="auto"/>
        <w:rPr>
          <w:rFonts w:eastAsia="Times New Roman" w:cs="Arial"/>
          <w:sz w:val="22"/>
          <w:lang w:val="mn-MN"/>
        </w:rPr>
      </w:pPr>
    </w:p>
    <w:p w14:paraId="34242572" w14:textId="36083305" w:rsidR="00AF0109" w:rsidRPr="00AB46C9" w:rsidRDefault="00AF0109"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172A0FF3" w14:textId="6D78654D"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системийг тодорхой, энгийн үг ашиглан хайвал илүү сайн үр дүн гардаг.</w:t>
      </w:r>
    </w:p>
    <w:p w14:paraId="7E8229BA" w14:textId="7C3CEF30" w:rsidR="00AF0109" w:rsidRPr="00AB46C9" w:rsidRDefault="00551403" w:rsidP="0055140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t>“Хүүхдэд зориулсан элсэн чихэр багатай гадилтай талхны жор”</w:t>
      </w:r>
    </w:p>
    <w:p w14:paraId="7FDD82CE" w14:textId="77777777" w:rsidR="00551403" w:rsidRPr="00AB46C9" w:rsidRDefault="00551403" w:rsidP="00551403">
      <w:pPr>
        <w:spacing w:before="100" w:beforeAutospacing="1" w:after="100" w:afterAutospacing="1" w:line="240" w:lineRule="auto"/>
        <w:rPr>
          <w:rFonts w:eastAsia="Times New Roman" w:cs="Arial"/>
          <w:sz w:val="22"/>
          <w:lang w:val="mn-MN"/>
        </w:rPr>
      </w:pPr>
    </w:p>
    <w:p w14:paraId="4C3ABA90" w14:textId="77777777" w:rsidR="00551403" w:rsidRPr="00AB46C9" w:rsidRDefault="003A053A" w:rsidP="0055140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 Хайлтын систем ашиглах</w:t>
      </w:r>
      <w:r w:rsidR="00551403" w:rsidRPr="00AB46C9">
        <w:rPr>
          <w:rFonts w:eastAsia="Times New Roman" w:cs="Arial"/>
          <w:sz w:val="22"/>
          <w:lang w:val="mn-MN"/>
        </w:rPr>
        <w:t xml:space="preserve"> </w:t>
      </w:r>
    </w:p>
    <w:p w14:paraId="7F5E8D85" w14:textId="4CCD5E08" w:rsidR="00551403" w:rsidRPr="00AB46C9" w:rsidRDefault="00551403" w:rsidP="00551403">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системийг ашиглаж байхдаа найз эсвэл багшаасаа тодорхой асуулт асууж байгаа мэтээр төсөөлөөрэй. Асуулт тань тодорхой байх тусам илүү сайн хариу, үр дүн гарна.</w:t>
      </w:r>
    </w:p>
    <w:p w14:paraId="51E1CB8E" w14:textId="77777777" w:rsidR="003A053A" w:rsidRPr="00AB46C9" w:rsidRDefault="003A053A">
      <w:pPr>
        <w:numPr>
          <w:ilvl w:val="0"/>
          <w:numId w:val="6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Хайлтын системийн аппликэйшн эсвэл хөтчөө нээнэ. </w:t>
      </w:r>
    </w:p>
    <w:p w14:paraId="5E4ADE1A" w14:textId="77777777" w:rsidR="003A053A" w:rsidRPr="00AB46C9" w:rsidRDefault="003A053A">
      <w:pPr>
        <w:numPr>
          <w:ilvl w:val="0"/>
          <w:numId w:val="6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Асуулт эсвэл түлхүүр үг бичнэ. Жишээлбэл: </w:t>
      </w:r>
    </w:p>
    <w:p w14:paraId="79376B47" w14:textId="77777777" w:rsidR="003A053A" w:rsidRPr="00AB46C9" w:rsidRDefault="003A053A">
      <w:pPr>
        <w:numPr>
          <w:ilvl w:val="1"/>
          <w:numId w:val="6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“Хялбар шөлний жор” </w:t>
      </w:r>
    </w:p>
    <w:p w14:paraId="5E1B68D8" w14:textId="77777777" w:rsidR="003A053A" w:rsidRPr="00AB46C9" w:rsidRDefault="003A053A">
      <w:pPr>
        <w:numPr>
          <w:ilvl w:val="1"/>
          <w:numId w:val="6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“Ахмад настанд зориулсан хамгийн сайн дасгал” </w:t>
      </w:r>
    </w:p>
    <w:p w14:paraId="1C6657AC" w14:textId="77777777" w:rsidR="00551403" w:rsidRPr="00AB46C9" w:rsidRDefault="003A053A" w:rsidP="00551403">
      <w:pPr>
        <w:numPr>
          <w:ilvl w:val="1"/>
          <w:numId w:val="6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“Өнөөдөр цаг агаар ямар вэ?”</w:t>
      </w:r>
    </w:p>
    <w:p w14:paraId="5DAB82E4" w14:textId="67EAD047" w:rsidR="00551403" w:rsidRPr="00AB46C9" w:rsidRDefault="00551403" w:rsidP="00551403">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 xml:space="preserve">3. </w:t>
      </w:r>
      <w:r w:rsidRPr="00AB46C9">
        <w:rPr>
          <w:rFonts w:eastAsia="Times New Roman" w:cs="Arial"/>
          <w:sz w:val="22"/>
          <w:lang w:val="mn-MN"/>
        </w:rPr>
        <w:tab/>
      </w:r>
      <w:r w:rsidR="003A053A" w:rsidRPr="00AB46C9">
        <w:rPr>
          <w:rFonts w:eastAsia="Times New Roman" w:cs="Arial"/>
          <w:sz w:val="22"/>
          <w:lang w:val="mn-MN"/>
        </w:rPr>
        <w:t>Хайх товч эсвэл томруулдаг шилний дүрс</w:t>
      </w:r>
      <w:r w:rsidRPr="00AB46C9">
        <w:rPr>
          <w:rFonts w:eastAsia="Times New Roman" w:cs="Arial"/>
          <w:sz w:val="22"/>
          <w:lang w:val="mn-MN"/>
        </w:rPr>
        <w:t xml:space="preserve"> дээр дарна</w:t>
      </w:r>
      <w:r w:rsidR="003A053A" w:rsidRPr="00AB46C9">
        <w:rPr>
          <w:rFonts w:eastAsia="Times New Roman" w:cs="Arial"/>
          <w:sz w:val="22"/>
          <w:lang w:val="mn-MN"/>
        </w:rPr>
        <w:t xml:space="preserve">. </w:t>
      </w:r>
      <w:r w:rsidRPr="00AB46C9">
        <w:rPr>
          <w:rFonts w:eastAsia="Times New Roman" w:cs="Arial"/>
          <w:sz w:val="22"/>
          <w:lang w:val="mn-MN"/>
        </w:rPr>
        <w:t>Томруулдаг шилний дүрс нь ихэвчлэн “хайх” гэсэн утгатай.</w:t>
      </w:r>
    </w:p>
    <w:p w14:paraId="74BE7F98" w14:textId="215C2B03" w:rsidR="003A053A" w:rsidRPr="00AB46C9" w:rsidRDefault="00551403" w:rsidP="00551403">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 xml:space="preserve">4. </w:t>
      </w:r>
      <w:r w:rsidR="003A053A" w:rsidRPr="00AB46C9">
        <w:rPr>
          <w:rFonts w:eastAsia="Times New Roman" w:cs="Arial"/>
          <w:sz w:val="22"/>
          <w:lang w:val="mn-MN"/>
        </w:rPr>
        <w:t>Гарсан үр дүнгүүд</w:t>
      </w:r>
      <w:r w:rsidRPr="00AB46C9">
        <w:rPr>
          <w:rFonts w:eastAsia="Times New Roman" w:cs="Arial"/>
          <w:sz w:val="22"/>
          <w:lang w:val="mn-MN"/>
        </w:rPr>
        <w:t>ээс нэгийг дарж</w:t>
      </w:r>
      <w:r w:rsidR="003A053A" w:rsidRPr="00AB46C9">
        <w:rPr>
          <w:rFonts w:eastAsia="Times New Roman" w:cs="Arial"/>
          <w:sz w:val="22"/>
          <w:lang w:val="mn-MN"/>
        </w:rPr>
        <w:t xml:space="preserve"> дэлгэрэнгүй уншина. </w:t>
      </w:r>
    </w:p>
    <w:p w14:paraId="32F53ED8" w14:textId="77777777" w:rsidR="00551403" w:rsidRPr="00AB46C9" w:rsidRDefault="003A053A" w:rsidP="0055140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Анхаар:</w:t>
      </w:r>
      <w:r w:rsidRPr="00AB46C9">
        <w:rPr>
          <w:rFonts w:eastAsia="Times New Roman" w:cs="Arial"/>
          <w:sz w:val="22"/>
          <w:lang w:val="mn-MN"/>
        </w:rPr>
        <w:t xml:space="preserve"> Эхний гарсан үр дүн нь үргэлж хамгийн сайн эсвэл хамгийн үнэн зөв байдаггүй. Мэдээлэлд итгэхээсээ өмнө сайтар шалгаарай. </w:t>
      </w:r>
    </w:p>
    <w:p w14:paraId="7ED4FE32" w14:textId="77777777" w:rsidR="00AF0109" w:rsidRPr="00AB46C9" w:rsidRDefault="00AF0109" w:rsidP="00551403">
      <w:pPr>
        <w:spacing w:before="100" w:beforeAutospacing="1" w:after="100" w:afterAutospacing="1" w:line="240" w:lineRule="auto"/>
        <w:rPr>
          <w:rFonts w:eastAsia="Times New Roman" w:cs="Arial"/>
          <w:b/>
          <w:bCs/>
          <w:sz w:val="22"/>
          <w:lang w:val="mn-MN"/>
        </w:rPr>
      </w:pPr>
    </w:p>
    <w:p w14:paraId="550A6469" w14:textId="77777777" w:rsidR="00AF0109" w:rsidRPr="00AB46C9" w:rsidRDefault="00AF0109" w:rsidP="00551403">
      <w:pPr>
        <w:spacing w:before="100" w:beforeAutospacing="1" w:after="100" w:afterAutospacing="1" w:line="240" w:lineRule="auto"/>
        <w:rPr>
          <w:rFonts w:eastAsia="Times New Roman" w:cs="Arial"/>
          <w:b/>
          <w:bCs/>
          <w:sz w:val="22"/>
          <w:lang w:val="mn-MN"/>
        </w:rPr>
      </w:pPr>
    </w:p>
    <w:p w14:paraId="55801618" w14:textId="77777777" w:rsidR="00AF0109" w:rsidRPr="00AB46C9" w:rsidRDefault="00AF0109" w:rsidP="00551403">
      <w:pPr>
        <w:spacing w:before="100" w:beforeAutospacing="1" w:after="100" w:afterAutospacing="1" w:line="240" w:lineRule="auto"/>
        <w:rPr>
          <w:rFonts w:eastAsia="Times New Roman" w:cs="Arial"/>
          <w:b/>
          <w:bCs/>
          <w:sz w:val="22"/>
          <w:lang w:val="mn-MN"/>
        </w:rPr>
      </w:pPr>
    </w:p>
    <w:p w14:paraId="6C9DBCDD" w14:textId="6F16B73A" w:rsidR="003A053A" w:rsidRPr="00AB46C9" w:rsidRDefault="003A053A" w:rsidP="0055140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Мэдээлэл найдвартай эсэхийг хэрхэн шалгах вэ?</w:t>
      </w:r>
    </w:p>
    <w:p w14:paraId="7A63543B" w14:textId="109201AC" w:rsidR="003A053A" w:rsidRPr="00AB46C9" w:rsidRDefault="00234CC8"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Цахимаас</w:t>
      </w:r>
      <w:r w:rsidR="003A053A" w:rsidRPr="00AB46C9">
        <w:rPr>
          <w:rFonts w:eastAsia="Times New Roman" w:cs="Arial"/>
          <w:sz w:val="22"/>
          <w:lang w:val="mn-MN"/>
        </w:rPr>
        <w:t xml:space="preserve"> олсон бүх мэдээлэл үнэн байдаггүй. Ямар нэг мэдээлэлд итгэх эсвэл бусадтай хуваалцахын өмнө хаанаас ирснийг нь шалгаарай.</w:t>
      </w:r>
    </w:p>
    <w:p w14:paraId="4FA355A4" w14:textId="49BE94D8" w:rsidR="003A053A" w:rsidRPr="00AB46C9" w:rsidRDefault="003A053A">
      <w:pPr>
        <w:numPr>
          <w:ilvl w:val="0"/>
          <w:numId w:val="6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Огноог шалгах</w:t>
      </w:r>
      <w:r w:rsidRPr="00AB46C9">
        <w:rPr>
          <w:rFonts w:eastAsia="Times New Roman" w:cs="Arial"/>
          <w:sz w:val="22"/>
          <w:lang w:val="mn-MN"/>
        </w:rPr>
        <w:t xml:space="preserve"> – Нийтлэл эсвэл </w:t>
      </w:r>
      <w:r w:rsidR="00234CC8" w:rsidRPr="00AB46C9">
        <w:rPr>
          <w:rFonts w:eastAsia="Times New Roman" w:cs="Arial"/>
          <w:sz w:val="22"/>
          <w:lang w:val="mn-MN"/>
        </w:rPr>
        <w:t xml:space="preserve">мэдээлэл </w:t>
      </w:r>
      <w:r w:rsidRPr="00AB46C9">
        <w:rPr>
          <w:rFonts w:eastAsia="Times New Roman" w:cs="Arial"/>
          <w:sz w:val="22"/>
          <w:lang w:val="mn-MN"/>
        </w:rPr>
        <w:t xml:space="preserve">сүүлийн үеийнх үү? Ялангуяа эрүүл мэнд, мэдээ мэдээллийн хувьд сүүлийн 1–2 жилийн мэдээллийг ашиглахыг хичээгээрэй. </w:t>
      </w:r>
    </w:p>
    <w:p w14:paraId="4819584F" w14:textId="0F98FB81" w:rsidR="003A053A" w:rsidRPr="00AB46C9" w:rsidRDefault="00F12C81">
      <w:pPr>
        <w:numPr>
          <w:ilvl w:val="0"/>
          <w:numId w:val="6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Цахим хуудас</w:t>
      </w:r>
      <w:r w:rsidR="003A053A" w:rsidRPr="00AB46C9">
        <w:rPr>
          <w:rFonts w:eastAsia="Times New Roman" w:cs="Arial"/>
          <w:b/>
          <w:bCs/>
          <w:sz w:val="22"/>
          <w:lang w:val="mn-MN"/>
        </w:rPr>
        <w:t>ын хаягийг шалгах</w:t>
      </w:r>
      <w:r w:rsidR="003A053A" w:rsidRPr="00AB46C9">
        <w:rPr>
          <w:rFonts w:eastAsia="Times New Roman" w:cs="Arial"/>
          <w:sz w:val="22"/>
          <w:lang w:val="mn-MN"/>
        </w:rPr>
        <w:t xml:space="preserve"> – .gov (төрийн байгууллага), .edu (боловсролын байгууллага) төгсгөлтэй </w:t>
      </w:r>
      <w:r w:rsidRPr="00AB46C9">
        <w:rPr>
          <w:rFonts w:eastAsia="Times New Roman" w:cs="Arial"/>
          <w:sz w:val="22"/>
          <w:lang w:val="mn-MN"/>
        </w:rPr>
        <w:t>цахим хуудас</w:t>
      </w:r>
      <w:r w:rsidR="003A053A" w:rsidRPr="00AB46C9">
        <w:rPr>
          <w:rFonts w:eastAsia="Times New Roman" w:cs="Arial"/>
          <w:sz w:val="22"/>
          <w:lang w:val="mn-MN"/>
        </w:rPr>
        <w:t xml:space="preserve">уудыг илүү найдвартайд тооцож болно. НҮБ зэрэг нэр хүндтэй байгууллагын .org </w:t>
      </w:r>
      <w:r w:rsidRPr="00AB46C9">
        <w:rPr>
          <w:rFonts w:eastAsia="Times New Roman" w:cs="Arial"/>
          <w:sz w:val="22"/>
          <w:lang w:val="mn-MN"/>
        </w:rPr>
        <w:t>цахим хуудас</w:t>
      </w:r>
      <w:r w:rsidR="003A053A" w:rsidRPr="00AB46C9">
        <w:rPr>
          <w:rFonts w:eastAsia="Times New Roman" w:cs="Arial"/>
          <w:sz w:val="22"/>
          <w:lang w:val="mn-MN"/>
        </w:rPr>
        <w:t xml:space="preserve">ууд ч найдвартай байж болно. </w:t>
      </w:r>
    </w:p>
    <w:p w14:paraId="0F5D9F7A" w14:textId="5CE78360" w:rsidR="003A053A" w:rsidRPr="00AB46C9" w:rsidRDefault="003A053A">
      <w:pPr>
        <w:numPr>
          <w:ilvl w:val="0"/>
          <w:numId w:val="6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Зохиогчийг хайх</w:t>
      </w:r>
      <w:r w:rsidRPr="00AB46C9">
        <w:rPr>
          <w:rFonts w:eastAsia="Times New Roman" w:cs="Arial"/>
          <w:sz w:val="22"/>
          <w:lang w:val="mn-MN"/>
        </w:rPr>
        <w:t xml:space="preserve"> – Нийтлэлийг хэн бичсэн, мэдээллээ хаанаас авсныг </w:t>
      </w:r>
      <w:r w:rsidR="00234CC8" w:rsidRPr="00AB46C9">
        <w:rPr>
          <w:rFonts w:eastAsia="Times New Roman" w:cs="Arial"/>
          <w:sz w:val="22"/>
          <w:lang w:val="mn-MN"/>
        </w:rPr>
        <w:t xml:space="preserve">бичсэн эсэхийг </w:t>
      </w:r>
      <w:r w:rsidRPr="00AB46C9">
        <w:rPr>
          <w:rFonts w:eastAsia="Times New Roman" w:cs="Arial"/>
          <w:sz w:val="22"/>
          <w:lang w:val="mn-MN"/>
        </w:rPr>
        <w:t xml:space="preserve">шалгаарай. </w:t>
      </w:r>
    </w:p>
    <w:p w14:paraId="22800340" w14:textId="2E73CE08" w:rsidR="00234CC8" w:rsidRPr="00AB46C9" w:rsidRDefault="003A053A" w:rsidP="00234CC8">
      <w:pPr>
        <w:numPr>
          <w:ilvl w:val="0"/>
          <w:numId w:val="6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Үл мэдэгдэх </w:t>
      </w:r>
      <w:r w:rsidR="00F12C81" w:rsidRPr="00AB46C9">
        <w:rPr>
          <w:rFonts w:eastAsia="Times New Roman" w:cs="Arial"/>
          <w:b/>
          <w:bCs/>
          <w:sz w:val="22"/>
          <w:lang w:val="mn-MN"/>
        </w:rPr>
        <w:t>цахим хуудас</w:t>
      </w:r>
      <w:r w:rsidRPr="00AB46C9">
        <w:rPr>
          <w:rFonts w:eastAsia="Times New Roman" w:cs="Arial"/>
          <w:b/>
          <w:bCs/>
          <w:sz w:val="22"/>
          <w:lang w:val="mn-MN"/>
        </w:rPr>
        <w:t>аас болгоомжил</w:t>
      </w:r>
      <w:r w:rsidRPr="00AB46C9">
        <w:rPr>
          <w:rFonts w:eastAsia="Times New Roman" w:cs="Arial"/>
          <w:sz w:val="22"/>
          <w:lang w:val="mn-MN"/>
        </w:rPr>
        <w:t xml:space="preserve"> – Ялангуяа “гайхамшигт эмчилгээ” санал болгох эсвэл хэтэрхий сайхан сонсогдох амлалтад бүү итгээрэй.</w:t>
      </w:r>
    </w:p>
    <w:p w14:paraId="7CF96E11" w14:textId="5717663A" w:rsidR="00AF0109" w:rsidRPr="00AB46C9" w:rsidRDefault="00AF0109" w:rsidP="00234CC8">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3FB6955E" w14:textId="080076D8" w:rsidR="00234CC8" w:rsidRPr="00AB46C9" w:rsidRDefault="00234CC8" w:rsidP="00234CC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өөрийгөө хөл хөдөлгөөн ихтэй зах дээр байгаа гэж төсөөлөөрэй. Хамгийн эхэнд байгаа дэлгүүр хамгийн сайн, хамгийн шинэхэн бүтээгдэхүүнтэй байх албагүй. Та тойрч үзээд, харьцуулж байж сонгодог. Цахимаар хайлт хийхдээ ч мөн адил болгоомжтой сонголт хийгээрэй. </w:t>
      </w:r>
    </w:p>
    <w:p w14:paraId="5D79B674" w14:textId="117DCF22" w:rsidR="003A053A" w:rsidRPr="00AB46C9" w:rsidRDefault="003A053A" w:rsidP="00234CC8">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Хэрэв хайсан зүйлээ олж чадахгүй бол</w:t>
      </w:r>
    </w:p>
    <w:p w14:paraId="21596DC3"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үгсээ илүү тодорхой, дэлгэрэнгүй болгож өөрчлөөрэй.</w:t>
      </w:r>
    </w:p>
    <w:p w14:paraId="7ED4A1B6"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p>
    <w:p w14:paraId="3E4CB515"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“шөл” гэж бичихийн оронд:</w:t>
      </w:r>
    </w:p>
    <w:p w14:paraId="1FCBCB1C" w14:textId="4CF8A409" w:rsidR="003A053A" w:rsidRPr="00AB46C9" w:rsidRDefault="003A053A"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“чихрийн шижинтэй хүмүүст зориулсан тахианы</w:t>
      </w:r>
      <w:r w:rsidR="00234CC8" w:rsidRPr="00AB46C9">
        <w:rPr>
          <w:rFonts w:eastAsia="Times New Roman" w:cs="Arial"/>
          <w:b/>
          <w:bCs/>
          <w:sz w:val="22"/>
          <w:lang w:val="mn-MN"/>
        </w:rPr>
        <w:t xml:space="preserve"> махтай,</w:t>
      </w:r>
      <w:r w:rsidRPr="00AB46C9">
        <w:rPr>
          <w:rFonts w:eastAsia="Times New Roman" w:cs="Arial"/>
          <w:b/>
          <w:bCs/>
          <w:sz w:val="22"/>
          <w:lang w:val="mn-MN"/>
        </w:rPr>
        <w:t xml:space="preserve"> гоймонтой шөлний жор” гэж хайж болно.</w:t>
      </w:r>
    </w:p>
    <w:p w14:paraId="244F500F" w14:textId="26D7FB2C" w:rsidR="00AF0109" w:rsidRPr="00AB46C9" w:rsidRDefault="003A053A" w:rsidP="002A4F26">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Асуулт тань тодорхой байх тусам хариулт илүү сайн байна</w:t>
      </w:r>
      <w:r w:rsidR="002A4F26" w:rsidRPr="00AB46C9">
        <w:rPr>
          <w:rFonts w:eastAsia="Times New Roman" w:cs="Arial"/>
          <w:sz w:val="22"/>
          <w:lang w:val="mn-MN"/>
        </w:rPr>
        <w:t>.</w:t>
      </w:r>
    </w:p>
    <w:p w14:paraId="36F4E9E6" w14:textId="77777777" w:rsidR="003A053A" w:rsidRPr="00AB46C9" w:rsidRDefault="003A053A"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Дасгал 2</w:t>
      </w:r>
    </w:p>
    <w:p w14:paraId="43870F8E" w14:textId="0BD2FFFA" w:rsidR="00234CC8" w:rsidRPr="00AB46C9" w:rsidRDefault="00234CC8"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Анхны хайлтаа хийж үэх</w:t>
      </w:r>
    </w:p>
    <w:p w14:paraId="6CBDEA54"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Хайлт хийж, гарсан үр дүнг ойлгох дадлага хийх.</w:t>
      </w:r>
    </w:p>
    <w:p w14:paraId="4CD3872F"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69F5FADA" w14:textId="0064D33E" w:rsidR="003A053A" w:rsidRPr="00AB46C9" w:rsidRDefault="003A053A">
      <w:pPr>
        <w:numPr>
          <w:ilvl w:val="0"/>
          <w:numId w:val="6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Утсаа ашиглан дараах</w:t>
      </w:r>
      <w:r w:rsidR="00234CC8" w:rsidRPr="00AB46C9">
        <w:rPr>
          <w:rFonts w:eastAsia="Times New Roman" w:cs="Arial"/>
          <w:sz w:val="22"/>
          <w:lang w:val="mn-MN"/>
        </w:rPr>
        <w:t xml:space="preserve"> зүйлийг</w:t>
      </w:r>
      <w:r w:rsidRPr="00AB46C9">
        <w:rPr>
          <w:rFonts w:eastAsia="Times New Roman" w:cs="Arial"/>
          <w:sz w:val="22"/>
          <w:lang w:val="mn-MN"/>
        </w:rPr>
        <w:t xml:space="preserve"> хайна уу:</w:t>
      </w:r>
      <w:r w:rsidRPr="00AB46C9">
        <w:rPr>
          <w:rFonts w:eastAsia="Times New Roman" w:cs="Arial"/>
          <w:sz w:val="22"/>
          <w:lang w:val="mn-MN"/>
        </w:rPr>
        <w:br/>
      </w:r>
      <w:r w:rsidRPr="00AB46C9">
        <w:rPr>
          <w:rFonts w:eastAsia="Times New Roman" w:cs="Arial"/>
          <w:b/>
          <w:bCs/>
          <w:sz w:val="22"/>
          <w:lang w:val="mn-MN"/>
        </w:rPr>
        <w:t>“Ахмад настанд зориулсан энгийн сунгалтын дасгал”</w:t>
      </w:r>
      <w:r w:rsidRPr="00AB46C9">
        <w:rPr>
          <w:rFonts w:eastAsia="Times New Roman" w:cs="Arial"/>
          <w:sz w:val="22"/>
          <w:lang w:val="mn-MN"/>
        </w:rPr>
        <w:t xml:space="preserve"> </w:t>
      </w:r>
    </w:p>
    <w:p w14:paraId="1CA562CD" w14:textId="77777777" w:rsidR="003A053A" w:rsidRPr="00AB46C9" w:rsidRDefault="003A053A">
      <w:pPr>
        <w:numPr>
          <w:ilvl w:val="0"/>
          <w:numId w:val="6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үр дүнг нээнэ. </w:t>
      </w:r>
    </w:p>
    <w:p w14:paraId="0FCC11A4" w14:textId="77777777" w:rsidR="003A053A" w:rsidRPr="00AB46C9" w:rsidRDefault="003A053A">
      <w:pPr>
        <w:numPr>
          <w:ilvl w:val="0"/>
          <w:numId w:val="6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Нийтлэлийн зохиогч болон огноог шалгана. </w:t>
      </w:r>
    </w:p>
    <w:p w14:paraId="22CD78C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3F9F269C" w14:textId="77777777" w:rsidR="003A053A" w:rsidRPr="00AB46C9" w:rsidRDefault="003A053A">
      <w:pPr>
        <w:numPr>
          <w:ilvl w:val="0"/>
          <w:numId w:val="6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Нийтлэлийг хэн бичсэн бэ? </w:t>
      </w:r>
    </w:p>
    <w:p w14:paraId="579910FA" w14:textId="46CB931D" w:rsidR="003A053A" w:rsidRPr="00AB46C9" w:rsidRDefault="003A053A">
      <w:pPr>
        <w:numPr>
          <w:ilvl w:val="0"/>
          <w:numId w:val="6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Хэзээ нийтлэгдсэн бэ? </w:t>
      </w:r>
    </w:p>
    <w:p w14:paraId="0AD787FF" w14:textId="0988E78E" w:rsidR="002A4F26" w:rsidRPr="00AB46C9" w:rsidRDefault="002A4F26" w:rsidP="002A4F26">
      <w:pPr>
        <w:spacing w:before="100" w:beforeAutospacing="1" w:after="100" w:afterAutospacing="1" w:line="240" w:lineRule="auto"/>
        <w:rPr>
          <w:rFonts w:eastAsia="Times New Roman" w:cs="Arial"/>
          <w:sz w:val="22"/>
          <w:lang w:val="mn-MN"/>
        </w:rPr>
      </w:pPr>
    </w:p>
    <w:p w14:paraId="6427E29D" w14:textId="77777777" w:rsidR="002A4F26" w:rsidRPr="00AB46C9" w:rsidRDefault="002A4F26" w:rsidP="002A4F26">
      <w:pPr>
        <w:spacing w:before="100" w:beforeAutospacing="1" w:after="100" w:afterAutospacing="1" w:line="240" w:lineRule="auto"/>
        <w:rPr>
          <w:rFonts w:eastAsia="Times New Roman" w:cs="Arial"/>
          <w:sz w:val="22"/>
          <w:lang w:val="mn-MN"/>
        </w:rPr>
      </w:pPr>
    </w:p>
    <w:p w14:paraId="262D2CA6"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Одоо үүнийг туршаад үзээрэй:</w:t>
      </w:r>
    </w:p>
    <w:p w14:paraId="2E16B060" w14:textId="45E1F99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“Үе мөчний үрэвсэлтэй 70 настай эмэгтэйчүүдэд зориулсан зөөлөн </w:t>
      </w:r>
      <w:r w:rsidR="008B1970" w:rsidRPr="00AB46C9">
        <w:rPr>
          <w:rFonts w:eastAsia="Times New Roman" w:cs="Arial"/>
          <w:b/>
          <w:bCs/>
          <w:sz w:val="22"/>
          <w:lang w:val="mn-MN"/>
        </w:rPr>
        <w:t>и</w:t>
      </w:r>
      <w:r w:rsidRPr="00AB46C9">
        <w:rPr>
          <w:rFonts w:eastAsia="Times New Roman" w:cs="Arial"/>
          <w:b/>
          <w:bCs/>
          <w:sz w:val="22"/>
          <w:lang w:val="mn-MN"/>
        </w:rPr>
        <w:t>ог”</w:t>
      </w:r>
      <w:r w:rsidRPr="00AB46C9">
        <w:rPr>
          <w:rFonts w:eastAsia="Times New Roman" w:cs="Arial"/>
          <w:sz w:val="22"/>
          <w:lang w:val="mn-MN"/>
        </w:rPr>
        <w:t xml:space="preserve"> гэж хайна уу.</w:t>
      </w:r>
    </w:p>
    <w:p w14:paraId="37792512"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Үр дүн нь хэр өөр байна вэ?</w:t>
      </w:r>
    </w:p>
    <w:p w14:paraId="6AFF2BD1" w14:textId="4707F434" w:rsidR="00AF0109" w:rsidRPr="00AB46C9" w:rsidRDefault="00AF0109" w:rsidP="008B197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Зөвлөмж</w:t>
      </w:r>
    </w:p>
    <w:p w14:paraId="356056F4" w14:textId="692D8B6E" w:rsidR="00AF0109" w:rsidRPr="00AB46C9" w:rsidRDefault="003A053A" w:rsidP="008B197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хүссэн зүйлээ олж чадахгүй бол хайлтын үгээ өөрчилж, нас, байршил эсвэл хэрэгцээ зэрэг нэмэлт мэдээлэл оруулаарай. </w:t>
      </w:r>
    </w:p>
    <w:p w14:paraId="2189A177" w14:textId="3806A3FA" w:rsidR="003A053A" w:rsidRPr="00AB46C9" w:rsidRDefault="003A053A" w:rsidP="008B197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3. Зөвхөн </w:t>
      </w:r>
      <w:r w:rsidR="008B1970" w:rsidRPr="00AB46C9">
        <w:rPr>
          <w:rFonts w:eastAsia="Times New Roman" w:cs="Arial"/>
          <w:b/>
          <w:bCs/>
          <w:sz w:val="22"/>
          <w:lang w:val="mn-MN"/>
        </w:rPr>
        <w:t>үг</w:t>
      </w:r>
      <w:r w:rsidR="00F01613" w:rsidRPr="00AB46C9">
        <w:rPr>
          <w:rFonts w:eastAsia="Times New Roman" w:cs="Arial"/>
          <w:b/>
          <w:bCs/>
          <w:sz w:val="22"/>
          <w:lang w:val="mn-MN"/>
        </w:rPr>
        <w:t>ээр</w:t>
      </w:r>
      <w:r w:rsidRPr="00AB46C9">
        <w:rPr>
          <w:rFonts w:eastAsia="Times New Roman" w:cs="Arial"/>
          <w:b/>
          <w:bCs/>
          <w:sz w:val="22"/>
          <w:lang w:val="mn-MN"/>
        </w:rPr>
        <w:t xml:space="preserve"> биш хай</w:t>
      </w:r>
      <w:r w:rsidR="00F01613" w:rsidRPr="00AB46C9">
        <w:rPr>
          <w:rFonts w:eastAsia="Times New Roman" w:cs="Arial"/>
          <w:b/>
          <w:bCs/>
          <w:sz w:val="22"/>
          <w:lang w:val="mn-MN"/>
        </w:rPr>
        <w:t>лт хийх</w:t>
      </w:r>
    </w:p>
    <w:p w14:paraId="380415F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Хайлтын системээр зөвхөн бичвэр хайхаас гадна өөр өөр төрлийн мэдээлэл хайж болно.</w:t>
      </w:r>
    </w:p>
    <w:p w14:paraId="0FCB865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дараах зүйлсийг хайж болно:</w:t>
      </w:r>
    </w:p>
    <w:p w14:paraId="707A8870" w14:textId="7AF1F41C" w:rsidR="003A053A" w:rsidRPr="00AB46C9" w:rsidRDefault="003A053A" w:rsidP="00424B4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Зураг</w:t>
      </w:r>
      <w:r w:rsidR="00424B4D" w:rsidRPr="00AB46C9">
        <w:rPr>
          <w:rFonts w:eastAsia="Times New Roman" w:cs="Arial"/>
          <w:b/>
          <w:bCs/>
          <w:sz w:val="22"/>
          <w:lang w:val="mn-MN"/>
        </w:rPr>
        <w:t xml:space="preserve"> </w:t>
      </w:r>
      <w:r w:rsidR="00424B4D" w:rsidRPr="00AB46C9">
        <w:rPr>
          <w:rFonts w:eastAsia="Times New Roman" w:cs="Arial"/>
          <w:sz w:val="22"/>
          <w:lang w:val="mn-MN"/>
        </w:rPr>
        <w:t>(</w:t>
      </w:r>
      <w:r w:rsidRPr="00AB46C9">
        <w:rPr>
          <w:rFonts w:eastAsia="Times New Roman" w:cs="Arial"/>
          <w:sz w:val="22"/>
          <w:lang w:val="mn-MN"/>
        </w:rPr>
        <w:t>Цэцэг</w:t>
      </w:r>
      <w:r w:rsidR="00424B4D" w:rsidRPr="00AB46C9">
        <w:rPr>
          <w:rFonts w:eastAsia="Times New Roman" w:cs="Arial"/>
          <w:sz w:val="22"/>
          <w:lang w:val="mn-MN"/>
        </w:rPr>
        <w:t>, х</w:t>
      </w:r>
      <w:r w:rsidRPr="00AB46C9">
        <w:rPr>
          <w:rFonts w:eastAsia="Times New Roman" w:cs="Arial"/>
          <w:sz w:val="22"/>
          <w:lang w:val="mn-MN"/>
        </w:rPr>
        <w:t>оол</w:t>
      </w:r>
      <w:r w:rsidR="00424B4D" w:rsidRPr="00AB46C9">
        <w:rPr>
          <w:rFonts w:eastAsia="Times New Roman" w:cs="Arial"/>
          <w:sz w:val="22"/>
          <w:lang w:val="mn-MN"/>
        </w:rPr>
        <w:t>, х</w:t>
      </w:r>
      <w:r w:rsidRPr="00AB46C9">
        <w:rPr>
          <w:rFonts w:eastAsia="Times New Roman" w:cs="Arial"/>
          <w:sz w:val="22"/>
          <w:lang w:val="mn-MN"/>
        </w:rPr>
        <w:t>үмүүс</w:t>
      </w:r>
      <w:r w:rsidR="00424B4D" w:rsidRPr="00AB46C9">
        <w:rPr>
          <w:rFonts w:eastAsia="Times New Roman" w:cs="Arial"/>
          <w:sz w:val="22"/>
          <w:lang w:val="mn-MN"/>
        </w:rPr>
        <w:t>, г</w:t>
      </w:r>
      <w:r w:rsidRPr="00AB46C9">
        <w:rPr>
          <w:rFonts w:eastAsia="Times New Roman" w:cs="Arial"/>
          <w:sz w:val="22"/>
          <w:lang w:val="mn-MN"/>
        </w:rPr>
        <w:t>азар нутаг</w:t>
      </w:r>
      <w:r w:rsidR="00424B4D" w:rsidRPr="00AB46C9">
        <w:rPr>
          <w:rFonts w:eastAsia="Times New Roman" w:cs="Arial"/>
          <w:sz w:val="22"/>
          <w:lang w:val="mn-MN"/>
        </w:rPr>
        <w:t>)</w:t>
      </w:r>
    </w:p>
    <w:p w14:paraId="2452C917" w14:textId="71E95BAA" w:rsidR="003A053A" w:rsidRPr="00AB46C9" w:rsidRDefault="003A053A" w:rsidP="00424B4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Видео</w:t>
      </w:r>
      <w:r w:rsidR="00424B4D" w:rsidRPr="00AB46C9">
        <w:rPr>
          <w:rFonts w:eastAsia="Times New Roman" w:cs="Arial"/>
          <w:b/>
          <w:bCs/>
          <w:sz w:val="22"/>
          <w:lang w:val="mn-MN"/>
        </w:rPr>
        <w:t xml:space="preserve"> </w:t>
      </w:r>
      <w:r w:rsidR="00424B4D" w:rsidRPr="00AB46C9">
        <w:rPr>
          <w:rFonts w:eastAsia="Times New Roman" w:cs="Arial"/>
          <w:sz w:val="22"/>
          <w:lang w:val="mn-MN"/>
        </w:rPr>
        <w:t>(</w:t>
      </w:r>
      <w:r w:rsidRPr="00AB46C9">
        <w:rPr>
          <w:rFonts w:eastAsia="Times New Roman" w:cs="Arial"/>
          <w:sz w:val="22"/>
          <w:lang w:val="mn-MN"/>
        </w:rPr>
        <w:t>Алхам алхмаар хийх заавар</w:t>
      </w:r>
      <w:r w:rsidR="00424B4D" w:rsidRPr="00AB46C9">
        <w:rPr>
          <w:rFonts w:eastAsia="Times New Roman" w:cs="Arial"/>
          <w:sz w:val="22"/>
          <w:lang w:val="mn-MN"/>
        </w:rPr>
        <w:t xml:space="preserve"> эсвэл хөгжөөнтэй бичлэг)</w:t>
      </w:r>
      <w:r w:rsidRPr="00AB46C9">
        <w:rPr>
          <w:rFonts w:eastAsia="Times New Roman" w:cs="Arial"/>
          <w:sz w:val="22"/>
          <w:lang w:val="mn-MN"/>
        </w:rPr>
        <w:t xml:space="preserve"> </w:t>
      </w:r>
    </w:p>
    <w:p w14:paraId="1887B4D2" w14:textId="177699AC" w:rsidR="003A053A" w:rsidRPr="00AB46C9" w:rsidRDefault="003A053A" w:rsidP="00424B4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Газрын зураг</w:t>
      </w:r>
      <w:r w:rsidR="00424B4D" w:rsidRPr="00AB46C9">
        <w:rPr>
          <w:rFonts w:eastAsia="Times New Roman" w:cs="Arial"/>
          <w:b/>
          <w:bCs/>
          <w:sz w:val="22"/>
          <w:lang w:val="mn-MN"/>
        </w:rPr>
        <w:t xml:space="preserve"> </w:t>
      </w:r>
      <w:r w:rsidR="00424B4D" w:rsidRPr="00AB46C9">
        <w:rPr>
          <w:rFonts w:eastAsia="Times New Roman" w:cs="Arial"/>
          <w:sz w:val="22"/>
          <w:lang w:val="mn-MN"/>
        </w:rPr>
        <w:t>(</w:t>
      </w:r>
      <w:r w:rsidRPr="00AB46C9">
        <w:rPr>
          <w:rFonts w:eastAsia="Times New Roman" w:cs="Arial"/>
          <w:sz w:val="22"/>
          <w:lang w:val="mn-MN"/>
        </w:rPr>
        <w:t>Ойролцоох газар</w:t>
      </w:r>
      <w:r w:rsidR="00424B4D" w:rsidRPr="00AB46C9">
        <w:rPr>
          <w:rFonts w:eastAsia="Times New Roman" w:cs="Arial"/>
          <w:sz w:val="22"/>
          <w:lang w:val="mn-MN"/>
        </w:rPr>
        <w:t>, ч</w:t>
      </w:r>
      <w:r w:rsidRPr="00AB46C9">
        <w:rPr>
          <w:rFonts w:eastAsia="Times New Roman" w:cs="Arial"/>
          <w:sz w:val="22"/>
          <w:lang w:val="mn-MN"/>
        </w:rPr>
        <w:t>иглэл</w:t>
      </w:r>
      <w:r w:rsidR="00424B4D" w:rsidRPr="00AB46C9">
        <w:rPr>
          <w:rFonts w:eastAsia="Times New Roman" w:cs="Arial"/>
          <w:sz w:val="22"/>
          <w:lang w:val="mn-MN"/>
        </w:rPr>
        <w:t>)</w:t>
      </w:r>
      <w:r w:rsidRPr="00AB46C9">
        <w:rPr>
          <w:rFonts w:eastAsia="Times New Roman" w:cs="Arial"/>
          <w:sz w:val="22"/>
          <w:lang w:val="mn-MN"/>
        </w:rPr>
        <w:t xml:space="preserve"> </w:t>
      </w:r>
    </w:p>
    <w:p w14:paraId="4821D733" w14:textId="0E86A7A3" w:rsidR="003A053A" w:rsidRPr="00AB46C9" w:rsidRDefault="003A053A" w:rsidP="00424B4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Мэдээ</w:t>
      </w:r>
      <w:r w:rsidR="00424B4D" w:rsidRPr="00AB46C9">
        <w:rPr>
          <w:rFonts w:eastAsia="Times New Roman" w:cs="Arial"/>
          <w:b/>
          <w:bCs/>
          <w:sz w:val="22"/>
          <w:lang w:val="mn-MN"/>
        </w:rPr>
        <w:t xml:space="preserve"> </w:t>
      </w:r>
      <w:r w:rsidR="00424B4D" w:rsidRPr="00AB46C9">
        <w:rPr>
          <w:rFonts w:eastAsia="Times New Roman" w:cs="Arial"/>
          <w:sz w:val="22"/>
          <w:lang w:val="mn-MN"/>
        </w:rPr>
        <w:t>(</w:t>
      </w:r>
      <w:r w:rsidRPr="00AB46C9">
        <w:rPr>
          <w:rFonts w:eastAsia="Times New Roman" w:cs="Arial"/>
          <w:sz w:val="22"/>
          <w:lang w:val="mn-MN"/>
        </w:rPr>
        <w:t>Найдвартай эх сурвалжаас гарсан цаг үеийн мэдээлэл</w:t>
      </w:r>
      <w:r w:rsidR="00424B4D" w:rsidRPr="00AB46C9">
        <w:rPr>
          <w:rFonts w:eastAsia="Times New Roman" w:cs="Arial"/>
          <w:sz w:val="22"/>
          <w:lang w:val="mn-MN"/>
        </w:rPr>
        <w:t>)</w:t>
      </w:r>
      <w:r w:rsidRPr="00AB46C9">
        <w:rPr>
          <w:rFonts w:eastAsia="Times New Roman" w:cs="Arial"/>
          <w:sz w:val="22"/>
          <w:lang w:val="mn-MN"/>
        </w:rPr>
        <w:t xml:space="preserve"> </w:t>
      </w:r>
    </w:p>
    <w:p w14:paraId="0B90DECA" w14:textId="77777777" w:rsidR="002A4F26"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t>“</w:t>
      </w:r>
      <w:r w:rsidR="00424B4D" w:rsidRPr="00AB46C9">
        <w:rPr>
          <w:rFonts w:eastAsia="Times New Roman" w:cs="Arial"/>
          <w:sz w:val="22"/>
          <w:lang w:val="mn-MN"/>
        </w:rPr>
        <w:t>Гандан</w:t>
      </w:r>
      <w:r w:rsidRPr="00AB46C9">
        <w:rPr>
          <w:rFonts w:eastAsia="Times New Roman" w:cs="Arial"/>
          <w:sz w:val="22"/>
          <w:lang w:val="mn-MN"/>
        </w:rPr>
        <w:t xml:space="preserve">” гэж хайгаад </w:t>
      </w:r>
      <w:r w:rsidRPr="00AB46C9">
        <w:rPr>
          <w:rFonts w:eastAsia="Times New Roman" w:cs="Arial"/>
          <w:b/>
          <w:bCs/>
          <w:sz w:val="22"/>
          <w:lang w:val="mn-MN"/>
        </w:rPr>
        <w:t>“Images” (Зураг)</w:t>
      </w:r>
      <w:r w:rsidRPr="00AB46C9">
        <w:rPr>
          <w:rFonts w:eastAsia="Times New Roman" w:cs="Arial"/>
          <w:sz w:val="22"/>
          <w:lang w:val="mn-MN"/>
        </w:rPr>
        <w:t xml:space="preserve"> дээр </w:t>
      </w:r>
      <w:r w:rsidR="00F01613" w:rsidRPr="00AB46C9">
        <w:rPr>
          <w:rFonts w:eastAsia="Times New Roman" w:cs="Arial"/>
          <w:sz w:val="22"/>
          <w:lang w:val="mn-MN"/>
        </w:rPr>
        <w:t>дарвал</w:t>
      </w:r>
      <w:r w:rsidRPr="00AB46C9">
        <w:rPr>
          <w:rFonts w:eastAsia="Times New Roman" w:cs="Arial"/>
          <w:sz w:val="22"/>
          <w:lang w:val="mn-MN"/>
        </w:rPr>
        <w:t xml:space="preserve"> зурагнуудыг, </w:t>
      </w:r>
      <w:r w:rsidRPr="00AB46C9">
        <w:rPr>
          <w:rFonts w:eastAsia="Times New Roman" w:cs="Arial"/>
          <w:b/>
          <w:bCs/>
          <w:sz w:val="22"/>
          <w:lang w:val="mn-MN"/>
        </w:rPr>
        <w:t>“Videos” (Видео)</w:t>
      </w:r>
      <w:r w:rsidRPr="00AB46C9">
        <w:rPr>
          <w:rFonts w:eastAsia="Times New Roman" w:cs="Arial"/>
          <w:sz w:val="22"/>
          <w:lang w:val="mn-MN"/>
        </w:rPr>
        <w:t xml:space="preserve"> дээр</w:t>
      </w:r>
      <w:r w:rsidR="00F01613" w:rsidRPr="00AB46C9">
        <w:rPr>
          <w:rFonts w:eastAsia="Times New Roman" w:cs="Arial"/>
          <w:sz w:val="22"/>
          <w:lang w:val="mn-MN"/>
        </w:rPr>
        <w:t>дарвал</w:t>
      </w:r>
      <w:r w:rsidRPr="00AB46C9">
        <w:rPr>
          <w:rFonts w:eastAsia="Times New Roman" w:cs="Arial"/>
          <w:sz w:val="22"/>
          <w:lang w:val="mn-MN"/>
        </w:rPr>
        <w:t xml:space="preserve"> </w:t>
      </w:r>
    </w:p>
    <w:p w14:paraId="593AA254" w14:textId="3E2AD096" w:rsidR="00424B4D"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видеонуудыг харж болно.</w:t>
      </w:r>
      <w:r w:rsidR="00424B4D" w:rsidRPr="00AB46C9">
        <w:rPr>
          <w:rFonts w:eastAsia="Times New Roman" w:cs="Arial"/>
          <w:noProof/>
          <w:sz w:val="22"/>
          <w:lang w:val="mn-MN"/>
        </w:rPr>
        <w:drawing>
          <wp:inline distT="0" distB="0" distL="0" distR="0" wp14:anchorId="1E2950D3" wp14:editId="6C470C7B">
            <wp:extent cx="4514850" cy="4362450"/>
            <wp:effectExtent l="0" t="0" r="0" b="0"/>
            <wp:docPr id="36904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46672" name=""/>
                    <pic:cNvPicPr/>
                  </pic:nvPicPr>
                  <pic:blipFill>
                    <a:blip r:embed="rId6"/>
                    <a:stretch>
                      <a:fillRect/>
                    </a:stretch>
                  </pic:blipFill>
                  <pic:spPr>
                    <a:xfrm>
                      <a:off x="0" y="0"/>
                      <a:ext cx="4514850" cy="4362450"/>
                    </a:xfrm>
                    <a:prstGeom prst="rect">
                      <a:avLst/>
                    </a:prstGeom>
                  </pic:spPr>
                </pic:pic>
              </a:graphicData>
            </a:graphic>
          </wp:inline>
        </w:drawing>
      </w:r>
    </w:p>
    <w:p w14:paraId="0633DE4E" w14:textId="62704009"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Үүнийг зураг, кино, газрын зураг, сонин бүгд нэг дор байдаг том номын сан гэж төсөөлөөрэй. </w:t>
      </w:r>
    </w:p>
    <w:p w14:paraId="08A6D9D7" w14:textId="77777777" w:rsidR="00424B4D" w:rsidRPr="00AB46C9" w:rsidRDefault="00424B4D" w:rsidP="00F01613">
      <w:pPr>
        <w:spacing w:before="100" w:beforeAutospacing="1" w:after="100" w:afterAutospacing="1" w:line="240" w:lineRule="auto"/>
        <w:rPr>
          <w:rFonts w:eastAsia="Times New Roman" w:cs="Arial"/>
          <w:b/>
          <w:bCs/>
          <w:sz w:val="22"/>
          <w:lang w:val="mn-MN"/>
        </w:rPr>
      </w:pPr>
    </w:p>
    <w:p w14:paraId="06DCF3DF" w14:textId="7CB6B767" w:rsidR="00F01613" w:rsidRPr="00AB46C9" w:rsidRDefault="003A053A" w:rsidP="00F0161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3</w:t>
      </w:r>
    </w:p>
    <w:p w14:paraId="2E994DA2" w14:textId="2EEE4BC1" w:rsidR="00F01613" w:rsidRPr="00AB46C9" w:rsidRDefault="00F01613" w:rsidP="00F0161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Хайлтын өөр хэлбэрүүдийг туршиж үзье</w:t>
      </w:r>
    </w:p>
    <w:p w14:paraId="599686E0" w14:textId="431AC3C2"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Зорилго:</w:t>
      </w:r>
      <w:r w:rsidRPr="00AB46C9">
        <w:rPr>
          <w:rFonts w:eastAsia="Times New Roman" w:cs="Arial"/>
          <w:sz w:val="22"/>
          <w:lang w:val="mn-MN"/>
        </w:rPr>
        <w:br/>
        <w:t xml:space="preserve">Зураг болон видео </w:t>
      </w:r>
      <w:r w:rsidR="00F01613" w:rsidRPr="00AB46C9">
        <w:rPr>
          <w:rFonts w:eastAsia="Times New Roman" w:cs="Arial"/>
          <w:sz w:val="22"/>
          <w:lang w:val="mn-MN"/>
        </w:rPr>
        <w:t>үзэх</w:t>
      </w:r>
      <w:r w:rsidRPr="00AB46C9">
        <w:rPr>
          <w:rFonts w:eastAsia="Times New Roman" w:cs="Arial"/>
          <w:sz w:val="22"/>
          <w:lang w:val="mn-MN"/>
        </w:rPr>
        <w:t xml:space="preserve"> хайлт хийхийг сурах.</w:t>
      </w:r>
    </w:p>
    <w:p w14:paraId="7EC12DF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540D60D4" w14:textId="77777777" w:rsidR="003A053A" w:rsidRPr="00AB46C9" w:rsidRDefault="003A053A">
      <w:pPr>
        <w:numPr>
          <w:ilvl w:val="0"/>
          <w:numId w:val="7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“Бадамлянхуа цэцэг” гэж хайна уу. </w:t>
      </w:r>
    </w:p>
    <w:p w14:paraId="204887D9" w14:textId="516B56E9" w:rsidR="003A053A" w:rsidRPr="00AB46C9" w:rsidRDefault="003A053A">
      <w:pPr>
        <w:numPr>
          <w:ilvl w:val="0"/>
          <w:numId w:val="7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Images (Зураг) хэсэгт </w:t>
      </w:r>
      <w:r w:rsidR="00F01613" w:rsidRPr="00AB46C9">
        <w:rPr>
          <w:rFonts w:eastAsia="Times New Roman" w:cs="Arial"/>
          <w:sz w:val="22"/>
          <w:lang w:val="mn-MN"/>
        </w:rPr>
        <w:t>дар</w:t>
      </w:r>
      <w:r w:rsidRPr="00AB46C9">
        <w:rPr>
          <w:rFonts w:eastAsia="Times New Roman" w:cs="Arial"/>
          <w:sz w:val="22"/>
          <w:lang w:val="mn-MN"/>
        </w:rPr>
        <w:t xml:space="preserve">ж, зургуудыг үзээрэй. </w:t>
      </w:r>
    </w:p>
    <w:p w14:paraId="199059B7" w14:textId="3D0006A5" w:rsidR="003A053A" w:rsidRPr="00AB46C9" w:rsidRDefault="003A053A">
      <w:pPr>
        <w:numPr>
          <w:ilvl w:val="0"/>
          <w:numId w:val="7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Дараа нь Videos (Видео) хэсэгт </w:t>
      </w:r>
      <w:r w:rsidR="00F01613" w:rsidRPr="00AB46C9">
        <w:rPr>
          <w:rFonts w:eastAsia="Times New Roman" w:cs="Arial"/>
          <w:sz w:val="22"/>
          <w:lang w:val="mn-MN"/>
        </w:rPr>
        <w:t>дарна</w:t>
      </w:r>
      <w:r w:rsidRPr="00AB46C9">
        <w:rPr>
          <w:rFonts w:eastAsia="Times New Roman" w:cs="Arial"/>
          <w:sz w:val="22"/>
          <w:lang w:val="mn-MN"/>
        </w:rPr>
        <w:t xml:space="preserve"> уу. </w:t>
      </w:r>
    </w:p>
    <w:p w14:paraId="78F96635"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576F04D6" w14:textId="77777777" w:rsidR="00F01613" w:rsidRPr="00AB46C9" w:rsidRDefault="00F01613" w:rsidP="00F01613">
      <w:pPr>
        <w:numPr>
          <w:ilvl w:val="0"/>
          <w:numId w:val="7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Харсан нэг зургийг тайлбарлана уу. </w:t>
      </w:r>
    </w:p>
    <w:p w14:paraId="29FD9D76" w14:textId="77777777" w:rsidR="00F01613" w:rsidRPr="00AB46C9" w:rsidRDefault="003A053A" w:rsidP="00F01613">
      <w:pPr>
        <w:numPr>
          <w:ilvl w:val="0"/>
          <w:numId w:val="7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Бадамлянхуа цэцгийг хэрхэн арчлах тухай видео олж чадсан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5ED7C55D" w14:textId="29D0AB11" w:rsidR="00F12C81" w:rsidRPr="00AB46C9" w:rsidRDefault="00F12C81" w:rsidP="00F01613">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50049DFC" w14:textId="47E1E66F" w:rsidR="00F12C81" w:rsidRPr="00AB46C9" w:rsidRDefault="00F12C81" w:rsidP="00F12C81">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Цэсийн хэсгүүд гэдэг нь дэлгэцийн дээд хэсэгт байрлах “Images”, “Videos”, “News” гэх мэт жижиг товчлуурууд юм. Тэдгээрийг дарж харж буй мэдээллийн төрлийг өөрчилж болно.</w:t>
      </w:r>
    </w:p>
    <w:p w14:paraId="23D80216" w14:textId="77777777" w:rsidR="00F12C81" w:rsidRPr="00AB46C9" w:rsidRDefault="00F12C81" w:rsidP="00F01613">
      <w:pPr>
        <w:spacing w:before="100" w:beforeAutospacing="1" w:after="100" w:afterAutospacing="1" w:line="240" w:lineRule="auto"/>
        <w:rPr>
          <w:rFonts w:eastAsia="Times New Roman" w:cs="Arial"/>
          <w:b/>
          <w:bCs/>
          <w:sz w:val="22"/>
          <w:lang w:val="mn-MN"/>
        </w:rPr>
      </w:pPr>
    </w:p>
    <w:p w14:paraId="721FEADE" w14:textId="77777777" w:rsidR="00F12C81" w:rsidRPr="00AB46C9" w:rsidRDefault="00F12C81" w:rsidP="00F01613">
      <w:pPr>
        <w:spacing w:before="100" w:beforeAutospacing="1" w:after="100" w:afterAutospacing="1" w:line="240" w:lineRule="auto"/>
        <w:rPr>
          <w:rFonts w:eastAsia="Times New Roman" w:cs="Arial"/>
          <w:b/>
          <w:bCs/>
          <w:sz w:val="22"/>
          <w:lang w:val="mn-MN"/>
        </w:rPr>
      </w:pPr>
    </w:p>
    <w:p w14:paraId="74A65C18" w14:textId="1FC560D1" w:rsidR="003A053A" w:rsidRPr="00AB46C9" w:rsidRDefault="00F01613" w:rsidP="00F0161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4. </w:t>
      </w:r>
      <w:r w:rsidR="003A053A" w:rsidRPr="00AB46C9">
        <w:rPr>
          <w:rFonts w:eastAsia="Times New Roman" w:cs="Arial"/>
          <w:b/>
          <w:bCs/>
          <w:sz w:val="22"/>
          <w:lang w:val="mn-MN"/>
        </w:rPr>
        <w:t>Мэдээлэл найдвартай эсэхийг хэрхэн мэдэх вэ?</w:t>
      </w:r>
    </w:p>
    <w:p w14:paraId="2D27FE07" w14:textId="4DCED5E9"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Бүх</w:t>
      </w:r>
      <w:r w:rsidR="00F01613" w:rsidRPr="00AB46C9">
        <w:rPr>
          <w:rFonts w:eastAsia="Times New Roman" w:cs="Arial"/>
          <w:sz w:val="22"/>
          <w:lang w:val="mn-MN"/>
        </w:rPr>
        <w:t xml:space="preserve"> цахим хуудас</w:t>
      </w:r>
      <w:r w:rsidRPr="00AB46C9">
        <w:rPr>
          <w:rFonts w:eastAsia="Times New Roman" w:cs="Arial"/>
          <w:sz w:val="22"/>
          <w:lang w:val="mn-MN"/>
        </w:rPr>
        <w:t xml:space="preserve"> үнэн зөв мэдээлэл өгдөггүй. Зарим нь буруу, хуучирсан эсвэл төөрөгдүүлсэн зөвлөгөө өгч болно. Иймээс мэдээлэлд итгэх эсвэл хуваалцахаасаа өмнө үргэлж шалгаарай.</w:t>
      </w:r>
    </w:p>
    <w:p w14:paraId="6CFFF170" w14:textId="038AF7CD" w:rsidR="003A053A" w:rsidRPr="00AB46C9" w:rsidRDefault="00F01613" w:rsidP="00F0161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Хэрхэн </w:t>
      </w:r>
      <w:r w:rsidR="003A053A" w:rsidRPr="00AB46C9">
        <w:rPr>
          <w:rFonts w:eastAsia="Times New Roman" w:cs="Arial"/>
          <w:b/>
          <w:bCs/>
          <w:sz w:val="22"/>
          <w:lang w:val="mn-MN"/>
        </w:rPr>
        <w:t>шалгах вэ?</w:t>
      </w:r>
    </w:p>
    <w:p w14:paraId="63DF2D7E" w14:textId="7C1B705B" w:rsidR="00F01613" w:rsidRPr="00AB46C9" w:rsidRDefault="00F12C81" w:rsidP="00F01613">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Цахим хуудс</w:t>
      </w:r>
      <w:r w:rsidR="00F01613" w:rsidRPr="00AB46C9">
        <w:rPr>
          <w:rFonts w:eastAsia="Times New Roman" w:cs="Arial"/>
          <w:b/>
          <w:bCs/>
          <w:sz w:val="22"/>
          <w:lang w:val="mn-MN"/>
        </w:rPr>
        <w:t>ын хаягийг шалга:</w:t>
      </w:r>
      <w:r w:rsidR="00F01613" w:rsidRPr="00AB46C9">
        <w:rPr>
          <w:rFonts w:eastAsia="Times New Roman" w:cs="Arial"/>
          <w:sz w:val="22"/>
          <w:lang w:val="mn-MN"/>
        </w:rPr>
        <w:br/>
        <w:t xml:space="preserve">Найдвартай </w:t>
      </w:r>
      <w:r w:rsidR="00424B4D" w:rsidRPr="00AB46C9">
        <w:rPr>
          <w:rFonts w:eastAsia="Times New Roman" w:cs="Arial"/>
          <w:sz w:val="22"/>
          <w:lang w:val="mn-MN"/>
        </w:rPr>
        <w:t>х</w:t>
      </w:r>
      <w:r w:rsidR="00F01613" w:rsidRPr="00AB46C9">
        <w:rPr>
          <w:rFonts w:eastAsia="Times New Roman" w:cs="Arial"/>
          <w:sz w:val="22"/>
          <w:lang w:val="mn-MN"/>
        </w:rPr>
        <w:t xml:space="preserve"> ихэвчлэн .gov, .edu гэх мэт төгсгөлтэй байдаг. Мөн тухайн сайт нэр хүндтэй эмнэлэг, их сургууль эсвэл мэдээллийн байгууллагынх эсэхийг шалгаж болно. </w:t>
      </w:r>
    </w:p>
    <w:p w14:paraId="31DE531E" w14:textId="05511605"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Огноог хар:</w:t>
      </w:r>
      <w:r w:rsidRPr="00AB46C9">
        <w:rPr>
          <w:rFonts w:eastAsia="Times New Roman" w:cs="Arial"/>
          <w:sz w:val="22"/>
          <w:lang w:val="mn-MN"/>
        </w:rPr>
        <w:br/>
        <w:t>Сүүлийн үеийн мэдээлэл мөн үү?</w:t>
      </w:r>
    </w:p>
    <w:p w14:paraId="3BC3C2AD"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Эх сурвалж, лавлагаа байгаа эсэхийг шалга:</w:t>
      </w:r>
      <w:r w:rsidRPr="00AB46C9">
        <w:rPr>
          <w:rFonts w:eastAsia="Times New Roman" w:cs="Arial"/>
          <w:sz w:val="22"/>
          <w:lang w:val="mn-MN"/>
        </w:rPr>
        <w:br/>
        <w:t>Мэдээллийг хаанаас авсан нь тодорхой байна уу?</w:t>
      </w:r>
    </w:p>
    <w:p w14:paraId="61547D17" w14:textId="4FBFAC1F" w:rsidR="00F12C81" w:rsidRPr="00AB46C9" w:rsidRDefault="004F5567" w:rsidP="00F12C81">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Зохиогчийг шалга:</w:t>
      </w:r>
      <w:r w:rsidRPr="00AB46C9">
        <w:rPr>
          <w:rFonts w:eastAsia="Times New Roman" w:cs="Arial"/>
          <w:sz w:val="22"/>
          <w:lang w:val="mn-MN"/>
        </w:rPr>
        <w:br/>
        <w:t>Зохиогчийн нэр байгаа юу? Тухайн хүн жинхэнэ мэргэжилтэн мөн үү?</w:t>
      </w:r>
    </w:p>
    <w:p w14:paraId="1C6BFB13" w14:textId="068790F7" w:rsidR="00F12C81" w:rsidRPr="00AB46C9" w:rsidRDefault="004F5567"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Эмх замбараагүй харагддаг, үг үсгийн алдаа ихтэй </w:t>
      </w:r>
      <w:r w:rsidR="00F12C81" w:rsidRPr="00AB46C9">
        <w:rPr>
          <w:rFonts w:eastAsia="Times New Roman" w:cs="Arial"/>
          <w:sz w:val="22"/>
          <w:lang w:val="mn-MN"/>
        </w:rPr>
        <w:t>цахим хуудас</w:t>
      </w:r>
      <w:r w:rsidRPr="00AB46C9">
        <w:rPr>
          <w:rFonts w:eastAsia="Times New Roman" w:cs="Arial"/>
          <w:sz w:val="22"/>
          <w:lang w:val="mn-MN"/>
        </w:rPr>
        <w:t>аас болгоомжил. Гайхамшигт</w:t>
      </w:r>
      <w:r w:rsidR="00F12C81" w:rsidRPr="00AB46C9">
        <w:rPr>
          <w:rFonts w:eastAsia="Times New Roman" w:cs="Arial"/>
          <w:sz w:val="22"/>
          <w:lang w:val="mn-MN"/>
        </w:rPr>
        <w:t>ай</w:t>
      </w:r>
      <w:r w:rsidRPr="00AB46C9">
        <w:rPr>
          <w:rFonts w:eastAsia="Times New Roman" w:cs="Arial"/>
          <w:sz w:val="22"/>
          <w:lang w:val="mn-MN"/>
        </w:rPr>
        <w:t xml:space="preserve"> эмчилгээ” гэх мэт хэт том амлалтад бүү итгэ. </w:t>
      </w:r>
    </w:p>
    <w:p w14:paraId="70DBFB6E" w14:textId="39EB8C23"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4</w:t>
      </w:r>
    </w:p>
    <w:p w14:paraId="4249A9AA" w14:textId="450A3999"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r>
      <w:r w:rsidR="00F12C81" w:rsidRPr="00AB46C9">
        <w:rPr>
          <w:rFonts w:eastAsia="Times New Roman" w:cs="Arial"/>
          <w:sz w:val="22"/>
          <w:lang w:val="mn-MN"/>
        </w:rPr>
        <w:t>Цахим хуудас</w:t>
      </w:r>
      <w:r w:rsidRPr="00AB46C9">
        <w:rPr>
          <w:rFonts w:eastAsia="Times New Roman" w:cs="Arial"/>
          <w:sz w:val="22"/>
          <w:lang w:val="mn-MN"/>
        </w:rPr>
        <w:t xml:space="preserve"> найдвартай эсэхийг хэрхэн шалгахыг сурах.</w:t>
      </w:r>
    </w:p>
    <w:p w14:paraId="1EFEBE98"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2DE28CE9" w14:textId="77777777" w:rsidR="003A053A" w:rsidRPr="00AB46C9" w:rsidRDefault="003A053A">
      <w:pPr>
        <w:numPr>
          <w:ilvl w:val="0"/>
          <w:numId w:val="7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“Ногоон цай уухын ашиг тус” гэж хайна уу. </w:t>
      </w:r>
    </w:p>
    <w:p w14:paraId="67448941" w14:textId="77777777" w:rsidR="003A053A" w:rsidRPr="00AB46C9" w:rsidRDefault="003A053A">
      <w:pPr>
        <w:numPr>
          <w:ilvl w:val="0"/>
          <w:numId w:val="7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нийтлэлийг нээгээд доорх асуултуудад хариулна уу. </w:t>
      </w:r>
    </w:p>
    <w:p w14:paraId="3471E021"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0FB01F2B" w14:textId="790E6ECD" w:rsidR="003A053A" w:rsidRPr="00AB46C9" w:rsidRDefault="003A053A" w:rsidP="004F5567">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Энэ мэдээлэл эмнэлэг, төрийн байгууллага эсвэл нэр хүндтэй </w:t>
      </w:r>
      <w:r w:rsidR="00F12C81" w:rsidRPr="00AB46C9">
        <w:rPr>
          <w:rFonts w:eastAsia="Times New Roman" w:cs="Arial"/>
          <w:sz w:val="22"/>
          <w:lang w:val="mn-MN"/>
        </w:rPr>
        <w:t>цахим хуудс</w:t>
      </w:r>
      <w:r w:rsidR="00A17DCB" w:rsidRPr="00AB46C9">
        <w:rPr>
          <w:rFonts w:eastAsia="Times New Roman" w:cs="Arial"/>
          <w:sz w:val="22"/>
          <w:lang w:val="mn-MN"/>
        </w:rPr>
        <w:t>ын</w:t>
      </w:r>
      <w:r w:rsidR="004F5567" w:rsidRPr="00AB46C9">
        <w:rPr>
          <w:rFonts w:eastAsia="Times New Roman" w:cs="Arial"/>
          <w:sz w:val="22"/>
          <w:lang w:val="mn-MN"/>
        </w:rPr>
        <w:t>х уу</w:t>
      </w:r>
      <w:r w:rsidRPr="00AB46C9">
        <w:rPr>
          <w:rFonts w:eastAsia="Times New Roman" w:cs="Arial"/>
          <w:sz w:val="22"/>
          <w:lang w:val="mn-MN"/>
        </w:rPr>
        <w:t>?</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72A86B8A" w14:textId="77777777" w:rsidR="003A053A" w:rsidRPr="00AB46C9" w:rsidRDefault="003A053A" w:rsidP="004F5567">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Сүүлийн 2 жилийн дотор нийтлэгдсэн үү?</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49FF2BF2" w14:textId="19D0F90C" w:rsidR="00A17DCB" w:rsidRPr="00AB46C9" w:rsidRDefault="003A053A" w:rsidP="00C4717D">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Эх сурвалжуудыг нийтлэлийн төгсгөлд дурдсан байна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0FF9F0F3" w14:textId="4D22C57D" w:rsidR="00A17DCB" w:rsidRPr="00AB46C9" w:rsidRDefault="00A17DCB" w:rsidP="00C4717D">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37F65586" w14:textId="4621DE33" w:rsidR="00A17DCB" w:rsidRPr="00AB46C9" w:rsidRDefault="004F5567" w:rsidP="00C4717D">
      <w:pPr>
        <w:spacing w:before="100" w:beforeAutospacing="1" w:after="100" w:afterAutospacing="1" w:line="240" w:lineRule="auto"/>
        <w:rPr>
          <w:rFonts w:eastAsia="Times New Roman" w:cs="Arial"/>
          <w:b/>
          <w:bCs/>
          <w:sz w:val="22"/>
          <w:lang w:val="mn-MN"/>
        </w:rPr>
      </w:pPr>
      <w:r w:rsidRPr="00AB46C9">
        <w:rPr>
          <w:rFonts w:eastAsia="Times New Roman" w:cs="Arial"/>
          <w:sz w:val="22"/>
          <w:lang w:val="mn-MN"/>
        </w:rPr>
        <w:t>Мэдээлэл шалгах дадлага хийх тусам найдвартай мэдээллийг олоход хялбар болно</w:t>
      </w:r>
      <w:r w:rsidR="00C4717D" w:rsidRPr="00AB46C9">
        <w:rPr>
          <w:rFonts w:eastAsia="Times New Roman" w:cs="Arial"/>
          <w:sz w:val="22"/>
          <w:lang w:val="mn-MN"/>
        </w:rPr>
        <w:t>.</w:t>
      </w:r>
    </w:p>
    <w:p w14:paraId="163A0D16" w14:textId="017671BF" w:rsidR="003A053A" w:rsidRPr="00AB46C9" w:rsidRDefault="003A053A" w:rsidP="00C4717D">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5. Хуурамч мэдээнээс болгоомжил</w:t>
      </w:r>
    </w:p>
    <w:p w14:paraId="217181E2" w14:textId="765C5AE2" w:rsidR="002A4F26" w:rsidRPr="00AB46C9" w:rsidRDefault="003A053A" w:rsidP="00364F9D">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Хуурамч мэдээ гэдэг нь үнэн мэт харагддаг боловч бодит байдалд худал мэдээлэл юм. Энэ нь хүмүүсийг айлгах, төөрөгдүүлэх эсвэл хуурах зорилготой байж болно</w:t>
      </w:r>
    </w:p>
    <w:p w14:paraId="319E790F" w14:textId="77777777" w:rsidR="002A4F26" w:rsidRPr="00AB46C9" w:rsidRDefault="002A4F26" w:rsidP="003A053A">
      <w:pPr>
        <w:spacing w:before="100" w:beforeAutospacing="1" w:after="100" w:afterAutospacing="1" w:line="240" w:lineRule="auto"/>
        <w:outlineLvl w:val="2"/>
        <w:rPr>
          <w:rFonts w:eastAsia="Times New Roman" w:cs="Arial"/>
          <w:b/>
          <w:bCs/>
          <w:sz w:val="22"/>
          <w:lang w:val="mn-MN"/>
        </w:rPr>
      </w:pPr>
    </w:p>
    <w:p w14:paraId="443180EB" w14:textId="1A906C7B"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Хуурамч мэдээний нийтлэг шинж тэмдэг:</w:t>
      </w:r>
    </w:p>
    <w:p w14:paraId="3A2B9ED9" w14:textId="77777777" w:rsidR="003A053A" w:rsidRPr="00AB46C9" w:rsidRDefault="003A053A">
      <w:pPr>
        <w:numPr>
          <w:ilvl w:val="0"/>
          <w:numId w:val="7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Цочирдуулсан эсвэл хачирхалтай гарчиг </w:t>
      </w:r>
    </w:p>
    <w:p w14:paraId="7797B65F" w14:textId="77777777" w:rsidR="003A053A" w:rsidRPr="00AB46C9" w:rsidRDefault="003A053A">
      <w:pPr>
        <w:numPr>
          <w:ilvl w:val="0"/>
          <w:numId w:val="7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Зохиогчийн нэр байхгүй </w:t>
      </w:r>
    </w:p>
    <w:p w14:paraId="6143C6B6" w14:textId="77777777" w:rsidR="00C4717D" w:rsidRPr="00AB46C9" w:rsidRDefault="00C4717D">
      <w:pPr>
        <w:numPr>
          <w:ilvl w:val="0"/>
          <w:numId w:val="7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Үг үсгийн болон дүрмийн алдаа ихтэй </w:t>
      </w:r>
    </w:p>
    <w:p w14:paraId="42972FCE" w14:textId="6A5F575F" w:rsidR="00C4717D" w:rsidRPr="00AB46C9" w:rsidRDefault="00C4717D">
      <w:pPr>
        <w:numPr>
          <w:ilvl w:val="0"/>
          <w:numId w:val="7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“Яг одоо хуваалцаарай!” гэх мэт яаруулсан мессеж</w:t>
      </w:r>
    </w:p>
    <w:p w14:paraId="123C4690" w14:textId="7655547D" w:rsidR="003A053A" w:rsidRPr="00AB46C9" w:rsidRDefault="003A053A">
      <w:pPr>
        <w:numPr>
          <w:ilvl w:val="0"/>
          <w:numId w:val="7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Зөвхөн нэг талын үзэл бодол, нотлох баримт байхгүй </w:t>
      </w:r>
    </w:p>
    <w:p w14:paraId="715A2FAD" w14:textId="6CD42926" w:rsidR="00C4717D" w:rsidRPr="00AB46C9" w:rsidRDefault="00C4717D" w:rsidP="003A053A">
      <w:pPr>
        <w:spacing w:before="100" w:beforeAutospacing="1" w:after="100" w:afterAutospacing="1" w:line="240" w:lineRule="auto"/>
        <w:rPr>
          <w:rFonts w:eastAsia="Times New Roman" w:cs="Arial"/>
          <w:b/>
          <w:bCs/>
          <w:sz w:val="22"/>
          <w:lang w:val="mn-MN"/>
        </w:rPr>
      </w:pPr>
      <w:r w:rsidRPr="00AB46C9">
        <w:rPr>
          <w:rFonts w:eastAsia="Times New Roman" w:cs="Arial"/>
          <w:sz w:val="22"/>
          <w:lang w:val="mn-MN"/>
        </w:rPr>
        <w:t xml:space="preserve">Үүнийг зах дээр хэн нэгэн цуурхал хашхирч байгаатай адилтгаж болно. Таны найз эсвэл гэр бүлийн хүн хуваалцсан байсан ч мэдээлэл худал байж болно. Тиймээс үргэлж </w:t>
      </w:r>
      <w:r w:rsidRPr="00AB46C9">
        <w:rPr>
          <w:rFonts w:eastAsia="Times New Roman" w:cs="Arial"/>
          <w:b/>
          <w:bCs/>
          <w:sz w:val="22"/>
          <w:lang w:val="mn-MN"/>
        </w:rPr>
        <w:t>давхар шалгаж байгаарай.</w:t>
      </w:r>
    </w:p>
    <w:p w14:paraId="2B09B554" w14:textId="3FE939C6"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5</w:t>
      </w:r>
    </w:p>
    <w:p w14:paraId="2E7E3062"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Үнэн биш байж болох мэдээллийг хэрхэн танихыг сурах.</w:t>
      </w:r>
    </w:p>
    <w:p w14:paraId="3A12E36A"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01AB1BC0" w14:textId="77777777" w:rsidR="003A053A" w:rsidRPr="00AB46C9" w:rsidRDefault="003A053A">
      <w:pPr>
        <w:numPr>
          <w:ilvl w:val="0"/>
          <w:numId w:val="7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“Ус бүх өвчнийг эдгээдэг” гэж хайна уу. </w:t>
      </w:r>
    </w:p>
    <w:p w14:paraId="1C5437BE" w14:textId="77777777" w:rsidR="003A053A" w:rsidRPr="00AB46C9" w:rsidRDefault="003A053A">
      <w:pPr>
        <w:numPr>
          <w:ilvl w:val="0"/>
          <w:numId w:val="7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нийтлэлийг сонгон уншина уу. </w:t>
      </w:r>
    </w:p>
    <w:p w14:paraId="0E172B79"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29EB806C" w14:textId="77777777" w:rsidR="003A053A"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Энэ мэдээлэл бодитой сонсогдож байна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638BE4E6" w14:textId="77777777" w:rsidR="00C87BA2" w:rsidRPr="00AB46C9" w:rsidRDefault="00C87BA2"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Нийтлэлийг хэн бичсэн бэ? </w:t>
      </w:r>
    </w:p>
    <w:p w14:paraId="6AA36F91" w14:textId="223B9151" w:rsidR="00A17DCB"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Ижил мэдээлэл өгсөн өөр </w:t>
      </w:r>
      <w:r w:rsidR="00F12C81" w:rsidRPr="00AB46C9">
        <w:rPr>
          <w:rFonts w:eastAsia="Times New Roman" w:cs="Arial"/>
          <w:sz w:val="22"/>
          <w:lang w:val="mn-MN"/>
        </w:rPr>
        <w:t>цахим хуудас</w:t>
      </w:r>
      <w:r w:rsidRPr="00AB46C9">
        <w:rPr>
          <w:rFonts w:eastAsia="Times New Roman" w:cs="Arial"/>
          <w:sz w:val="22"/>
          <w:lang w:val="mn-MN"/>
        </w:rPr>
        <w:t xml:space="preserve"> олж ча</w:t>
      </w:r>
      <w:r w:rsidR="00C87BA2" w:rsidRPr="00AB46C9">
        <w:rPr>
          <w:rFonts w:eastAsia="Times New Roman" w:cs="Arial"/>
          <w:sz w:val="22"/>
          <w:lang w:val="mn-MN"/>
        </w:rPr>
        <w:t>дсан</w:t>
      </w:r>
      <w:r w:rsidRPr="00AB46C9">
        <w:rPr>
          <w:rFonts w:eastAsia="Times New Roman" w:cs="Arial"/>
          <w:sz w:val="22"/>
          <w:lang w:val="mn-MN"/>
        </w:rPr>
        <w:t xml:space="preserve">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5276A4DE" w14:textId="62428ED7" w:rsidR="00A17DCB" w:rsidRPr="00AB46C9" w:rsidRDefault="00A17DCB" w:rsidP="00C87BA2">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67BC64F1" w14:textId="7BCEC328" w:rsidR="00A17DCB" w:rsidRPr="00AB46C9" w:rsidRDefault="00C87BA2"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Мэдээллийг эмнэлэг, их сургууль, төрийн байгууллагын цахим хуудас зэрэг найдвартай эх сурвалжтай үргэлж харьцуулж шалгаарай</w:t>
      </w:r>
      <w:r w:rsidR="002A4F26" w:rsidRPr="00AB46C9">
        <w:rPr>
          <w:rFonts w:eastAsia="Times New Roman" w:cs="Arial"/>
          <w:sz w:val="22"/>
          <w:lang w:val="mn-MN"/>
        </w:rPr>
        <w:t>.</w:t>
      </w:r>
    </w:p>
    <w:p w14:paraId="283414CC" w14:textId="569D330D" w:rsidR="003A053A"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6. Хайлт хийх нь яагаад хэрэгтэй вэ?</w:t>
      </w:r>
    </w:p>
    <w:p w14:paraId="710EAFCC" w14:textId="729467BC" w:rsidR="003A053A" w:rsidRPr="00AB46C9" w:rsidRDefault="00C87BA2"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Цахимаар </w:t>
      </w:r>
      <w:r w:rsidR="003A053A" w:rsidRPr="00AB46C9">
        <w:rPr>
          <w:rFonts w:eastAsia="Times New Roman" w:cs="Arial"/>
          <w:sz w:val="22"/>
          <w:lang w:val="mn-MN"/>
        </w:rPr>
        <w:t>хайлт хийх нь ахмад</w:t>
      </w:r>
      <w:r w:rsidRPr="00AB46C9">
        <w:rPr>
          <w:rFonts w:eastAsia="Times New Roman" w:cs="Arial"/>
          <w:sz w:val="22"/>
          <w:lang w:val="mn-MN"/>
        </w:rPr>
        <w:t xml:space="preserve"> настнууд</w:t>
      </w:r>
      <w:r w:rsidR="003A053A" w:rsidRPr="00AB46C9">
        <w:rPr>
          <w:rFonts w:eastAsia="Times New Roman" w:cs="Arial"/>
          <w:sz w:val="22"/>
          <w:lang w:val="mn-MN"/>
        </w:rPr>
        <w:t xml:space="preserve"> мэдээлэлтэй байх, идэвхтэй оролцох, бусадтай холбоотой байхад тусалдаг.</w:t>
      </w:r>
    </w:p>
    <w:p w14:paraId="5B7B0F35"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Та дараах зүйлсийг хийж болно:</w:t>
      </w:r>
    </w:p>
    <w:p w14:paraId="1B0345E3" w14:textId="61B30C36" w:rsidR="003A053A" w:rsidRPr="00AB46C9" w:rsidRDefault="003A053A">
      <w:pPr>
        <w:numPr>
          <w:ilvl w:val="0"/>
          <w:numId w:val="7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Шинэ хобби сурах</w:t>
      </w:r>
      <w:r w:rsidRPr="00AB46C9">
        <w:rPr>
          <w:rFonts w:eastAsia="Times New Roman" w:cs="Arial"/>
          <w:sz w:val="22"/>
          <w:lang w:val="mn-MN"/>
        </w:rPr>
        <w:br/>
      </w:r>
      <w:r w:rsidRPr="00AB46C9">
        <w:rPr>
          <w:rFonts w:eastAsia="Times New Roman" w:cs="Arial"/>
          <w:i/>
          <w:iCs/>
          <w:sz w:val="22"/>
          <w:lang w:val="mn-MN"/>
        </w:rPr>
        <w:t>(цэцэр</w:t>
      </w:r>
      <w:r w:rsidR="00C87BA2" w:rsidRPr="00AB46C9">
        <w:rPr>
          <w:rFonts w:eastAsia="Times New Roman" w:cs="Arial"/>
          <w:i/>
          <w:iCs/>
          <w:sz w:val="22"/>
          <w:lang w:val="mn-MN"/>
        </w:rPr>
        <w:t xml:space="preserve"> тарих</w:t>
      </w:r>
      <w:r w:rsidRPr="00AB46C9">
        <w:rPr>
          <w:rFonts w:eastAsia="Times New Roman" w:cs="Arial"/>
          <w:i/>
          <w:iCs/>
          <w:sz w:val="22"/>
          <w:lang w:val="mn-MN"/>
        </w:rPr>
        <w:t>, хөгжим, хоол хийх гэх мэт)</w:t>
      </w:r>
      <w:r w:rsidRPr="00AB46C9">
        <w:rPr>
          <w:rFonts w:eastAsia="Times New Roman" w:cs="Arial"/>
          <w:sz w:val="22"/>
          <w:lang w:val="mn-MN"/>
        </w:rPr>
        <w:t xml:space="preserve"> </w:t>
      </w:r>
    </w:p>
    <w:p w14:paraId="2D6D8F3B" w14:textId="77777777" w:rsidR="00C87BA2" w:rsidRPr="00AB46C9" w:rsidRDefault="00C87BA2">
      <w:pPr>
        <w:numPr>
          <w:ilvl w:val="0"/>
          <w:numId w:val="7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Эрүүл мэнд, дасгал хөдөлгөөний талаар зөвлөгөө авах </w:t>
      </w:r>
    </w:p>
    <w:p w14:paraId="3B637AF0" w14:textId="77777777" w:rsidR="00C87BA2" w:rsidRPr="00AB46C9" w:rsidRDefault="00C87BA2">
      <w:pPr>
        <w:numPr>
          <w:ilvl w:val="0"/>
          <w:numId w:val="7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Аялал эсвэл худалдан авалтаа төлөвлөх </w:t>
      </w:r>
    </w:p>
    <w:p w14:paraId="679CE2F0" w14:textId="2CE86FC6" w:rsidR="003A053A" w:rsidRPr="00AB46C9" w:rsidRDefault="003A053A">
      <w:pPr>
        <w:numPr>
          <w:ilvl w:val="0"/>
          <w:numId w:val="7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Мэдээ, цаг агаар шалгах </w:t>
      </w:r>
    </w:p>
    <w:p w14:paraId="08BB0A5A" w14:textId="77777777" w:rsidR="003A053A" w:rsidRPr="00AB46C9" w:rsidRDefault="003A053A">
      <w:pPr>
        <w:numPr>
          <w:ilvl w:val="0"/>
          <w:numId w:val="7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Зугаацах эсвэл суралцах зорилгоор видео үзэх </w:t>
      </w:r>
    </w:p>
    <w:p w14:paraId="4383CFD0" w14:textId="77777777" w:rsidR="00C87BA2"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t xml:space="preserve">Нэг эмээ ач, зээ нартайгаа хамт хийхэд тохиромжтой хялбар амттаны жор хайжээ. </w:t>
      </w:r>
    </w:p>
    <w:p w14:paraId="04B9597A" w14:textId="77777777" w:rsidR="00C87BA2" w:rsidRPr="00AB46C9" w:rsidRDefault="00C87BA2" w:rsidP="003A053A">
      <w:pPr>
        <w:spacing w:before="100" w:beforeAutospacing="1" w:after="100" w:afterAutospacing="1" w:line="240" w:lineRule="auto"/>
        <w:rPr>
          <w:rFonts w:eastAsia="Times New Roman" w:cs="Arial"/>
          <w:b/>
          <w:bCs/>
          <w:sz w:val="22"/>
          <w:lang w:val="mn-MN"/>
        </w:rPr>
      </w:pPr>
    </w:p>
    <w:p w14:paraId="602B61BA" w14:textId="2D4D2CB8" w:rsidR="003A053A" w:rsidRPr="00AB46C9" w:rsidRDefault="00C87BA2"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w:t>
      </w:r>
      <w:r w:rsidR="003A053A" w:rsidRPr="00AB46C9">
        <w:rPr>
          <w:rFonts w:eastAsia="Times New Roman" w:cs="Arial"/>
          <w:b/>
          <w:bCs/>
          <w:sz w:val="22"/>
          <w:lang w:val="mn-MN"/>
        </w:rPr>
        <w:t>асгал 6</w:t>
      </w:r>
    </w:p>
    <w:p w14:paraId="7B510385" w14:textId="66941C81"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 xml:space="preserve">Хайлтын системийг </w:t>
      </w:r>
      <w:r w:rsidR="00A17DCB" w:rsidRPr="00AB46C9">
        <w:rPr>
          <w:rFonts w:eastAsia="Times New Roman" w:cs="Arial"/>
          <w:sz w:val="22"/>
          <w:lang w:val="mn-MN"/>
        </w:rPr>
        <w:t>хөгжилдөх</w:t>
      </w:r>
      <w:r w:rsidRPr="00AB46C9">
        <w:rPr>
          <w:rFonts w:eastAsia="Times New Roman" w:cs="Arial"/>
          <w:sz w:val="22"/>
          <w:lang w:val="mn-MN"/>
        </w:rPr>
        <w:t xml:space="preserve"> болон суралцах зорилгоор ашиглах.</w:t>
      </w:r>
    </w:p>
    <w:p w14:paraId="6E00F52F"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35CAED42" w14:textId="77777777" w:rsidR="003A053A" w:rsidRPr="00AB46C9" w:rsidRDefault="003A053A">
      <w:pPr>
        <w:numPr>
          <w:ilvl w:val="0"/>
          <w:numId w:val="7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Өөрийн сонирхдог зүйлээ сонгоно уу.</w:t>
      </w:r>
      <w:r w:rsidRPr="00AB46C9">
        <w:rPr>
          <w:rFonts w:eastAsia="Times New Roman" w:cs="Arial"/>
          <w:sz w:val="22"/>
          <w:lang w:val="mn-MN"/>
        </w:rPr>
        <w:br/>
      </w:r>
      <w:r w:rsidRPr="00AB46C9">
        <w:rPr>
          <w:rFonts w:eastAsia="Times New Roman" w:cs="Arial"/>
          <w:i/>
          <w:iCs/>
          <w:sz w:val="22"/>
          <w:lang w:val="mn-MN"/>
        </w:rPr>
        <w:t>(аялал, хөгжим, хоол гэх мэт)</w:t>
      </w:r>
      <w:r w:rsidRPr="00AB46C9">
        <w:rPr>
          <w:rFonts w:eastAsia="Times New Roman" w:cs="Arial"/>
          <w:sz w:val="22"/>
          <w:lang w:val="mn-MN"/>
        </w:rPr>
        <w:t xml:space="preserve"> </w:t>
      </w:r>
    </w:p>
    <w:p w14:paraId="44FCC715" w14:textId="77777777" w:rsidR="003A053A" w:rsidRPr="00AB46C9" w:rsidRDefault="003A053A">
      <w:pPr>
        <w:numPr>
          <w:ilvl w:val="0"/>
          <w:numId w:val="7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Тухайн зүйлийг онлайнаар хайна уу. </w:t>
      </w:r>
    </w:p>
    <w:p w14:paraId="306E3CC2" w14:textId="77777777" w:rsidR="003A053A" w:rsidRPr="00AB46C9" w:rsidRDefault="003A053A">
      <w:pPr>
        <w:numPr>
          <w:ilvl w:val="0"/>
          <w:numId w:val="7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нийтлэл эсвэл видеог нээнэ үү. </w:t>
      </w:r>
    </w:p>
    <w:p w14:paraId="5C99EB1A"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17DD1AD7" w14:textId="77777777" w:rsidR="003A053A" w:rsidRPr="00AB46C9" w:rsidRDefault="003A053A">
      <w:pPr>
        <w:numPr>
          <w:ilvl w:val="0"/>
          <w:numId w:val="8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юу хайсан бэ? </w:t>
      </w:r>
    </w:p>
    <w:p w14:paraId="185B6E25" w14:textId="77777777" w:rsidR="003A053A" w:rsidRPr="00AB46C9" w:rsidRDefault="003A053A">
      <w:pPr>
        <w:numPr>
          <w:ilvl w:val="0"/>
          <w:numId w:val="8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Ямар сонирхолтой эсвэл шинэ зүйл олж мэдсэн бэ? </w:t>
      </w:r>
    </w:p>
    <w:p w14:paraId="058B2715" w14:textId="4EE78FFC" w:rsidR="00A17DCB" w:rsidRPr="00AB46C9" w:rsidRDefault="00A17DCB" w:rsidP="00C87BA2">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75E91013" w14:textId="5B166770" w:rsidR="00C87BA2" w:rsidRPr="00AB46C9" w:rsidRDefault="00C87BA2"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Өөрийн хурдаар суралцаж таашаал аваарай. Та хүссэн үедээ, хаана ч хайлт хийж болно!</w:t>
      </w:r>
    </w:p>
    <w:p w14:paraId="27C2B453" w14:textId="091AA1B1" w:rsidR="003A053A"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7. Хиймэл оюун ухаан (AI) гэж юу вэ?</w:t>
      </w:r>
    </w:p>
    <w:p w14:paraId="738C94E3" w14:textId="3AC9D5B8"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Хиймэл оюун ухаан (AI) гэдэг нь компьютер эсвэл </w:t>
      </w:r>
      <w:r w:rsidR="00C87BA2" w:rsidRPr="00AB46C9">
        <w:rPr>
          <w:rFonts w:eastAsia="Times New Roman" w:cs="Arial"/>
          <w:sz w:val="22"/>
          <w:lang w:val="mn-MN"/>
        </w:rPr>
        <w:t xml:space="preserve">гар </w:t>
      </w:r>
      <w:r w:rsidRPr="00AB46C9">
        <w:rPr>
          <w:rFonts w:eastAsia="Times New Roman" w:cs="Arial"/>
          <w:sz w:val="22"/>
          <w:lang w:val="mn-MN"/>
        </w:rPr>
        <w:t xml:space="preserve">утас таны асуултад хариулж, танд туслах боломжийг хэлнэ. Үүнийг найрсаг </w:t>
      </w:r>
      <w:r w:rsidR="00C87BA2" w:rsidRPr="00AB46C9">
        <w:rPr>
          <w:rFonts w:eastAsia="Times New Roman" w:cs="Arial"/>
          <w:sz w:val="22"/>
          <w:lang w:val="mn-MN"/>
        </w:rPr>
        <w:t>цахим</w:t>
      </w:r>
      <w:r w:rsidRPr="00AB46C9">
        <w:rPr>
          <w:rFonts w:eastAsia="Times New Roman" w:cs="Arial"/>
          <w:sz w:val="22"/>
          <w:lang w:val="mn-MN"/>
        </w:rPr>
        <w:t xml:space="preserve"> туслах гэж төсөөлж болно.</w:t>
      </w:r>
    </w:p>
    <w:p w14:paraId="1091E038" w14:textId="77777777" w:rsidR="00C87BA2"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асуултаа бичихэд AI танд энгийн хэлээр дэлгэрэнгүй хариулт өгнө. Мөн та нэмэлт асуулт асууж, яг л хүнтэй ярилцаж байгаа мэт харилцан яриа өрнүүлж болно.</w:t>
      </w:r>
    </w:p>
    <w:p w14:paraId="636744D8" w14:textId="27665F3D" w:rsidR="00C87BA2" w:rsidRPr="00AB46C9" w:rsidRDefault="00C87BA2" w:rsidP="00C87BA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Хиймэл оюун ухаан нь дараах зүйлд тусалж чадна:</w:t>
      </w:r>
    </w:p>
    <w:p w14:paraId="0BC8EF29" w14:textId="77777777" w:rsidR="00C87BA2" w:rsidRPr="00AB46C9" w:rsidRDefault="00C87BA2">
      <w:pPr>
        <w:numPr>
          <w:ilvl w:val="0"/>
          <w:numId w:val="8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Шинэ зүйл сурах </w:t>
      </w:r>
    </w:p>
    <w:p w14:paraId="3AE91815" w14:textId="77777777" w:rsidR="00C87BA2" w:rsidRPr="00AB46C9" w:rsidRDefault="00C87BA2">
      <w:pPr>
        <w:numPr>
          <w:ilvl w:val="0"/>
          <w:numId w:val="8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Тодорхой тайлбар авах </w:t>
      </w:r>
    </w:p>
    <w:p w14:paraId="30E9CE0D" w14:textId="77777777" w:rsidR="00C87BA2" w:rsidRPr="00AB46C9" w:rsidRDefault="00C87BA2">
      <w:pPr>
        <w:numPr>
          <w:ilvl w:val="0"/>
          <w:numId w:val="8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 захидал бичих </w:t>
      </w:r>
    </w:p>
    <w:p w14:paraId="102820E6" w14:textId="441A614E" w:rsidR="00C87BA2" w:rsidRPr="00AB46C9" w:rsidRDefault="00C87BA2">
      <w:pPr>
        <w:numPr>
          <w:ilvl w:val="0"/>
          <w:numId w:val="8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Мэдээллийг хялбар хайх </w:t>
      </w:r>
    </w:p>
    <w:p w14:paraId="641B1E01" w14:textId="15A5099D" w:rsidR="003A053A"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Уламжлалт хайлтын систем</w:t>
      </w:r>
      <w:r w:rsidR="00A17DCB" w:rsidRPr="00AB46C9">
        <w:rPr>
          <w:rFonts w:eastAsia="Times New Roman" w:cs="Arial"/>
          <w:b/>
          <w:bCs/>
          <w:sz w:val="22"/>
          <w:lang w:val="mn-MN"/>
        </w:rPr>
        <w:t xml:space="preserve">, </w:t>
      </w:r>
      <w:r w:rsidR="00C87BA2" w:rsidRPr="00AB46C9">
        <w:rPr>
          <w:rFonts w:eastAsia="Times New Roman" w:cs="Arial"/>
          <w:b/>
          <w:bCs/>
          <w:sz w:val="22"/>
          <w:lang w:val="mn-MN"/>
        </w:rPr>
        <w:t>Хиймэл оюун ухаан</w:t>
      </w:r>
      <w:r w:rsidR="00A17DCB" w:rsidRPr="00AB46C9">
        <w:rPr>
          <w:rFonts w:eastAsia="Times New Roman" w:cs="Arial"/>
          <w:b/>
          <w:bCs/>
          <w:sz w:val="22"/>
          <w:lang w:val="mn-MN"/>
        </w:rPr>
        <w:t>ы ялгаа</w:t>
      </w:r>
    </w:p>
    <w:p w14:paraId="7F5AFD94"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Уламжлалт хайлтын системүүд</w:t>
      </w:r>
      <w:r w:rsidRPr="00AB46C9">
        <w:rPr>
          <w:rFonts w:eastAsia="Times New Roman" w:cs="Arial"/>
          <w:sz w:val="22"/>
          <w:lang w:val="mn-MN"/>
        </w:rPr>
        <w:br/>
      </w:r>
      <w:r w:rsidRPr="00AB46C9">
        <w:rPr>
          <w:rFonts w:eastAsia="Times New Roman" w:cs="Arial"/>
          <w:i/>
          <w:iCs/>
          <w:sz w:val="22"/>
          <w:lang w:val="mn-MN"/>
        </w:rPr>
        <w:t>(Google, Bing гэх мэт):</w:t>
      </w:r>
    </w:p>
    <w:p w14:paraId="60BF0236" w14:textId="10AD97AB" w:rsidR="003A053A" w:rsidRPr="00AB46C9" w:rsidRDefault="003A053A">
      <w:pPr>
        <w:numPr>
          <w:ilvl w:val="0"/>
          <w:numId w:val="8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нээж үзэх боломжтой </w:t>
      </w:r>
      <w:r w:rsidR="00F12C81" w:rsidRPr="00AB46C9">
        <w:rPr>
          <w:rFonts w:eastAsia="Times New Roman" w:cs="Arial"/>
          <w:b/>
          <w:bCs/>
          <w:sz w:val="22"/>
          <w:lang w:val="mn-MN"/>
        </w:rPr>
        <w:t>цахим хуудас</w:t>
      </w:r>
      <w:r w:rsidRPr="00AB46C9">
        <w:rPr>
          <w:rFonts w:eastAsia="Times New Roman" w:cs="Arial"/>
          <w:b/>
          <w:bCs/>
          <w:sz w:val="22"/>
          <w:lang w:val="mn-MN"/>
        </w:rPr>
        <w:t>уудын жагсаалтыг</w:t>
      </w:r>
      <w:r w:rsidRPr="00AB46C9">
        <w:rPr>
          <w:rFonts w:eastAsia="Times New Roman" w:cs="Arial"/>
          <w:sz w:val="22"/>
          <w:lang w:val="mn-MN"/>
        </w:rPr>
        <w:t xml:space="preserve"> харуулна. </w:t>
      </w:r>
    </w:p>
    <w:p w14:paraId="1AC4BDB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AI хэрэгслүүд</w:t>
      </w:r>
      <w:r w:rsidRPr="00AB46C9">
        <w:rPr>
          <w:rFonts w:eastAsia="Times New Roman" w:cs="Arial"/>
          <w:sz w:val="22"/>
          <w:lang w:val="mn-MN"/>
        </w:rPr>
        <w:br/>
      </w:r>
      <w:r w:rsidRPr="00AB46C9">
        <w:rPr>
          <w:rFonts w:eastAsia="Times New Roman" w:cs="Arial"/>
          <w:i/>
          <w:iCs/>
          <w:sz w:val="22"/>
          <w:lang w:val="mn-MN"/>
        </w:rPr>
        <w:t>(ChatGPT, Gemini гэх мэт):</w:t>
      </w:r>
    </w:p>
    <w:p w14:paraId="08AFD9A0" w14:textId="77777777" w:rsidR="003A053A" w:rsidRPr="00AB46C9" w:rsidRDefault="003A053A">
      <w:pPr>
        <w:numPr>
          <w:ilvl w:val="0"/>
          <w:numId w:val="8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Бүрэн өгүүлбэрээр шууд хариулт өгнө. </w:t>
      </w:r>
    </w:p>
    <w:p w14:paraId="31E1FAD3" w14:textId="1263F86B" w:rsidR="00A17DCB" w:rsidRPr="00AB46C9" w:rsidRDefault="003A053A" w:rsidP="00C87BA2">
      <w:pPr>
        <w:numPr>
          <w:ilvl w:val="0"/>
          <w:numId w:val="8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Илүү дэлгэрэнгүй тусламж авахын тулд нэмэлт асуулт асуух боломжтой</w:t>
      </w:r>
    </w:p>
    <w:p w14:paraId="1BDCC53B" w14:textId="5D3716BF" w:rsidR="003A053A" w:rsidRPr="00AB46C9" w:rsidRDefault="003A053A" w:rsidP="00C87BA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туршиж үзэж болох түгээмэл AI хэрэгслүүд</w:t>
      </w:r>
    </w:p>
    <w:p w14:paraId="7F873BD3"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ChatGPT</w:t>
      </w:r>
      <w:r w:rsidRPr="00AB46C9">
        <w:rPr>
          <w:rFonts w:eastAsia="Times New Roman" w:cs="Arial"/>
          <w:sz w:val="22"/>
          <w:lang w:val="mn-MN"/>
        </w:rPr>
        <w:br/>
        <w:t>OpenAI компани хөгжүүлсэн. Аливаа зүйлийг ойлгомжтой тайлбарлаж, асуултад хариулж, мессеж бичихэд туслах эсвэл санал зөвлөмж өгдөг.</w:t>
      </w:r>
    </w:p>
    <w:p w14:paraId="020F143A"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DeepSeek</w:t>
      </w:r>
      <w:r w:rsidRPr="00AB46C9">
        <w:rPr>
          <w:rFonts w:eastAsia="Times New Roman" w:cs="Arial"/>
          <w:sz w:val="22"/>
          <w:lang w:val="mn-MN"/>
        </w:rPr>
        <w:br/>
        <w:t>Хятадад хөгжүүлсэн AI бөгөөд хятад болон англи хэл дээр сайн ажилладаг.</w:t>
      </w:r>
    </w:p>
    <w:p w14:paraId="1787B13E" w14:textId="2365660A"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Copilot</w:t>
      </w:r>
      <w:r w:rsidRPr="00AB46C9">
        <w:rPr>
          <w:rFonts w:eastAsia="Times New Roman" w:cs="Arial"/>
          <w:sz w:val="22"/>
          <w:lang w:val="mn-MN"/>
        </w:rPr>
        <w:br/>
        <w:t xml:space="preserve">Bing болон Windows-д суурилсан. </w:t>
      </w:r>
      <w:r w:rsidR="00687160" w:rsidRPr="00AB46C9">
        <w:rPr>
          <w:rFonts w:eastAsia="Times New Roman" w:cs="Arial"/>
          <w:sz w:val="22"/>
          <w:lang w:val="mn-MN"/>
        </w:rPr>
        <w:t xml:space="preserve">Цахим </w:t>
      </w:r>
      <w:r w:rsidRPr="00AB46C9">
        <w:rPr>
          <w:rFonts w:eastAsia="Times New Roman" w:cs="Arial"/>
          <w:sz w:val="22"/>
          <w:lang w:val="mn-MN"/>
        </w:rPr>
        <w:t>хайлт, цахим шуудан болон төрөл бүрийн даалгаварт тусалдаг.</w:t>
      </w:r>
    </w:p>
    <w:p w14:paraId="4BA74588"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Gemini (өмнө нь Bard)</w:t>
      </w:r>
      <w:r w:rsidRPr="00AB46C9">
        <w:rPr>
          <w:rFonts w:eastAsia="Times New Roman" w:cs="Arial"/>
          <w:sz w:val="22"/>
          <w:lang w:val="mn-MN"/>
        </w:rPr>
        <w:br/>
        <w:t>Google компани бүтээсэн. Google-ийн хайлтын системийг ашиглан хариулт өгдөг.</w:t>
      </w:r>
    </w:p>
    <w:p w14:paraId="1856299F" w14:textId="13C2633A" w:rsidR="00A17DCB" w:rsidRPr="00AB46C9" w:rsidRDefault="00A17DCB" w:rsidP="006871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1C172968" w14:textId="27970E24" w:rsidR="00A17DCB" w:rsidRPr="00AB46C9" w:rsidRDefault="003A053A"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Эдгээр хэрэгслийг утас, таблет эсвэл компьютерээр ашиглаж болно.</w:t>
      </w:r>
      <w:r w:rsidR="00687160" w:rsidRPr="00AB46C9">
        <w:rPr>
          <w:rFonts w:eastAsia="Times New Roman" w:cs="Arial"/>
          <w:sz w:val="22"/>
          <w:lang w:val="mn-MN"/>
        </w:rPr>
        <w:t xml:space="preserve"> </w:t>
      </w:r>
      <w:r w:rsidRPr="00AB46C9">
        <w:rPr>
          <w:rFonts w:eastAsia="Times New Roman" w:cs="Arial"/>
          <w:sz w:val="22"/>
          <w:lang w:val="mn-MN"/>
        </w:rPr>
        <w:t>Ихэнхийг нь үнэгүй туршиж үзэх боломжтой. Хэрэв танд бүртгэл байхгүй бол хэн нэгнээс аюулгүй байдлаар бүртгэл үүсгэхэд туслахыг хүсээрэй. Зарим AI хэрэгслийг ашиглахын тулд заавал нэвтрэх шаардлагатай.</w:t>
      </w:r>
    </w:p>
    <w:p w14:paraId="3D513486" w14:textId="0C6BBBFA"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ChatGPT:</w:t>
      </w:r>
    </w:p>
    <w:p w14:paraId="010044A6" w14:textId="1FD78A74"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Ясны сийрэгжилтийг энгийн үгээр тайлбарлана уу.</w:t>
      </w:r>
    </w:p>
    <w:p w14:paraId="540935A8" w14:textId="77777777"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w:t>
      </w:r>
      <w:r w:rsidRPr="00AB46C9">
        <w:rPr>
          <w:rFonts w:eastAsia="Times New Roman" w:cs="Arial"/>
          <w:sz w:val="22"/>
          <w:lang w:val="mn-MN"/>
        </w:rPr>
        <w:t>Ясны сийрэгжилт гэдэг нь яс суларч, амархан гэмтдэг болохыг хэлнэ. Энэ нь нас ахих тусам, ялангуяа эмэгтэйчүүдэд илүү түгээмэл тохиолддог. Кальци агуулсан хүнс хэрэглэх, хөнгөн дасгал хийх, тогтмол үзлэгт хамрагдах нь тус болно</w:t>
      </w:r>
      <w:r w:rsidRPr="00AB46C9">
        <w:rPr>
          <w:rFonts w:eastAsia="Times New Roman" w:cs="Arial"/>
          <w:b/>
          <w:bCs/>
          <w:sz w:val="22"/>
          <w:lang w:val="mn-MN"/>
        </w:rPr>
        <w:t>.”</w:t>
      </w:r>
      <w:r w:rsidRPr="00AB46C9">
        <w:rPr>
          <w:rFonts w:eastAsia="Times New Roman" w:cs="Arial"/>
          <w:sz w:val="22"/>
          <w:lang w:val="mn-MN"/>
        </w:rPr>
        <w:t xml:space="preserve"> </w:t>
      </w:r>
    </w:p>
    <w:p w14:paraId="04A9E315" w14:textId="08339FF5" w:rsidR="00A17DCB" w:rsidRPr="00AB46C9" w:rsidRDefault="00A17DCB" w:rsidP="006871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Жишээ:</w:t>
      </w:r>
    </w:p>
    <w:p w14:paraId="0AA5D8BA" w14:textId="5160ABC1" w:rsidR="00687160" w:rsidRPr="00AB46C9" w:rsidRDefault="00A17DCB" w:rsidP="006871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 xml:space="preserve">Суралцахад хиймэл оюун ухаан буюу </w:t>
      </w:r>
      <w:r w:rsidR="00687160" w:rsidRPr="00AB46C9">
        <w:rPr>
          <w:rFonts w:eastAsia="Times New Roman" w:cs="Arial"/>
          <w:b/>
          <w:bCs/>
          <w:sz w:val="22"/>
          <w:lang w:val="mn-MN"/>
        </w:rPr>
        <w:t>AI ашиглах</w:t>
      </w:r>
    </w:p>
    <w:p w14:paraId="2AE743FB" w14:textId="27847133" w:rsidR="00A17DCB" w:rsidRPr="00AB46C9" w:rsidRDefault="00687160"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Тэтгэвэрт гарсан нэг багш эрүүл мэндийн талаар ойлгохыг хүсжээ.</w:t>
      </w:r>
      <w:r w:rsidR="00A17DCB" w:rsidRPr="00AB46C9">
        <w:rPr>
          <w:rFonts w:eastAsia="Times New Roman" w:cs="Arial"/>
          <w:sz w:val="22"/>
          <w:lang w:val="mn-MN"/>
        </w:rPr>
        <w:t xml:space="preserve"> </w:t>
      </w:r>
      <w:r w:rsidRPr="00AB46C9">
        <w:rPr>
          <w:rFonts w:eastAsia="Times New Roman" w:cs="Arial"/>
          <w:sz w:val="22"/>
          <w:lang w:val="mn-MN"/>
        </w:rPr>
        <w:t>Тэрээр ChatGPT-д:</w:t>
      </w:r>
      <w:r w:rsidR="00A17DCB" w:rsidRPr="00AB46C9">
        <w:rPr>
          <w:rFonts w:eastAsia="Times New Roman" w:cs="Arial"/>
          <w:b/>
          <w:bCs/>
          <w:sz w:val="22"/>
          <w:lang w:val="mn-MN"/>
        </w:rPr>
        <w:t xml:space="preserve"> “Ясны сийрэгжилтийг энгийн үгээр тайлбарлана уу</w:t>
      </w:r>
      <w:r w:rsidR="00A17DCB" w:rsidRPr="00AB46C9">
        <w:rPr>
          <w:rFonts w:eastAsia="Times New Roman" w:cs="Arial"/>
          <w:sz w:val="22"/>
          <w:lang w:val="mn-MN"/>
        </w:rPr>
        <w:t>.”</w:t>
      </w:r>
    </w:p>
    <w:p w14:paraId="713F5936" w14:textId="77777777" w:rsidR="00A17DCB" w:rsidRPr="00AB46C9" w:rsidRDefault="00A17DCB" w:rsidP="00A17DCB">
      <w:pPr>
        <w:spacing w:before="100" w:beforeAutospacing="1" w:after="100" w:afterAutospacing="1" w:line="240" w:lineRule="auto"/>
        <w:rPr>
          <w:rFonts w:eastAsia="Times New Roman" w:cs="Arial"/>
          <w:sz w:val="22"/>
          <w:lang w:val="mn-MN"/>
        </w:rPr>
      </w:pPr>
    </w:p>
    <w:p w14:paraId="1DE0F828" w14:textId="2E893BF8" w:rsidR="00A17DCB" w:rsidRPr="00AB46C9" w:rsidRDefault="00A17DCB" w:rsidP="00A17DCB">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ChatGPT-ийн хариулт:</w:t>
      </w:r>
    </w:p>
    <w:p w14:paraId="08C6921E" w14:textId="4D856ECF" w:rsidR="00687160"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w:t>
      </w:r>
      <w:r w:rsidRPr="00AB46C9">
        <w:rPr>
          <w:rFonts w:eastAsia="Times New Roman" w:cs="Arial"/>
          <w:sz w:val="22"/>
          <w:lang w:val="mn-MN"/>
        </w:rPr>
        <w:t>Ясны сийрэгжилт гэдэг нь яс суларч, амархан гэмтдэг болохыг хэлнэ. Энэ нь нас ахих тусам, ялангуяа эмэгтэйчүүдэд илүү түгээмэл тохиолддог. Кальци агуулсан хүнс хэрэглэх, хөнгөн дасгал хийх, тогтмол үзлэгт хамрагдах нь тус болно</w:t>
      </w:r>
    </w:p>
    <w:p w14:paraId="41262FBD" w14:textId="77777777" w:rsidR="00A17DCB" w:rsidRPr="00AB46C9" w:rsidRDefault="00A17DCB" w:rsidP="00687160">
      <w:pPr>
        <w:spacing w:before="100" w:beforeAutospacing="1" w:after="100" w:afterAutospacing="1" w:line="240" w:lineRule="auto"/>
        <w:rPr>
          <w:rFonts w:eastAsia="Times New Roman" w:cs="Arial"/>
          <w:sz w:val="22"/>
          <w:lang w:val="mn-MN"/>
        </w:rPr>
      </w:pPr>
    </w:p>
    <w:p w14:paraId="67562EE8" w14:textId="17608B75" w:rsidR="003A053A" w:rsidRPr="00AB46C9" w:rsidRDefault="00A17DCB"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Зөвлөмж</w:t>
      </w:r>
      <w:r w:rsidR="003A053A" w:rsidRPr="00AB46C9">
        <w:rPr>
          <w:rFonts w:eastAsia="Times New Roman" w:cs="Arial"/>
          <w:b/>
          <w:bCs/>
          <w:sz w:val="22"/>
          <w:lang w:val="mn-MN"/>
        </w:rPr>
        <w:t>:</w:t>
      </w:r>
      <w:r w:rsidR="003A053A" w:rsidRPr="00AB46C9">
        <w:rPr>
          <w:rFonts w:eastAsia="Times New Roman" w:cs="Arial"/>
          <w:sz w:val="22"/>
          <w:lang w:val="mn-MN"/>
        </w:rPr>
        <w:br/>
        <w:t>AI нь хүний сэтгэл хөдлөл болон бодит амьдралын нөхцөл байдлыг хүн шиг бүрэн ойлгож чаддаггүй. AI бол зөвлөмж, санал өгдөг хэрэгсэл болохоос хувийн зөвлөгөө өгдөг хүн биш.</w:t>
      </w:r>
    </w:p>
    <w:p w14:paraId="66A0A2D3" w14:textId="2FA49332" w:rsidR="00A17DCB" w:rsidRPr="00AB46C9" w:rsidRDefault="003A053A" w:rsidP="0068716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та эргэлзэж байвал бодит хүнээс зөвлөгөө аваарай.</w:t>
      </w:r>
    </w:p>
    <w:p w14:paraId="1F714AB2" w14:textId="77777777" w:rsidR="00A17DCB" w:rsidRPr="00AB46C9" w:rsidRDefault="00A17DCB" w:rsidP="00687160">
      <w:pPr>
        <w:spacing w:before="100" w:beforeAutospacing="1" w:after="100" w:afterAutospacing="1" w:line="240" w:lineRule="auto"/>
        <w:rPr>
          <w:rFonts w:eastAsia="Times New Roman" w:cs="Arial"/>
          <w:sz w:val="22"/>
          <w:lang w:val="mn-MN"/>
        </w:rPr>
      </w:pPr>
    </w:p>
    <w:p w14:paraId="4E094D48" w14:textId="77777777" w:rsidR="00687160" w:rsidRPr="00AB46C9" w:rsidRDefault="003A053A" w:rsidP="00687160">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Дасгал 7</w:t>
      </w:r>
    </w:p>
    <w:p w14:paraId="1692CC80" w14:textId="47BD8E4F" w:rsidR="00687160" w:rsidRPr="00AB46C9" w:rsidRDefault="00687160" w:rsidP="0068716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AI чат ашиглаж үзье</w:t>
      </w:r>
    </w:p>
    <w:p w14:paraId="683D0ABF"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AI хэрэгслийг ашиглан хэрхэн асуулт асуухыг туршиж үзэх.</w:t>
      </w:r>
    </w:p>
    <w:p w14:paraId="08D231DC"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02CF6AB1" w14:textId="77777777" w:rsidR="003A053A" w:rsidRPr="00AB46C9" w:rsidRDefault="003A053A">
      <w:pPr>
        <w:numPr>
          <w:ilvl w:val="0"/>
          <w:numId w:val="8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Интернэт хөтчөө нээнэ үү. </w:t>
      </w:r>
    </w:p>
    <w:p w14:paraId="6A3CAA64" w14:textId="77777777" w:rsidR="003A053A" w:rsidRPr="00AB46C9" w:rsidRDefault="00AB46C9">
      <w:pPr>
        <w:numPr>
          <w:ilvl w:val="0"/>
          <w:numId w:val="84"/>
        </w:numPr>
        <w:spacing w:before="100" w:beforeAutospacing="1" w:after="100" w:afterAutospacing="1" w:line="240" w:lineRule="auto"/>
        <w:rPr>
          <w:rFonts w:eastAsia="Times New Roman" w:cs="Arial"/>
          <w:sz w:val="22"/>
          <w:lang w:val="mn-MN"/>
        </w:rPr>
      </w:pPr>
      <w:hyperlink r:id="rId7" w:tgtFrame="_new" w:history="1">
        <w:r w:rsidR="003A053A" w:rsidRPr="00AB46C9">
          <w:rPr>
            <w:rFonts w:eastAsia="Times New Roman" w:cs="Arial"/>
            <w:b/>
            <w:bCs/>
            <w:color w:val="0000FF"/>
            <w:sz w:val="22"/>
            <w:u w:val="single"/>
            <w:lang w:val="mn-MN"/>
          </w:rPr>
          <w:t>https://chat.openai.com</w:t>
        </w:r>
      </w:hyperlink>
      <w:r w:rsidR="003A053A" w:rsidRPr="00AB46C9">
        <w:rPr>
          <w:rFonts w:eastAsia="Times New Roman" w:cs="Arial"/>
          <w:sz w:val="22"/>
          <w:lang w:val="mn-MN"/>
        </w:rPr>
        <w:t xml:space="preserve"> хаягаар орно уу. </w:t>
      </w:r>
    </w:p>
    <w:p w14:paraId="3461B0F9" w14:textId="77777777" w:rsidR="003A053A" w:rsidRPr="00AB46C9" w:rsidRDefault="003A053A">
      <w:pPr>
        <w:numPr>
          <w:ilvl w:val="0"/>
          <w:numId w:val="8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Дараах асуултыг бичнэ үү:</w:t>
      </w:r>
      <w:r w:rsidRPr="00AB46C9">
        <w:rPr>
          <w:rFonts w:eastAsia="Times New Roman" w:cs="Arial"/>
          <w:sz w:val="22"/>
          <w:lang w:val="mn-MN"/>
        </w:rPr>
        <w:br/>
      </w:r>
      <w:r w:rsidRPr="00AB46C9">
        <w:rPr>
          <w:rFonts w:eastAsia="Times New Roman" w:cs="Arial"/>
          <w:b/>
          <w:bCs/>
          <w:sz w:val="22"/>
          <w:lang w:val="mn-MN"/>
        </w:rPr>
        <w:t>“Өвдөг нь өвддөг ахмад настанд ямар дасгал хамгийн тохиромжтой вэ?”</w:t>
      </w:r>
      <w:r w:rsidRPr="00AB46C9">
        <w:rPr>
          <w:rFonts w:eastAsia="Times New Roman" w:cs="Arial"/>
          <w:sz w:val="22"/>
          <w:lang w:val="mn-MN"/>
        </w:rPr>
        <w:t xml:space="preserve"> </w:t>
      </w:r>
    </w:p>
    <w:p w14:paraId="4F80B48D" w14:textId="77777777" w:rsidR="00687160" w:rsidRPr="00AB46C9" w:rsidRDefault="003A053A">
      <w:pPr>
        <w:numPr>
          <w:ilvl w:val="0"/>
          <w:numId w:val="8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Хариултыг уншина уу. Дараа нь:</w:t>
      </w:r>
      <w:r w:rsidRPr="00AB46C9">
        <w:rPr>
          <w:rFonts w:eastAsia="Times New Roman" w:cs="Arial"/>
          <w:sz w:val="22"/>
          <w:lang w:val="mn-MN"/>
        </w:rPr>
        <w:br/>
      </w:r>
      <w:r w:rsidRPr="00AB46C9">
        <w:rPr>
          <w:rFonts w:eastAsia="Times New Roman" w:cs="Arial"/>
          <w:b/>
          <w:bCs/>
          <w:sz w:val="22"/>
          <w:lang w:val="mn-MN"/>
        </w:rPr>
        <w:t>“Үүнийг илүү энгийнээр тайлбарлаж өгч болох уу?”</w:t>
      </w:r>
      <w:r w:rsidRPr="00AB46C9">
        <w:rPr>
          <w:rFonts w:eastAsia="Times New Roman" w:cs="Arial"/>
          <w:sz w:val="22"/>
          <w:lang w:val="mn-MN"/>
        </w:rPr>
        <w:br/>
        <w:t>гэж асуугаарай.</w:t>
      </w:r>
    </w:p>
    <w:p w14:paraId="726C0DCF" w14:textId="6AB9798C" w:rsidR="00687160" w:rsidRPr="00AB46C9" w:rsidRDefault="00687160" w:rsidP="0068716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Хариултыг ойлгоход амархан байсан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4E0E77CA" w14:textId="1E885138" w:rsidR="00687160" w:rsidRPr="00AB46C9" w:rsidRDefault="00687160" w:rsidP="0068716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Хэрэгтэй туслагч шиг санагдсан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7B5F27BD" w14:textId="517E11C1" w:rsidR="003A053A" w:rsidRPr="00AB46C9" w:rsidRDefault="003A053A" w:rsidP="0068716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Аюулгүй байдлын зөвлөмж</w:t>
      </w:r>
    </w:p>
    <w:p w14:paraId="7C8B5513" w14:textId="57AFB2A4" w:rsidR="00A17DCB" w:rsidRPr="00AB46C9" w:rsidRDefault="003A053A" w:rsidP="0068716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AI нь хэрэгтэй боловч алдаатай мэдээлэл өгөх боломжтой.</w:t>
      </w:r>
      <w:r w:rsidR="00687160" w:rsidRPr="00AB46C9">
        <w:rPr>
          <w:rFonts w:eastAsia="Times New Roman" w:cs="Arial"/>
          <w:sz w:val="22"/>
          <w:lang w:val="mn-MN"/>
        </w:rPr>
        <w:t xml:space="preserve"> </w:t>
      </w:r>
      <w:r w:rsidRPr="00AB46C9">
        <w:rPr>
          <w:rFonts w:eastAsia="Times New Roman" w:cs="Arial"/>
          <w:sz w:val="22"/>
          <w:lang w:val="mn-MN"/>
        </w:rPr>
        <w:t xml:space="preserve">Эрүүл мэнд, хууль эрх зүй, мөнгөтэй холбоотой зөвлөгөөг эмч, итгэл хүлээсэн хүн эсвэл албан ёсны эх сурвалжаас үргэлж давхар шалгаарай. </w:t>
      </w:r>
    </w:p>
    <w:p w14:paraId="79CD9B08" w14:textId="3AA8E5F9" w:rsidR="003A053A" w:rsidRPr="00AB46C9" w:rsidRDefault="003A053A" w:rsidP="0068716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Ухаалаг хайлт хийхэд хэрэгтэй зөвлөмжүүд</w:t>
      </w:r>
    </w:p>
    <w:p w14:paraId="5FC17BF6"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Тодорхой, богино асуулт ашиглаарай. </w:t>
      </w:r>
    </w:p>
    <w:p w14:paraId="1CBD8887"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Бичихэд хэцүү байвал микрофон ашиглан ярьж асуултаа оруулж болно. </w:t>
      </w:r>
    </w:p>
    <w:p w14:paraId="2E2B55B2"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Нүд ядрахаас сэргийлж дэлгэцийн хэрэглээний хугацааг хязгаарлаарай. </w:t>
      </w:r>
    </w:p>
    <w:p w14:paraId="4F835F69"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Эргэлзэж байвал гэр бүл, найз нөхдөөсөө тусламж хүсээрэй. </w:t>
      </w:r>
    </w:p>
    <w:p w14:paraId="7DF01F80"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хожлоо!” гэх мэт сэжигтэй холбоос дээр хэзээ ч бүү дар. </w:t>
      </w:r>
    </w:p>
    <w:p w14:paraId="7FF561F7" w14:textId="77777777"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Нийтийн Wi-Fi ашиглаж байхдаа иргэний үнэмлэхийн дугаар, банкны мэдээлэл, нууц үг зэрэг хувийн мэдээллээ бүү оруулаарай. </w:t>
      </w:r>
    </w:p>
    <w:p w14:paraId="03BC334D" w14:textId="14EB9571" w:rsidR="003A053A" w:rsidRPr="00AB46C9" w:rsidRDefault="003A053A">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Хэрэгтэй, найдвартай </w:t>
      </w:r>
      <w:r w:rsidR="00F12C81" w:rsidRPr="00AB46C9">
        <w:rPr>
          <w:rFonts w:eastAsia="Times New Roman" w:cs="Arial"/>
          <w:sz w:val="22"/>
          <w:lang w:val="mn-MN"/>
        </w:rPr>
        <w:t>цахим хуудас</w:t>
      </w:r>
      <w:r w:rsidRPr="00AB46C9">
        <w:rPr>
          <w:rFonts w:eastAsia="Times New Roman" w:cs="Arial"/>
          <w:sz w:val="22"/>
          <w:lang w:val="mn-MN"/>
        </w:rPr>
        <w:t xml:space="preserve">уудаа bookmark (хавчуурга) ашиглан хадгалаарай. </w:t>
      </w:r>
    </w:p>
    <w:p w14:paraId="6209A18F" w14:textId="3A52A5DC" w:rsidR="00A17DCB" w:rsidRPr="00AB46C9" w:rsidRDefault="003A053A" w:rsidP="002A4F26">
      <w:pPr>
        <w:numPr>
          <w:ilvl w:val="0"/>
          <w:numId w:val="8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Асуултаа илүү тодорхой болгохын тулд нас, байршил эсвэл сэдэв зэрэг нэмэлт мэдээлэл оруулаарай</w:t>
      </w:r>
    </w:p>
    <w:p w14:paraId="56735C22" w14:textId="111760FC" w:rsidR="009074BC" w:rsidRPr="00AB46C9" w:rsidRDefault="00A17DCB" w:rsidP="009074BC">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Э</w:t>
      </w:r>
      <w:r w:rsidR="009074BC" w:rsidRPr="00AB46C9">
        <w:rPr>
          <w:rFonts w:eastAsia="Times New Roman" w:cs="Arial"/>
          <w:b/>
          <w:bCs/>
          <w:sz w:val="22"/>
          <w:lang w:val="mn-MN"/>
        </w:rPr>
        <w:t>цсийн сорил</w:t>
      </w:r>
      <w:r w:rsidR="003A053A" w:rsidRPr="00AB46C9">
        <w:rPr>
          <w:rFonts w:eastAsia="Times New Roman" w:cs="Arial"/>
          <w:vanish/>
          <w:sz w:val="22"/>
          <w:lang w:val="mn-MN"/>
        </w:rPr>
        <w:t>Top of Form</w:t>
      </w:r>
    </w:p>
    <w:p w14:paraId="6333A257" w14:textId="0347040F" w:rsidR="003A053A" w:rsidRPr="00AB46C9" w:rsidRDefault="003A053A" w:rsidP="009074BC">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Хайлтыг мэргэжлийн түвшинд хийж үзье!</w:t>
      </w:r>
    </w:p>
    <w:p w14:paraId="4EE7CBFB"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Сурсан зүйлсээ нэгтгэн, өөртөө итгэлтэйгээр хайлт хийж сурах.</w:t>
      </w:r>
    </w:p>
    <w:p w14:paraId="2D893700"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34575E55" w14:textId="77777777"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1. </w:t>
      </w:r>
      <w:r w:rsidR="003A053A" w:rsidRPr="00AB46C9">
        <w:rPr>
          <w:rFonts w:eastAsia="Times New Roman" w:cs="Arial"/>
          <w:sz w:val="22"/>
          <w:lang w:val="mn-MN"/>
        </w:rPr>
        <w:t>Дараах сэдвүүдээс нэгийг сонгоно уу: Эрүүл мэнд</w:t>
      </w:r>
      <w:r w:rsidRPr="00AB46C9">
        <w:rPr>
          <w:rFonts w:eastAsia="Times New Roman" w:cs="Arial"/>
          <w:sz w:val="22"/>
          <w:lang w:val="mn-MN"/>
        </w:rPr>
        <w:t>, х</w:t>
      </w:r>
      <w:r w:rsidR="003A053A" w:rsidRPr="00AB46C9">
        <w:rPr>
          <w:rFonts w:eastAsia="Times New Roman" w:cs="Arial"/>
          <w:sz w:val="22"/>
          <w:lang w:val="mn-MN"/>
        </w:rPr>
        <w:t>оол хүнс</w:t>
      </w:r>
      <w:r w:rsidRPr="00AB46C9">
        <w:rPr>
          <w:rFonts w:eastAsia="Times New Roman" w:cs="Arial"/>
          <w:sz w:val="22"/>
          <w:lang w:val="mn-MN"/>
        </w:rPr>
        <w:t>, х</w:t>
      </w:r>
      <w:r w:rsidR="003A053A" w:rsidRPr="00AB46C9">
        <w:rPr>
          <w:rFonts w:eastAsia="Times New Roman" w:cs="Arial"/>
          <w:sz w:val="22"/>
          <w:lang w:val="mn-MN"/>
        </w:rPr>
        <w:t>обби</w:t>
      </w:r>
      <w:r w:rsidRPr="00AB46C9">
        <w:rPr>
          <w:rFonts w:eastAsia="Times New Roman" w:cs="Arial"/>
          <w:sz w:val="22"/>
          <w:lang w:val="mn-MN"/>
        </w:rPr>
        <w:t>, а</w:t>
      </w:r>
      <w:r w:rsidR="003A053A" w:rsidRPr="00AB46C9">
        <w:rPr>
          <w:rFonts w:eastAsia="Times New Roman" w:cs="Arial"/>
          <w:sz w:val="22"/>
          <w:lang w:val="mn-MN"/>
        </w:rPr>
        <w:t xml:space="preserve">ялал </w:t>
      </w:r>
      <w:r w:rsidRPr="00AB46C9">
        <w:rPr>
          <w:rFonts w:eastAsia="Times New Roman" w:cs="Arial"/>
          <w:sz w:val="22"/>
          <w:lang w:val="mn-MN"/>
        </w:rPr>
        <w:br/>
        <w:t xml:space="preserve">2. </w:t>
      </w:r>
      <w:r w:rsidR="003A053A" w:rsidRPr="00AB46C9">
        <w:rPr>
          <w:rFonts w:eastAsia="Times New Roman" w:cs="Arial"/>
          <w:sz w:val="22"/>
          <w:lang w:val="mn-MN"/>
        </w:rPr>
        <w:t>Тодорхой хайлтын асуулт бичнэ үү.</w:t>
      </w:r>
    </w:p>
    <w:p w14:paraId="2B957748" w14:textId="77777777"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3. </w:t>
      </w:r>
      <w:r w:rsidR="003A053A" w:rsidRPr="00AB46C9">
        <w:rPr>
          <w:rFonts w:eastAsia="Times New Roman" w:cs="Arial"/>
          <w:sz w:val="22"/>
          <w:lang w:val="mn-MN"/>
        </w:rPr>
        <w:t xml:space="preserve">Нэг хайлтын үр дүнг уншина уу. </w:t>
      </w:r>
    </w:p>
    <w:p w14:paraId="15B87993" w14:textId="56C18FFE" w:rsidR="003A053A"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4. </w:t>
      </w:r>
      <w:r w:rsidR="003A053A" w:rsidRPr="00AB46C9">
        <w:rPr>
          <w:rFonts w:eastAsia="Times New Roman" w:cs="Arial"/>
          <w:sz w:val="22"/>
          <w:lang w:val="mn-MN"/>
        </w:rPr>
        <w:t xml:space="preserve">Тухайн мэдээлэл шинэ бөгөөд найдвартай эсэхийг шалгана уу. </w:t>
      </w:r>
    </w:p>
    <w:p w14:paraId="41D287F5" w14:textId="417D3898" w:rsidR="00A17DCB" w:rsidRPr="00AB46C9" w:rsidRDefault="00A17DCB"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5344947B" w14:textId="77777777" w:rsidR="00A17DCB" w:rsidRPr="00AB46C9" w:rsidRDefault="00A17DCB" w:rsidP="00A17DC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Таны эхний хайлт хариултыг өгөөгүй байсан ч бага зэрэг өөр үг ашиглан дахин хайж үзээрэй.</w:t>
      </w:r>
    </w:p>
    <w:p w14:paraId="2A7776CF" w14:textId="77777777" w:rsidR="00A17DCB" w:rsidRPr="00AB46C9" w:rsidRDefault="00A17DCB" w:rsidP="003A053A">
      <w:pPr>
        <w:spacing w:before="100" w:beforeAutospacing="1" w:after="100" w:afterAutospacing="1" w:line="240" w:lineRule="auto"/>
        <w:rPr>
          <w:rFonts w:eastAsia="Times New Roman" w:cs="Arial"/>
          <w:b/>
          <w:bCs/>
          <w:sz w:val="22"/>
          <w:lang w:val="mn-MN"/>
        </w:rPr>
      </w:pPr>
    </w:p>
    <w:p w14:paraId="611CA7C9" w14:textId="44B68E22"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Асуулт:</w:t>
      </w:r>
    </w:p>
    <w:p w14:paraId="235DAA61" w14:textId="77777777" w:rsidR="003A053A" w:rsidRPr="00AB46C9" w:rsidRDefault="003A053A" w:rsidP="009074B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юу хайсан бэ? </w:t>
      </w:r>
    </w:p>
    <w:p w14:paraId="456240EB" w14:textId="6325BE78" w:rsidR="009074BC" w:rsidRPr="00AB46C9" w:rsidRDefault="003A053A" w:rsidP="009074B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Нийтлэл эсвэл </w:t>
      </w:r>
      <w:r w:rsidR="00F12C81" w:rsidRPr="00AB46C9">
        <w:rPr>
          <w:rFonts w:eastAsia="Times New Roman" w:cs="Arial"/>
          <w:sz w:val="22"/>
          <w:lang w:val="mn-MN"/>
        </w:rPr>
        <w:t>цахим хуудас</w:t>
      </w:r>
      <w:r w:rsidRPr="00AB46C9">
        <w:rPr>
          <w:rFonts w:eastAsia="Times New Roman" w:cs="Arial"/>
          <w:sz w:val="22"/>
          <w:lang w:val="mn-MN"/>
        </w:rPr>
        <w:t xml:space="preserve">ын нэрийг бичнэ үү. </w:t>
      </w:r>
    </w:p>
    <w:p w14:paraId="048CFFA9" w14:textId="66AA084D" w:rsidR="009074BC" w:rsidRPr="00AB46C9" w:rsidRDefault="009074BC" w:rsidP="009074B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Олсон мэдээлэл танд хэрэг байсан уу?</w:t>
      </w:r>
    </w:p>
    <w:p w14:paraId="2FA6FCA3" w14:textId="34E068AA" w:rsidR="00A17DCB" w:rsidRPr="00AB46C9" w:rsidRDefault="009074BC" w:rsidP="009074BC">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1C1A599B" w14:textId="584379DD" w:rsidR="009074BC" w:rsidRPr="00AB46C9" w:rsidRDefault="009074BC" w:rsidP="009074BC">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Та чадлаа!</w:t>
      </w:r>
    </w:p>
    <w:p w14:paraId="7F84F415" w14:textId="755D6C8D" w:rsidR="003A053A" w:rsidRPr="00AB46C9" w:rsidRDefault="003A053A" w:rsidP="009074BC">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Сайн байна!</w:t>
      </w:r>
    </w:p>
    <w:p w14:paraId="2A94C4AA"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интернэтээс ухаалаг, аюулгүй байдлаар хэрхэн хайлт хийхийг сурлаа.</w:t>
      </w:r>
    </w:p>
    <w:p w14:paraId="28496B20"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Дадлага хийсээр байгаарай. Шинэ зүйл сурахад хэзээ ч оройтдоггүй.</w:t>
      </w:r>
    </w:p>
    <w:p w14:paraId="4ACC0893" w14:textId="1071CF04" w:rsidR="009074BC" w:rsidRPr="00AB46C9" w:rsidRDefault="003A053A" w:rsidP="009074B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хэдий чинээ их хайна, төдий чинээ ихийг сурна! </w:t>
      </w:r>
    </w:p>
    <w:p w14:paraId="02B31107" w14:textId="77777777" w:rsidR="009074BC" w:rsidRPr="00AB46C9" w:rsidRDefault="009074BC" w:rsidP="009074BC">
      <w:pPr>
        <w:spacing w:before="100" w:beforeAutospacing="1" w:after="100" w:afterAutospacing="1" w:line="240" w:lineRule="auto"/>
        <w:rPr>
          <w:rFonts w:eastAsia="Times New Roman" w:cs="Arial"/>
          <w:b/>
          <w:bCs/>
          <w:sz w:val="22"/>
          <w:lang w:val="mn-MN"/>
        </w:rPr>
      </w:pPr>
    </w:p>
    <w:p w14:paraId="7B6C8215" w14:textId="77777777" w:rsidR="009074BC" w:rsidRPr="00AB46C9" w:rsidRDefault="009074BC" w:rsidP="009074BC">
      <w:pPr>
        <w:spacing w:before="100" w:beforeAutospacing="1" w:after="100" w:afterAutospacing="1" w:line="240" w:lineRule="auto"/>
        <w:rPr>
          <w:rFonts w:eastAsia="Times New Roman" w:cs="Arial"/>
          <w:b/>
          <w:bCs/>
          <w:sz w:val="22"/>
          <w:lang w:val="mn-MN"/>
        </w:rPr>
      </w:pPr>
    </w:p>
    <w:p w14:paraId="556F9A40" w14:textId="77777777" w:rsidR="009074BC" w:rsidRPr="00AB46C9" w:rsidRDefault="009074BC" w:rsidP="009074BC">
      <w:pPr>
        <w:spacing w:before="100" w:beforeAutospacing="1" w:after="100" w:afterAutospacing="1" w:line="240" w:lineRule="auto"/>
        <w:rPr>
          <w:rFonts w:eastAsia="Times New Roman" w:cs="Arial"/>
          <w:b/>
          <w:bCs/>
          <w:sz w:val="22"/>
          <w:lang w:val="mn-MN"/>
        </w:rPr>
      </w:pPr>
    </w:p>
    <w:p w14:paraId="258EA3B2" w14:textId="77777777" w:rsidR="009074BC" w:rsidRPr="00AB46C9" w:rsidRDefault="009074BC" w:rsidP="009074BC">
      <w:pPr>
        <w:spacing w:before="100" w:beforeAutospacing="1" w:after="100" w:afterAutospacing="1" w:line="240" w:lineRule="auto"/>
        <w:rPr>
          <w:rFonts w:eastAsia="Times New Roman" w:cs="Arial"/>
          <w:b/>
          <w:bCs/>
          <w:sz w:val="22"/>
          <w:lang w:val="mn-MN"/>
        </w:rPr>
      </w:pPr>
    </w:p>
    <w:p w14:paraId="32C4FA5E"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4111EB35"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2B319058"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4156B5B3"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38B4E53C"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1BD840C1"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6D9E163A"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5B9062B1" w14:textId="77777777" w:rsidR="00A17DCB" w:rsidRPr="00AB46C9" w:rsidRDefault="00A17DCB" w:rsidP="009074BC">
      <w:pPr>
        <w:spacing w:before="100" w:beforeAutospacing="1" w:after="100" w:afterAutospacing="1" w:line="240" w:lineRule="auto"/>
        <w:rPr>
          <w:rFonts w:eastAsia="Times New Roman" w:cs="Arial"/>
          <w:b/>
          <w:bCs/>
          <w:sz w:val="22"/>
          <w:lang w:val="mn-MN"/>
        </w:rPr>
      </w:pPr>
    </w:p>
    <w:p w14:paraId="65BB82B9" w14:textId="77777777" w:rsidR="002A4F26" w:rsidRPr="00AB46C9" w:rsidRDefault="002A4F26" w:rsidP="009074BC">
      <w:pPr>
        <w:spacing w:before="100" w:beforeAutospacing="1" w:after="100" w:afterAutospacing="1" w:line="240" w:lineRule="auto"/>
        <w:rPr>
          <w:rFonts w:eastAsia="Times New Roman" w:cs="Arial"/>
          <w:b/>
          <w:bCs/>
          <w:color w:val="3071C3" w:themeColor="text2" w:themeTint="BF"/>
          <w:sz w:val="32"/>
          <w:szCs w:val="32"/>
          <w:lang w:val="mn-MN"/>
        </w:rPr>
      </w:pPr>
    </w:p>
    <w:p w14:paraId="4C5F8509" w14:textId="5903114C" w:rsidR="009074BC" w:rsidRPr="00AB46C9" w:rsidRDefault="00A17DCB" w:rsidP="009074BC">
      <w:pPr>
        <w:spacing w:before="100" w:beforeAutospacing="1" w:after="100" w:afterAutospacing="1" w:line="240" w:lineRule="auto"/>
        <w:rPr>
          <w:rFonts w:eastAsia="Times New Roman" w:cs="Arial"/>
          <w:b/>
          <w:bCs/>
          <w:color w:val="3071C3" w:themeColor="text2" w:themeTint="BF"/>
          <w:sz w:val="32"/>
          <w:szCs w:val="32"/>
          <w:lang w:val="mn-MN"/>
        </w:rPr>
      </w:pPr>
      <w:r w:rsidRPr="00AB46C9">
        <w:rPr>
          <w:rFonts w:eastAsia="Times New Roman" w:cs="Arial"/>
          <w:b/>
          <w:bCs/>
          <w:color w:val="3071C3" w:themeColor="text2" w:themeTint="BF"/>
          <w:sz w:val="32"/>
          <w:szCs w:val="32"/>
          <w:lang w:val="mn-MN"/>
        </w:rPr>
        <w:t>БҮЛЭГ</w:t>
      </w:r>
      <w:r w:rsidR="009074BC" w:rsidRPr="00AB46C9">
        <w:rPr>
          <w:rFonts w:eastAsia="Times New Roman" w:cs="Arial"/>
          <w:b/>
          <w:bCs/>
          <w:color w:val="3071C3" w:themeColor="text2" w:themeTint="BF"/>
          <w:sz w:val="32"/>
          <w:szCs w:val="32"/>
          <w:lang w:val="mn-MN"/>
        </w:rPr>
        <w:t xml:space="preserve"> 4</w:t>
      </w:r>
    </w:p>
    <w:p w14:paraId="04DD5B7F" w14:textId="3F8E16E0" w:rsidR="003A053A" w:rsidRPr="00AB46C9" w:rsidRDefault="003A053A" w:rsidP="009074BC">
      <w:pPr>
        <w:spacing w:before="100" w:beforeAutospacing="1" w:after="100" w:afterAutospacing="1" w:line="240" w:lineRule="auto"/>
        <w:rPr>
          <w:rFonts w:eastAsia="Times New Roman" w:cs="Arial"/>
          <w:b/>
          <w:bCs/>
          <w:color w:val="3071C3" w:themeColor="text2" w:themeTint="BF"/>
          <w:sz w:val="32"/>
          <w:szCs w:val="32"/>
          <w:lang w:val="mn-MN"/>
        </w:rPr>
      </w:pPr>
      <w:r w:rsidRPr="00AB46C9">
        <w:rPr>
          <w:rFonts w:eastAsia="Times New Roman" w:cs="Arial"/>
          <w:b/>
          <w:bCs/>
          <w:color w:val="3071C3" w:themeColor="text2" w:themeTint="BF"/>
          <w:sz w:val="32"/>
          <w:szCs w:val="32"/>
          <w:lang w:val="mn-MN"/>
        </w:rPr>
        <w:t>Аюулгүй байдал ба нууцлал</w:t>
      </w:r>
      <w:r w:rsidR="00712FBC" w:rsidRPr="00AB46C9">
        <w:rPr>
          <w:rFonts w:eastAsia="Times New Roman" w:cs="Arial"/>
          <w:b/>
          <w:bCs/>
          <w:color w:val="3071C3" w:themeColor="text2" w:themeTint="BF"/>
          <w:sz w:val="32"/>
          <w:szCs w:val="32"/>
          <w:lang w:val="mn-MN"/>
        </w:rPr>
        <w:t xml:space="preserve">ын ур чадвар </w:t>
      </w:r>
    </w:p>
    <w:p w14:paraId="4FFE0879" w14:textId="6F128DBA" w:rsidR="003A053A" w:rsidRPr="00AB46C9" w:rsidRDefault="009074BC"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Тавтай морилно</w:t>
      </w:r>
      <w:r w:rsidR="003A053A" w:rsidRPr="00AB46C9">
        <w:rPr>
          <w:rFonts w:eastAsia="Times New Roman" w:cs="Arial"/>
          <w:sz w:val="22"/>
          <w:lang w:val="mn-MN"/>
        </w:rPr>
        <w:t xml:space="preserve"> уу!</w:t>
      </w:r>
    </w:p>
    <w:p w14:paraId="60220541" w14:textId="2C25D48B"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Энэ бүлгээр бид интернэт ашиглах үедээ хэрхэн аюулгүй байх, хувийн нууцаа хэрхэн хамгаалах талаар суралцана.</w:t>
      </w:r>
      <w:r w:rsidR="009074BC" w:rsidRPr="00AB46C9">
        <w:rPr>
          <w:rFonts w:eastAsia="Times New Roman" w:cs="Arial"/>
          <w:sz w:val="22"/>
          <w:lang w:val="mn-MN"/>
        </w:rPr>
        <w:t xml:space="preserve"> </w:t>
      </w:r>
      <w:r w:rsidRPr="00AB46C9">
        <w:rPr>
          <w:rFonts w:eastAsia="Times New Roman" w:cs="Arial"/>
          <w:sz w:val="22"/>
          <w:lang w:val="mn-MN"/>
        </w:rPr>
        <w:t xml:space="preserve">Эдгээр нь залилан, </w:t>
      </w:r>
      <w:r w:rsidR="0046408A" w:rsidRPr="00AB46C9">
        <w:rPr>
          <w:rFonts w:eastAsia="Times New Roman" w:cs="Arial"/>
          <w:sz w:val="22"/>
          <w:lang w:val="mn-MN"/>
        </w:rPr>
        <w:t>залилан</w:t>
      </w:r>
      <w:r w:rsidRPr="00AB46C9">
        <w:rPr>
          <w:rFonts w:eastAsia="Times New Roman" w:cs="Arial"/>
          <w:sz w:val="22"/>
          <w:lang w:val="mn-MN"/>
        </w:rPr>
        <w:t>т өртөхөөс сэргийлж, цахим орчныг өөртөө итгэлтэй, тайван ашиглахад тань туслах чухал ур чадварууд юм.</w:t>
      </w:r>
    </w:p>
    <w:p w14:paraId="143082E8" w14:textId="77777777" w:rsidR="003A053A" w:rsidRPr="00AB46C9" w:rsidRDefault="003A053A" w:rsidP="003A053A">
      <w:pPr>
        <w:spacing w:before="100" w:beforeAutospacing="1" w:after="100" w:afterAutospacing="1" w:line="240" w:lineRule="auto"/>
        <w:outlineLvl w:val="2"/>
        <w:rPr>
          <w:rFonts w:eastAsia="Times New Roman" w:cs="Arial"/>
          <w:sz w:val="22"/>
          <w:lang w:val="mn-MN"/>
        </w:rPr>
      </w:pPr>
      <w:r w:rsidRPr="00AB46C9">
        <w:rPr>
          <w:rFonts w:eastAsia="Times New Roman" w:cs="Arial"/>
          <w:sz w:val="22"/>
          <w:lang w:val="mn-MN"/>
        </w:rPr>
        <w:t>Та дараах зүйлсийг сурна:</w:t>
      </w:r>
    </w:p>
    <w:p w14:paraId="241AAE2A" w14:textId="77777777" w:rsidR="003A053A" w:rsidRPr="00AB46C9" w:rsidRDefault="003A053A">
      <w:pPr>
        <w:numPr>
          <w:ilvl w:val="0"/>
          <w:numId w:val="8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Хүчтэй, найдвартай нууц үг үүсгэх </w:t>
      </w:r>
    </w:p>
    <w:p w14:paraId="2E98375C" w14:textId="77777777" w:rsidR="003A053A" w:rsidRPr="00AB46C9" w:rsidRDefault="003A053A">
      <w:pPr>
        <w:numPr>
          <w:ilvl w:val="0"/>
          <w:numId w:val="8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медиагийн нууцлалын тохиргоог хийх </w:t>
      </w:r>
    </w:p>
    <w:p w14:paraId="20907D72" w14:textId="3C807C05" w:rsidR="003A053A" w:rsidRPr="00AB46C9" w:rsidRDefault="009074BC">
      <w:pPr>
        <w:numPr>
          <w:ilvl w:val="0"/>
          <w:numId w:val="8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w:t>
      </w:r>
      <w:r w:rsidR="003A053A" w:rsidRPr="00AB46C9">
        <w:rPr>
          <w:rFonts w:eastAsia="Times New Roman" w:cs="Arial"/>
          <w:sz w:val="22"/>
          <w:lang w:val="mn-MN"/>
        </w:rPr>
        <w:t xml:space="preserve">алилангаас зайлсхийх </w:t>
      </w:r>
    </w:p>
    <w:p w14:paraId="62293AA8" w14:textId="77777777" w:rsidR="003A053A" w:rsidRPr="00AB46C9" w:rsidRDefault="003A053A">
      <w:pPr>
        <w:numPr>
          <w:ilvl w:val="0"/>
          <w:numId w:val="8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 худалдаа болон банкны үйлчилгээг аюулгүй ашиглах </w:t>
      </w:r>
    </w:p>
    <w:p w14:paraId="7F79DAE1" w14:textId="77777777" w:rsidR="00C3109F" w:rsidRPr="00AB46C9" w:rsidRDefault="003A053A">
      <w:pPr>
        <w:numPr>
          <w:ilvl w:val="0"/>
          <w:numId w:val="8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Төлбөр</w:t>
      </w:r>
      <w:r w:rsidR="009074BC" w:rsidRPr="00AB46C9">
        <w:rPr>
          <w:rFonts w:eastAsia="Times New Roman" w:cs="Arial"/>
          <w:sz w:val="22"/>
          <w:lang w:val="mn-MN"/>
        </w:rPr>
        <w:t xml:space="preserve"> хийх гарц </w:t>
      </w:r>
      <w:r w:rsidRPr="00AB46C9">
        <w:rPr>
          <w:rFonts w:eastAsia="Times New Roman" w:cs="Arial"/>
          <w:sz w:val="22"/>
          <w:lang w:val="mn-MN"/>
        </w:rPr>
        <w:t>гэж юу болохыг ойлгох</w:t>
      </w:r>
    </w:p>
    <w:p w14:paraId="74998DA2" w14:textId="41DB79C3" w:rsidR="00C3109F" w:rsidRPr="00AB46C9" w:rsidRDefault="009074BC" w:rsidP="00C3109F">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Эхэлцгээе</w:t>
      </w:r>
      <w:r w:rsidR="00C3109F" w:rsidRPr="00AB46C9">
        <w:rPr>
          <w:rFonts w:eastAsia="Times New Roman" w:cs="Arial"/>
          <w:b/>
          <w:bCs/>
          <w:sz w:val="22"/>
          <w:lang w:val="mn-MN"/>
        </w:rPr>
        <w:t>!</w:t>
      </w:r>
    </w:p>
    <w:p w14:paraId="6D0B3402" w14:textId="7DEFD3B4" w:rsidR="003A053A" w:rsidRPr="00AB46C9" w:rsidRDefault="003A053A" w:rsidP="00C3109F">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 Онлайн орчинд аюулгүй байдал, нууцлал яагаад чухал вэ?</w:t>
      </w:r>
    </w:p>
    <w:p w14:paraId="7D54A891" w14:textId="77777777" w:rsidR="00C3109F" w:rsidRPr="00AB46C9" w:rsidRDefault="003A053A" w:rsidP="00C3109F">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Гэрийнхээ хаалгыг түгждэгтэй адил онлайн орчинд мэдээллээ хамгаалах нь таныг аюулгүй байхад тусална.</w:t>
      </w:r>
      <w:r w:rsidR="00C3109F" w:rsidRPr="00AB46C9">
        <w:rPr>
          <w:rFonts w:eastAsia="Times New Roman" w:cs="Arial"/>
          <w:sz w:val="22"/>
          <w:lang w:val="mn-MN"/>
        </w:rPr>
        <w:t xml:space="preserve"> </w:t>
      </w:r>
      <w:r w:rsidRPr="00AB46C9">
        <w:rPr>
          <w:rFonts w:eastAsia="Times New Roman" w:cs="Arial"/>
          <w:sz w:val="22"/>
          <w:lang w:val="mn-MN"/>
        </w:rPr>
        <w:t xml:space="preserve">Хувийн нууцаа хамгаалах арга хэмжээ авснаар та </w:t>
      </w:r>
      <w:r w:rsidR="00C3109F" w:rsidRPr="00AB46C9">
        <w:rPr>
          <w:rFonts w:eastAsia="Times New Roman" w:cs="Arial"/>
          <w:sz w:val="22"/>
          <w:lang w:val="mn-MN"/>
        </w:rPr>
        <w:t xml:space="preserve">цахим </w:t>
      </w:r>
      <w:r w:rsidRPr="00AB46C9">
        <w:rPr>
          <w:rFonts w:eastAsia="Times New Roman" w:cs="Arial"/>
          <w:sz w:val="22"/>
          <w:lang w:val="mn-MN"/>
        </w:rPr>
        <w:t>орчныг өөртөө итгэлтэйгээр ашиглаж чадна.</w:t>
      </w:r>
    </w:p>
    <w:p w14:paraId="61E388FB" w14:textId="6EBA54D0" w:rsidR="003A053A" w:rsidRPr="00AB46C9" w:rsidRDefault="003A053A" w:rsidP="00C3109F">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Хувийн мэдээллээ хэт их хуваалцвал юу тохиолдож болох вэ?</w:t>
      </w:r>
    </w:p>
    <w:p w14:paraId="710AF50D" w14:textId="39EE3894" w:rsidR="003A053A" w:rsidRPr="00AB46C9" w:rsidRDefault="00C3109F">
      <w:pPr>
        <w:numPr>
          <w:ilvl w:val="0"/>
          <w:numId w:val="8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Залилагч/</w:t>
      </w:r>
      <w:r w:rsidR="0046408A" w:rsidRPr="00AB46C9">
        <w:rPr>
          <w:rFonts w:eastAsia="Times New Roman" w:cs="Arial"/>
          <w:sz w:val="22"/>
          <w:lang w:val="mn-MN"/>
        </w:rPr>
        <w:t>Залилан</w:t>
      </w:r>
      <w:r w:rsidR="003A053A" w:rsidRPr="00AB46C9">
        <w:rPr>
          <w:rFonts w:eastAsia="Times New Roman" w:cs="Arial"/>
          <w:sz w:val="22"/>
          <w:lang w:val="mn-MN"/>
        </w:rPr>
        <w:t xml:space="preserve">чид таны нэр, төрсөн өдөр, зураг зэргийг ашиглан таны нэр дээр үйлдэл хийж болзошгүй. </w:t>
      </w:r>
    </w:p>
    <w:p w14:paraId="4C67D4D4" w14:textId="77777777" w:rsidR="003A053A" w:rsidRPr="00AB46C9" w:rsidRDefault="003A053A">
      <w:pPr>
        <w:numPr>
          <w:ilvl w:val="0"/>
          <w:numId w:val="8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Танихгүй хүмүүс таны хаана амьдардаг эсвэл ажилладаг болохыг мэдэж болно. </w:t>
      </w:r>
    </w:p>
    <w:p w14:paraId="465CB271" w14:textId="77777777" w:rsidR="003A053A" w:rsidRPr="00AB46C9" w:rsidRDefault="003A053A">
      <w:pPr>
        <w:numPr>
          <w:ilvl w:val="0"/>
          <w:numId w:val="8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залилан мэхлэлт эсвэл цахим дээрэлхэлтийн бай болж болзошгүй. </w:t>
      </w:r>
    </w:p>
    <w:p w14:paraId="6D366254"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Аюултай үйлдлийн жишээ:</w:t>
      </w:r>
    </w:p>
    <w:p w14:paraId="5A672314" w14:textId="77777777" w:rsidR="003A053A" w:rsidRPr="00AB46C9" w:rsidRDefault="003A053A">
      <w:pPr>
        <w:numPr>
          <w:ilvl w:val="0"/>
          <w:numId w:val="8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Амралтаар явахаар төлөвлөж байгаагаа олон нийтэд нээлттэй нийтлэх</w:t>
      </w:r>
      <w:r w:rsidRPr="00AB46C9">
        <w:rPr>
          <w:rFonts w:eastAsia="Times New Roman" w:cs="Arial"/>
          <w:sz w:val="22"/>
          <w:lang w:val="mn-MN"/>
        </w:rPr>
        <w:br/>
      </w:r>
      <w:r w:rsidRPr="00AB46C9">
        <w:rPr>
          <w:rFonts w:eastAsia="Times New Roman" w:cs="Arial"/>
          <w:i/>
          <w:iCs/>
          <w:sz w:val="22"/>
          <w:lang w:val="mn-MN"/>
        </w:rPr>
        <w:t>(ингэснээр танихгүй хүмүүс таныг гэртээ байхгүйг мэднэ.)</w:t>
      </w:r>
      <w:r w:rsidRPr="00AB46C9">
        <w:rPr>
          <w:rFonts w:eastAsia="Times New Roman" w:cs="Arial"/>
          <w:sz w:val="22"/>
          <w:lang w:val="mn-MN"/>
        </w:rPr>
        <w:t xml:space="preserve"> </w:t>
      </w:r>
    </w:p>
    <w:p w14:paraId="41B9AC21" w14:textId="77777777" w:rsidR="003A053A" w:rsidRPr="00AB46C9" w:rsidRDefault="003A053A">
      <w:pPr>
        <w:numPr>
          <w:ilvl w:val="0"/>
          <w:numId w:val="8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Иргэний үнэмлэх эсвэл вакцины гэрчилгээгээ онлайнаар нийтлэх </w:t>
      </w:r>
    </w:p>
    <w:p w14:paraId="0B0D3D1E" w14:textId="77777777" w:rsidR="003A053A" w:rsidRPr="00AB46C9" w:rsidRDefault="003A053A">
      <w:pPr>
        <w:numPr>
          <w:ilvl w:val="0"/>
          <w:numId w:val="8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Үл таних мессеж доторх холбоос дээр дарах </w:t>
      </w:r>
    </w:p>
    <w:p w14:paraId="15EE542F"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Аюулгүй үйлдлийн жишээ:</w:t>
      </w:r>
    </w:p>
    <w:p w14:paraId="73204FF6" w14:textId="77777777" w:rsidR="003A053A" w:rsidRPr="00AB46C9" w:rsidRDefault="003A053A">
      <w:pPr>
        <w:numPr>
          <w:ilvl w:val="0"/>
          <w:numId w:val="9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Зөвхөн таньдаг хүмүүсийн найзын хүсэлтийг хүлээн авах </w:t>
      </w:r>
    </w:p>
    <w:p w14:paraId="39A875BF" w14:textId="77777777" w:rsidR="003A053A" w:rsidRPr="00AB46C9" w:rsidRDefault="003A053A">
      <w:pPr>
        <w:numPr>
          <w:ilvl w:val="0"/>
          <w:numId w:val="9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Нууцлалын тохиргоог хийж, зөвхөн найзууддаа постоо харах боломж олгох </w:t>
      </w:r>
    </w:p>
    <w:p w14:paraId="0EB9F116" w14:textId="3FFBCD03" w:rsidR="003A053A" w:rsidRPr="00AB46C9" w:rsidRDefault="003A053A">
      <w:pPr>
        <w:numPr>
          <w:ilvl w:val="0"/>
          <w:numId w:val="9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Сэжигтэй харагдаж буй </w:t>
      </w:r>
      <w:r w:rsidR="00C3109F" w:rsidRPr="00AB46C9">
        <w:rPr>
          <w:rFonts w:eastAsia="Times New Roman" w:cs="Arial"/>
          <w:sz w:val="22"/>
          <w:lang w:val="mn-MN"/>
        </w:rPr>
        <w:t xml:space="preserve">цахим хуудсанд </w:t>
      </w:r>
      <w:r w:rsidRPr="00AB46C9">
        <w:rPr>
          <w:rFonts w:eastAsia="Times New Roman" w:cs="Arial"/>
          <w:sz w:val="22"/>
          <w:lang w:val="mn-MN"/>
        </w:rPr>
        <w:t xml:space="preserve">нууц үгээ оруулахгүй байх </w:t>
      </w:r>
    </w:p>
    <w:p w14:paraId="7CD31EB8" w14:textId="77777777" w:rsidR="00C3109F" w:rsidRPr="00AB46C9" w:rsidRDefault="00C3109F" w:rsidP="003A053A">
      <w:pPr>
        <w:spacing w:before="100" w:beforeAutospacing="1" w:after="100" w:afterAutospacing="1" w:line="240" w:lineRule="auto"/>
        <w:outlineLvl w:val="2"/>
        <w:rPr>
          <w:rFonts w:eastAsia="Times New Roman" w:cs="Arial"/>
          <w:b/>
          <w:bCs/>
          <w:sz w:val="22"/>
          <w:lang w:val="mn-MN"/>
        </w:rPr>
      </w:pPr>
    </w:p>
    <w:p w14:paraId="3D366DBF" w14:textId="77777777" w:rsidR="00C3109F" w:rsidRPr="00AB46C9" w:rsidRDefault="00C3109F" w:rsidP="003A053A">
      <w:pPr>
        <w:spacing w:before="100" w:beforeAutospacing="1" w:after="100" w:afterAutospacing="1" w:line="240" w:lineRule="auto"/>
        <w:outlineLvl w:val="2"/>
        <w:rPr>
          <w:rFonts w:eastAsia="Times New Roman" w:cs="Arial"/>
          <w:b/>
          <w:bCs/>
          <w:sz w:val="22"/>
          <w:lang w:val="mn-MN"/>
        </w:rPr>
      </w:pPr>
    </w:p>
    <w:p w14:paraId="5E7D7051" w14:textId="77777777" w:rsidR="0046408A" w:rsidRPr="00AB46C9" w:rsidRDefault="0046408A" w:rsidP="003A053A">
      <w:pPr>
        <w:spacing w:before="100" w:beforeAutospacing="1" w:after="100" w:afterAutospacing="1" w:line="240" w:lineRule="auto"/>
        <w:outlineLvl w:val="2"/>
        <w:rPr>
          <w:rFonts w:eastAsia="Times New Roman" w:cs="Arial"/>
          <w:b/>
          <w:bCs/>
          <w:sz w:val="22"/>
          <w:lang w:val="mn-MN"/>
        </w:rPr>
      </w:pPr>
    </w:p>
    <w:p w14:paraId="09A004EF" w14:textId="77777777" w:rsidR="0046408A" w:rsidRPr="00AB46C9" w:rsidRDefault="0046408A" w:rsidP="003A053A">
      <w:pPr>
        <w:spacing w:before="100" w:beforeAutospacing="1" w:after="100" w:afterAutospacing="1" w:line="240" w:lineRule="auto"/>
        <w:outlineLvl w:val="2"/>
        <w:rPr>
          <w:rFonts w:eastAsia="Times New Roman" w:cs="Arial"/>
          <w:b/>
          <w:bCs/>
          <w:sz w:val="22"/>
          <w:lang w:val="mn-MN"/>
        </w:rPr>
      </w:pPr>
    </w:p>
    <w:p w14:paraId="5B8BA34B" w14:textId="77777777" w:rsidR="0046408A" w:rsidRPr="00AB46C9" w:rsidRDefault="0046408A" w:rsidP="003A053A">
      <w:pPr>
        <w:spacing w:before="100" w:beforeAutospacing="1" w:after="100" w:afterAutospacing="1" w:line="240" w:lineRule="auto"/>
        <w:outlineLvl w:val="2"/>
        <w:rPr>
          <w:rFonts w:eastAsia="Times New Roman" w:cs="Arial"/>
          <w:b/>
          <w:bCs/>
          <w:sz w:val="22"/>
          <w:lang w:val="mn-MN"/>
        </w:rPr>
      </w:pPr>
    </w:p>
    <w:p w14:paraId="3408D8F5" w14:textId="77777777" w:rsidR="00C3109F" w:rsidRPr="00AB46C9" w:rsidRDefault="00C3109F" w:rsidP="003A053A">
      <w:pPr>
        <w:spacing w:before="100" w:beforeAutospacing="1" w:after="100" w:afterAutospacing="1" w:line="240" w:lineRule="auto"/>
        <w:outlineLvl w:val="2"/>
        <w:rPr>
          <w:rFonts w:eastAsia="Times New Roman" w:cs="Arial"/>
          <w:b/>
          <w:bCs/>
          <w:sz w:val="22"/>
          <w:lang w:val="mn-MN"/>
        </w:rPr>
      </w:pPr>
    </w:p>
    <w:p w14:paraId="4EBC35FF" w14:textId="6C1D1DB0"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Мэдээллээ хэрхэн хамгаалах вэ?</w:t>
      </w:r>
    </w:p>
    <w:p w14:paraId="25704B2F" w14:textId="77777777" w:rsidR="003A053A"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Бүртгэл бүртээ хүчтэй, өөр өөр нууц үг ашиглаарай. </w:t>
      </w:r>
    </w:p>
    <w:p w14:paraId="600111DB" w14:textId="77777777" w:rsidR="003A053A"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Нийтийн эсвэл бусдын төхөөрөмж дээр аппликэйшн ашигласны дараа заавал гарна уу</w:t>
      </w:r>
      <w:r w:rsidRPr="00AB46C9">
        <w:rPr>
          <w:rFonts w:eastAsia="Times New Roman" w:cs="Arial"/>
          <w:b/>
          <w:bCs/>
          <w:sz w:val="22"/>
          <w:lang w:val="mn-MN"/>
        </w:rPr>
        <w:t>.</w:t>
      </w:r>
      <w:r w:rsidRPr="00AB46C9">
        <w:rPr>
          <w:rFonts w:eastAsia="Times New Roman" w:cs="Arial"/>
          <w:sz w:val="22"/>
          <w:lang w:val="mn-MN"/>
        </w:rPr>
        <w:t xml:space="preserve"> </w:t>
      </w:r>
    </w:p>
    <w:p w14:paraId="2416D8D9" w14:textId="77777777" w:rsidR="003A053A"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медиагийнхаа нууцлалын тохиргоог тогтмол шалгаарай. </w:t>
      </w:r>
    </w:p>
    <w:p w14:paraId="1B89D1F4" w14:textId="77777777" w:rsidR="003A053A"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Аппликэйшнийг зөвхөн албан ёсны апп дэлгүүрээс татаж аваарай.</w:t>
      </w:r>
      <w:r w:rsidRPr="00AB46C9">
        <w:rPr>
          <w:rFonts w:eastAsia="Times New Roman" w:cs="Arial"/>
          <w:sz w:val="22"/>
          <w:lang w:val="mn-MN"/>
        </w:rPr>
        <w:br/>
      </w:r>
      <w:r w:rsidRPr="00AB46C9">
        <w:rPr>
          <w:rFonts w:eastAsia="Times New Roman" w:cs="Arial"/>
          <w:i/>
          <w:iCs/>
          <w:sz w:val="22"/>
          <w:lang w:val="mn-MN"/>
        </w:rPr>
        <w:t>(Google Play эсвэл App Store)</w:t>
      </w:r>
      <w:r w:rsidRPr="00AB46C9">
        <w:rPr>
          <w:rFonts w:eastAsia="Times New Roman" w:cs="Arial"/>
          <w:sz w:val="22"/>
          <w:lang w:val="mn-MN"/>
        </w:rPr>
        <w:t xml:space="preserve"> </w:t>
      </w:r>
    </w:p>
    <w:p w14:paraId="11483E4F" w14:textId="77777777" w:rsidR="003A053A"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Аппликэйшнд ямар зөвшөөрөл олгож байгаадаа болгоомжтой байгаарай.</w:t>
      </w:r>
      <w:r w:rsidRPr="00AB46C9">
        <w:rPr>
          <w:rFonts w:eastAsia="Times New Roman" w:cs="Arial"/>
          <w:sz w:val="22"/>
          <w:lang w:val="mn-MN"/>
        </w:rPr>
        <w:br/>
      </w:r>
      <w:r w:rsidRPr="00AB46C9">
        <w:rPr>
          <w:rFonts w:eastAsia="Times New Roman" w:cs="Arial"/>
          <w:i/>
          <w:iCs/>
          <w:sz w:val="22"/>
          <w:lang w:val="mn-MN"/>
        </w:rPr>
        <w:t>(Жишээлбэл, таны байршил эсвэл камерт хандах эрх.)</w:t>
      </w:r>
      <w:r w:rsidRPr="00AB46C9">
        <w:rPr>
          <w:rFonts w:eastAsia="Times New Roman" w:cs="Arial"/>
          <w:sz w:val="22"/>
          <w:lang w:val="mn-MN"/>
        </w:rPr>
        <w:t xml:space="preserve"> </w:t>
      </w:r>
    </w:p>
    <w:p w14:paraId="0F176D91" w14:textId="77777777" w:rsidR="00A4255C" w:rsidRPr="00AB46C9" w:rsidRDefault="003A053A">
      <w:pPr>
        <w:numPr>
          <w:ilvl w:val="0"/>
          <w:numId w:val="9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Нийтийн компьютер дээр нууц үгээ хадгалж болохгүй. </w:t>
      </w:r>
    </w:p>
    <w:p w14:paraId="412370CE" w14:textId="55AAA8B8" w:rsidR="00A4255C" w:rsidRPr="00AB46C9" w:rsidRDefault="00A4255C" w:rsidP="00A4255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Нууцлалыг гэрийнхээ хөшгийг хаахтай адил гэж бодоорой. Та бусдад юуг харуулахыг өөрөө сонгодог. </w:t>
      </w:r>
    </w:p>
    <w:p w14:paraId="20F56189" w14:textId="412D1CBA" w:rsidR="00A4255C" w:rsidRPr="00AB46C9" w:rsidRDefault="00A4255C" w:rsidP="00A4255C">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Дасгал 1</w:t>
      </w:r>
    </w:p>
    <w:p w14:paraId="27F57550" w14:textId="61F33CC8" w:rsidR="003A053A" w:rsidRPr="00AB46C9" w:rsidRDefault="003A053A" w:rsidP="00A425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Аюулгүй юу, аюулгүй </w:t>
      </w:r>
      <w:r w:rsidR="00A4255C" w:rsidRPr="00AB46C9">
        <w:rPr>
          <w:rFonts w:eastAsia="Times New Roman" w:cs="Arial"/>
          <w:b/>
          <w:bCs/>
          <w:sz w:val="22"/>
          <w:lang w:val="mn-MN"/>
        </w:rPr>
        <w:t>юу</w:t>
      </w:r>
      <w:r w:rsidRPr="00AB46C9">
        <w:rPr>
          <w:rFonts w:eastAsia="Times New Roman" w:cs="Arial"/>
          <w:b/>
          <w:bCs/>
          <w:sz w:val="22"/>
          <w:lang w:val="mn-MN"/>
        </w:rPr>
        <w:t>?</w:t>
      </w:r>
    </w:p>
    <w:p w14:paraId="03CB5956" w14:textId="16505754"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r>
      <w:r w:rsidR="00A4255C" w:rsidRPr="00AB46C9">
        <w:rPr>
          <w:rFonts w:eastAsia="Times New Roman" w:cs="Arial"/>
          <w:sz w:val="22"/>
          <w:lang w:val="mn-MN"/>
        </w:rPr>
        <w:t xml:space="preserve">Цахим </w:t>
      </w:r>
      <w:r w:rsidRPr="00AB46C9">
        <w:rPr>
          <w:rFonts w:eastAsia="Times New Roman" w:cs="Arial"/>
          <w:sz w:val="22"/>
          <w:lang w:val="mn-MN"/>
        </w:rPr>
        <w:t>орчинд хийж буй аль үйлдэл нь аюулгүй, аль нь аюулгүй биш болохыг ялгаж сурах.</w:t>
      </w:r>
    </w:p>
    <w:p w14:paraId="2B2EF4B6"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r w:rsidRPr="00AB46C9">
        <w:rPr>
          <w:rFonts w:eastAsia="Times New Roman" w:cs="Arial"/>
          <w:sz w:val="22"/>
          <w:lang w:val="mn-MN"/>
        </w:rPr>
        <w:br/>
        <w:t>Доорх өгүүлбэр бүрийг уншаад “Аюулгүй” эсвэл “Аюулгүй биш” гэсэн хариултын аль нэгийг сонгоно уу.</w:t>
      </w:r>
    </w:p>
    <w:p w14:paraId="436EB3FF" w14:textId="77777777" w:rsidR="003A053A" w:rsidRPr="00AB46C9" w:rsidRDefault="003A053A">
      <w:pPr>
        <w:numPr>
          <w:ilvl w:val="0"/>
          <w:numId w:val="9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 иргэний үнэмлэхийнхээ зургийг Facebook дээр нийтэлсэн.</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биш </w:t>
      </w:r>
    </w:p>
    <w:p w14:paraId="08FC1B3A" w14:textId="77777777" w:rsidR="003A053A" w:rsidRPr="00AB46C9" w:rsidRDefault="003A053A">
      <w:pPr>
        <w:numPr>
          <w:ilvl w:val="0"/>
          <w:numId w:val="9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 бүх аппликэйшндээ ижил нууц үг ашигладаг.</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биш </w:t>
      </w:r>
    </w:p>
    <w:p w14:paraId="4AAD2E87" w14:textId="77777777" w:rsidR="003A053A" w:rsidRPr="00AB46C9" w:rsidRDefault="003A053A">
      <w:pPr>
        <w:numPr>
          <w:ilvl w:val="0"/>
          <w:numId w:val="9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 хаягаа хувийн мессежээр хуваалцсан.</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биш </w:t>
      </w:r>
    </w:p>
    <w:p w14:paraId="70DEBC32" w14:textId="77777777" w:rsidR="003A053A" w:rsidRPr="00AB46C9" w:rsidRDefault="003A053A">
      <w:pPr>
        <w:numPr>
          <w:ilvl w:val="0"/>
          <w:numId w:val="9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 үл таних дугаараас ирсэн мессежийн холбоос дээр дарсан.</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биш </w:t>
      </w:r>
    </w:p>
    <w:p w14:paraId="2BE6AB1F" w14:textId="77777777" w:rsidR="003A053A" w:rsidRPr="00AB46C9" w:rsidRDefault="003A053A">
      <w:pPr>
        <w:numPr>
          <w:ilvl w:val="0"/>
          <w:numId w:val="9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 хэдэн сар тутамд нууцлалын тохиргоогоо шалгадаг.</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биш </w:t>
      </w:r>
    </w:p>
    <w:p w14:paraId="4B3F9FE6"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Эргэцүүлэн бодох:</w:t>
      </w:r>
    </w:p>
    <w:p w14:paraId="01A1B772" w14:textId="4F7D0CBE" w:rsidR="00A4255C" w:rsidRPr="00AB46C9" w:rsidRDefault="003A053A" w:rsidP="00A425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Эдгээр үйлдлийг аюулгүй эсвэл аюулгүй биш гэдгийг та хэрхэн тодорхойлсон бэ?</w:t>
      </w:r>
    </w:p>
    <w:p w14:paraId="259F1C1D" w14:textId="77777777" w:rsidR="00A4255C"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kern w:val="36"/>
          <w:sz w:val="22"/>
          <w:lang w:val="mn-MN"/>
        </w:rPr>
        <w:t>2. Хүчтэй нууц үг үүсгэх</w:t>
      </w:r>
    </w:p>
    <w:p w14:paraId="1AF29C7F" w14:textId="57191E06"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Нууц үг бол таны онлайн ертөнцийн түлхүүр юм. Энэ нь таны хувийн мэдээлэл, мөнгө болон таних мэдээллийг хамгаалахад тусалдаг.</w:t>
      </w:r>
      <w:r w:rsidR="00703D1A" w:rsidRPr="00AB46C9">
        <w:rPr>
          <w:rFonts w:eastAsia="Times New Roman" w:cs="Arial"/>
          <w:sz w:val="22"/>
          <w:lang w:val="mn-MN"/>
        </w:rPr>
        <w:t xml:space="preserve"> </w:t>
      </w:r>
      <w:r w:rsidRPr="00AB46C9">
        <w:rPr>
          <w:rFonts w:eastAsia="Times New Roman" w:cs="Arial"/>
          <w:sz w:val="22"/>
          <w:lang w:val="mn-MN"/>
        </w:rPr>
        <w:t>Хүчтэй нууц үг нь таныг сайн түгжээтэй хаалга хамгаалдагтай адил хамгаална.</w:t>
      </w:r>
    </w:p>
    <w:p w14:paraId="1E1C87BF"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Бидэнд яагаад нууц үг хэрэгтэй вэ?</w:t>
      </w:r>
    </w:p>
    <w:p w14:paraId="47906A60"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Бараг бүх онлайн платформ нууц үг тохируулахыг шаарддаг. Үүнд:</w:t>
      </w:r>
    </w:p>
    <w:p w14:paraId="0A4DC35D" w14:textId="77777777" w:rsidR="003A053A" w:rsidRPr="00AB46C9" w:rsidRDefault="003A053A">
      <w:pPr>
        <w:numPr>
          <w:ilvl w:val="0"/>
          <w:numId w:val="9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шуудангийн бүртгэл </w:t>
      </w:r>
    </w:p>
    <w:p w14:paraId="644C7C22" w14:textId="77777777" w:rsidR="003A053A" w:rsidRPr="00AB46C9" w:rsidRDefault="003A053A">
      <w:pPr>
        <w:numPr>
          <w:ilvl w:val="0"/>
          <w:numId w:val="9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Банкны аппликэйшн болон онлайн худалдааны сайтууд </w:t>
      </w:r>
    </w:p>
    <w:p w14:paraId="499B0F24" w14:textId="77777777" w:rsidR="002A4F26" w:rsidRPr="00AB46C9" w:rsidRDefault="002A4F26">
      <w:pPr>
        <w:numPr>
          <w:ilvl w:val="0"/>
          <w:numId w:val="93"/>
        </w:numPr>
        <w:spacing w:before="100" w:beforeAutospacing="1" w:after="100" w:afterAutospacing="1" w:line="240" w:lineRule="auto"/>
        <w:rPr>
          <w:rFonts w:eastAsia="Times New Roman" w:cs="Arial"/>
          <w:sz w:val="22"/>
          <w:lang w:val="mn-MN"/>
        </w:rPr>
      </w:pPr>
    </w:p>
    <w:p w14:paraId="19A00F86" w14:textId="77777777" w:rsidR="002A4F26" w:rsidRPr="00AB46C9" w:rsidRDefault="002A4F26" w:rsidP="002A4F26">
      <w:pPr>
        <w:spacing w:before="100" w:beforeAutospacing="1" w:after="100" w:afterAutospacing="1" w:line="240" w:lineRule="auto"/>
        <w:ind w:left="720"/>
        <w:rPr>
          <w:rFonts w:eastAsia="Times New Roman" w:cs="Arial"/>
          <w:sz w:val="22"/>
          <w:lang w:val="mn-MN"/>
        </w:rPr>
      </w:pPr>
    </w:p>
    <w:p w14:paraId="4F47953F" w14:textId="77777777" w:rsidR="002A4F26" w:rsidRPr="00AB46C9" w:rsidRDefault="002A4F26" w:rsidP="002A4F26">
      <w:pPr>
        <w:spacing w:before="100" w:beforeAutospacing="1" w:after="100" w:afterAutospacing="1" w:line="240" w:lineRule="auto"/>
        <w:ind w:left="720"/>
        <w:rPr>
          <w:rFonts w:eastAsia="Times New Roman" w:cs="Arial"/>
          <w:sz w:val="22"/>
          <w:lang w:val="mn-MN"/>
        </w:rPr>
      </w:pPr>
    </w:p>
    <w:p w14:paraId="65430AC7" w14:textId="2C8040ED" w:rsidR="003A053A" w:rsidRPr="00AB46C9" w:rsidRDefault="003A053A">
      <w:pPr>
        <w:numPr>
          <w:ilvl w:val="0"/>
          <w:numId w:val="9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Сошиал медиа</w:t>
      </w:r>
      <w:r w:rsidRPr="00AB46C9">
        <w:rPr>
          <w:rFonts w:eastAsia="Times New Roman" w:cs="Arial"/>
          <w:sz w:val="22"/>
          <w:lang w:val="mn-MN"/>
        </w:rPr>
        <w:br/>
      </w:r>
      <w:r w:rsidRPr="00AB46C9">
        <w:rPr>
          <w:rFonts w:eastAsia="Times New Roman" w:cs="Arial"/>
          <w:i/>
          <w:iCs/>
          <w:sz w:val="22"/>
          <w:lang w:val="mn-MN"/>
        </w:rPr>
        <w:t>(Facebook, LINE, YouTube)</w:t>
      </w:r>
      <w:r w:rsidRPr="00AB46C9">
        <w:rPr>
          <w:rFonts w:eastAsia="Times New Roman" w:cs="Arial"/>
          <w:sz w:val="22"/>
          <w:lang w:val="mn-MN"/>
        </w:rPr>
        <w:t xml:space="preserve"> </w:t>
      </w:r>
    </w:p>
    <w:p w14:paraId="580159BF" w14:textId="77777777" w:rsidR="003A053A" w:rsidRPr="00AB46C9" w:rsidRDefault="003A053A">
      <w:pPr>
        <w:numPr>
          <w:ilvl w:val="0"/>
          <w:numId w:val="9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Дамжуулалтын үйлчилгээ</w:t>
      </w:r>
      <w:r w:rsidRPr="00AB46C9">
        <w:rPr>
          <w:rFonts w:eastAsia="Times New Roman" w:cs="Arial"/>
          <w:sz w:val="22"/>
          <w:lang w:val="mn-MN"/>
        </w:rPr>
        <w:br/>
      </w:r>
      <w:r w:rsidRPr="00AB46C9">
        <w:rPr>
          <w:rFonts w:eastAsia="Times New Roman" w:cs="Arial"/>
          <w:i/>
          <w:iCs/>
          <w:sz w:val="22"/>
          <w:lang w:val="mn-MN"/>
        </w:rPr>
        <w:t>(YouTube, Spotify гэх мэт)</w:t>
      </w:r>
      <w:r w:rsidRPr="00AB46C9">
        <w:rPr>
          <w:rFonts w:eastAsia="Times New Roman" w:cs="Arial"/>
          <w:sz w:val="22"/>
          <w:lang w:val="mn-MN"/>
        </w:rPr>
        <w:t xml:space="preserve"> </w:t>
      </w:r>
    </w:p>
    <w:p w14:paraId="46DCCBFA" w14:textId="77777777" w:rsidR="003A053A" w:rsidRPr="00AB46C9" w:rsidRDefault="003A053A">
      <w:pPr>
        <w:numPr>
          <w:ilvl w:val="0"/>
          <w:numId w:val="9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Үүлэн хадгалалт</w:t>
      </w:r>
      <w:r w:rsidRPr="00AB46C9">
        <w:rPr>
          <w:rFonts w:eastAsia="Times New Roman" w:cs="Arial"/>
          <w:sz w:val="22"/>
          <w:lang w:val="mn-MN"/>
        </w:rPr>
        <w:br/>
      </w:r>
      <w:r w:rsidRPr="00AB46C9">
        <w:rPr>
          <w:rFonts w:eastAsia="Times New Roman" w:cs="Arial"/>
          <w:i/>
          <w:iCs/>
          <w:sz w:val="22"/>
          <w:lang w:val="mn-MN"/>
        </w:rPr>
        <w:t>(Google Drive, iCloud гэх мэт)</w:t>
      </w:r>
      <w:r w:rsidRPr="00AB46C9">
        <w:rPr>
          <w:rFonts w:eastAsia="Times New Roman" w:cs="Arial"/>
          <w:sz w:val="22"/>
          <w:lang w:val="mn-MN"/>
        </w:rPr>
        <w:t xml:space="preserve"> </w:t>
      </w:r>
    </w:p>
    <w:p w14:paraId="631425FF" w14:textId="77777777" w:rsidR="00703D1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Нууц үг нь таныг тухайн хүн үнэхээр мөн болохыг батлах хувийн түлхүүр эсвэл нууц дохио мэт ажилладаг. Нууц үггүй бол хэн ч таныг цахим орчинд дуурайн үйлдэл хийж болно.</w:t>
      </w:r>
    </w:p>
    <w:p w14:paraId="7FEDB86A" w14:textId="443279C4" w:rsidR="0046408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Ахмад настнууд: “Нууц үг хэтэрхий хэцүү!” гэж хэлдэг. Гэхдээ энгийн нэг аргыг ашигласнаар хүчтэй бөгөөд санахад хялбар нууц үг үүсгэж болно.</w:t>
      </w:r>
    </w:p>
    <w:p w14:paraId="08772CA7" w14:textId="18782615" w:rsidR="003A053A" w:rsidRPr="00AB46C9" w:rsidRDefault="003A053A" w:rsidP="00703D1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Нууц үгийн төрлүүд</w:t>
      </w:r>
    </w:p>
    <w:p w14:paraId="5EB8DD68" w14:textId="28814B9A" w:rsidR="00703D1A" w:rsidRPr="00AB46C9" w:rsidRDefault="00703D1A" w:rsidP="00703D1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Сул нууц үг</w:t>
      </w:r>
    </w:p>
    <w:p w14:paraId="7372AB1A" w14:textId="77777777" w:rsidR="00703D1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Таахад маш амархан нууц үгүүд:</w:t>
      </w:r>
    </w:p>
    <w:p w14:paraId="111AE6D4" w14:textId="77777777" w:rsidR="00703D1A" w:rsidRPr="00AB46C9" w:rsidRDefault="00703D1A">
      <w:pPr>
        <w:numPr>
          <w:ilvl w:val="0"/>
          <w:numId w:val="9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123456 </w:t>
      </w:r>
    </w:p>
    <w:p w14:paraId="50161986" w14:textId="7CAD9F6A" w:rsidR="00703D1A" w:rsidRPr="00AB46C9" w:rsidRDefault="00703D1A">
      <w:pPr>
        <w:numPr>
          <w:ilvl w:val="0"/>
          <w:numId w:val="9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Төрсөн он сар өдөр</w:t>
      </w:r>
      <w:r w:rsidRPr="00AB46C9">
        <w:rPr>
          <w:rFonts w:eastAsia="Times New Roman" w:cs="Arial"/>
          <w:sz w:val="22"/>
          <w:lang w:val="mn-MN"/>
        </w:rPr>
        <w:br/>
      </w:r>
      <w:r w:rsidRPr="00AB46C9">
        <w:rPr>
          <w:rFonts w:eastAsia="Times New Roman" w:cs="Arial"/>
          <w:i/>
          <w:iCs/>
          <w:sz w:val="22"/>
          <w:lang w:val="mn-MN"/>
        </w:rPr>
        <w:t>(жишээ нь 01/01/1950)</w:t>
      </w:r>
      <w:r w:rsidRPr="00AB46C9">
        <w:rPr>
          <w:rFonts w:eastAsia="Times New Roman" w:cs="Arial"/>
          <w:sz w:val="22"/>
          <w:lang w:val="mn-MN"/>
        </w:rPr>
        <w:t xml:space="preserve"> </w:t>
      </w:r>
    </w:p>
    <w:p w14:paraId="63594757" w14:textId="77777777" w:rsidR="00703D1A" w:rsidRPr="00AB46C9" w:rsidRDefault="00703D1A">
      <w:pPr>
        <w:numPr>
          <w:ilvl w:val="0"/>
          <w:numId w:val="9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нэр эсвэл password </w:t>
      </w:r>
    </w:p>
    <w:p w14:paraId="5EF8C4FA" w14:textId="72D7FEDD" w:rsidR="003A053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Хүчтэй нууц үг</w:t>
      </w:r>
    </w:p>
    <w:p w14:paraId="2A30791E" w14:textId="1F2B9A9D" w:rsidR="003A053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Хүчтэй нууц үг нь</w:t>
      </w:r>
      <w:r w:rsidR="00703D1A" w:rsidRPr="00AB46C9">
        <w:rPr>
          <w:rFonts w:eastAsia="Times New Roman" w:cs="Arial"/>
          <w:sz w:val="22"/>
          <w:lang w:val="mn-MN"/>
        </w:rPr>
        <w:t xml:space="preserve"> т</w:t>
      </w:r>
      <w:r w:rsidRPr="00AB46C9">
        <w:rPr>
          <w:rFonts w:eastAsia="Times New Roman" w:cs="Arial"/>
          <w:sz w:val="22"/>
          <w:lang w:val="mn-MN"/>
        </w:rPr>
        <w:t>ом, жижиг үсэг</w:t>
      </w:r>
      <w:r w:rsidR="00703D1A" w:rsidRPr="00AB46C9">
        <w:rPr>
          <w:rFonts w:eastAsia="Times New Roman" w:cs="Arial"/>
          <w:sz w:val="22"/>
          <w:lang w:val="mn-MN"/>
        </w:rPr>
        <w:t>, т</w:t>
      </w:r>
      <w:r w:rsidRPr="00AB46C9">
        <w:rPr>
          <w:rFonts w:eastAsia="Times New Roman" w:cs="Arial"/>
          <w:sz w:val="22"/>
          <w:lang w:val="mn-MN"/>
        </w:rPr>
        <w:t>оо</w:t>
      </w:r>
      <w:r w:rsidR="00703D1A" w:rsidRPr="00AB46C9">
        <w:rPr>
          <w:rFonts w:eastAsia="Times New Roman" w:cs="Arial"/>
          <w:sz w:val="22"/>
          <w:lang w:val="mn-MN"/>
        </w:rPr>
        <w:t>, т</w:t>
      </w:r>
      <w:r w:rsidRPr="00AB46C9">
        <w:rPr>
          <w:rFonts w:eastAsia="Times New Roman" w:cs="Arial"/>
          <w:sz w:val="22"/>
          <w:lang w:val="mn-MN"/>
        </w:rPr>
        <w:t xml:space="preserve">эмдэгтүүдийг хослуулдаг. </w:t>
      </w:r>
    </w:p>
    <w:p w14:paraId="31ED5439" w14:textId="6B2928D9"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Мөн санахад хялбар боловч бусдад таахад хэцүү богино өгүүлбэр байж болно.</w:t>
      </w:r>
      <w:r w:rsidR="00703D1A" w:rsidRPr="00AB46C9">
        <w:rPr>
          <w:rFonts w:eastAsia="Times New Roman" w:cs="Arial"/>
          <w:sz w:val="22"/>
          <w:lang w:val="mn-MN"/>
        </w:rPr>
        <w:t xml:space="preserve"> </w:t>
      </w:r>
      <w:r w:rsidRPr="00AB46C9">
        <w:rPr>
          <w:rFonts w:eastAsia="Times New Roman" w:cs="Arial"/>
          <w:sz w:val="22"/>
          <w:lang w:val="mn-MN"/>
        </w:rPr>
        <w:t>Бүр бага зэрэг түүх өгүүлж ч болно! Та өөрийн мэддэг зүйлээ нууц үгийн нарийн төвөгтэй байдалтай хослуулж болно.</w:t>
      </w:r>
    </w:p>
    <w:p w14:paraId="78C4E89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p>
    <w:p w14:paraId="351CF467" w14:textId="02F49741" w:rsidR="003A053A" w:rsidRPr="00AB46C9" w:rsidRDefault="0046408A">
      <w:pPr>
        <w:numPr>
          <w:ilvl w:val="0"/>
          <w:numId w:val="9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Minii2huuhuurhun</w:t>
      </w:r>
      <w:r w:rsidR="003A053A" w:rsidRPr="00AB46C9">
        <w:rPr>
          <w:rFonts w:eastAsia="Times New Roman" w:cs="Arial"/>
          <w:sz w:val="22"/>
          <w:lang w:val="mn-MN"/>
        </w:rPr>
        <w:t xml:space="preserve">! </w:t>
      </w:r>
    </w:p>
    <w:p w14:paraId="32D8E8C3" w14:textId="39A226C4" w:rsidR="003A053A" w:rsidRPr="00AB46C9" w:rsidRDefault="0046408A">
      <w:pPr>
        <w:numPr>
          <w:ilvl w:val="0"/>
          <w:numId w:val="9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Бибуузандуртай</w:t>
      </w:r>
      <w:r w:rsidR="003A053A" w:rsidRPr="00AB46C9">
        <w:rPr>
          <w:rFonts w:eastAsia="Times New Roman" w:cs="Arial"/>
          <w:sz w:val="22"/>
          <w:lang w:val="mn-MN"/>
        </w:rPr>
        <w:t xml:space="preserve">!88 </w:t>
      </w:r>
    </w:p>
    <w:p w14:paraId="46665668" w14:textId="5DF1DCAC" w:rsidR="003A053A" w:rsidRPr="00AB46C9" w:rsidRDefault="0046408A">
      <w:pPr>
        <w:numPr>
          <w:ilvl w:val="0"/>
          <w:numId w:val="9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Надад1нохой1муурбий</w:t>
      </w:r>
      <w:r w:rsidR="003A053A" w:rsidRPr="00AB46C9">
        <w:rPr>
          <w:rFonts w:eastAsia="Times New Roman" w:cs="Arial"/>
          <w:sz w:val="22"/>
          <w:lang w:val="mn-MN"/>
        </w:rPr>
        <w:t xml:space="preserve">! </w:t>
      </w:r>
    </w:p>
    <w:p w14:paraId="0A2DC409" w14:textId="77777777" w:rsidR="00703D1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Хялбар нууц үг ашиглахаас яагаад зайлсхийх хэрэгтэй вэ?</w:t>
      </w:r>
    </w:p>
    <w:p w14:paraId="34D3CF10" w14:textId="46469AB0" w:rsidR="003A053A" w:rsidRPr="00AB46C9" w:rsidRDefault="0046408A">
      <w:pPr>
        <w:pStyle w:val="ListParagraph"/>
        <w:numPr>
          <w:ilvl w:val="0"/>
          <w:numId w:val="11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Залилагчид</w:t>
      </w:r>
      <w:r w:rsidR="003A053A" w:rsidRPr="00AB46C9">
        <w:rPr>
          <w:rFonts w:eastAsia="Times New Roman" w:cs="Arial"/>
          <w:sz w:val="22"/>
          <w:lang w:val="mn-MN"/>
        </w:rPr>
        <w:t xml:space="preserve"> хамгийн түрүүнд төрсөн өдөр болон нэрийг туршиж үздэг.</w:t>
      </w:r>
    </w:p>
    <w:p w14:paraId="3CBB7161" w14:textId="77777777" w:rsidR="003A053A" w:rsidRPr="00AB46C9" w:rsidRDefault="003A053A">
      <w:pPr>
        <w:pStyle w:val="ListParagraph"/>
        <w:numPr>
          <w:ilvl w:val="0"/>
          <w:numId w:val="11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Хакерууд энгийн, түгээмэл олон мянган нууц үгийг хэдхэн секундын дотор таах программ ашигладаг.</w:t>
      </w:r>
    </w:p>
    <w:p w14:paraId="7DF96489" w14:textId="77777777" w:rsidR="003A053A" w:rsidRPr="00AB46C9" w:rsidRDefault="003A053A">
      <w:pPr>
        <w:pStyle w:val="ListParagraph"/>
        <w:numPr>
          <w:ilvl w:val="0"/>
          <w:numId w:val="11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нэг бүртгэл тань хакердуулбал тэд таны бусад бүртгэл дээр ижил нууц үгийг туршиж үзэж болно.</w:t>
      </w:r>
    </w:p>
    <w:p w14:paraId="21DA2C58" w14:textId="77777777" w:rsidR="00703D1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Нууц үг бол таны гэрийн түлхүүртэй адил.</w:t>
      </w:r>
      <w:r w:rsidRPr="00AB46C9">
        <w:rPr>
          <w:rFonts w:eastAsia="Times New Roman" w:cs="Arial"/>
          <w:sz w:val="22"/>
          <w:lang w:val="mn-MN"/>
        </w:rPr>
        <w:br/>
        <w:t xml:space="preserve">Та гэрийнхээ түлхүүрийг үүдний дэвсгэрийн доор орхихгүй биз дээ? Тиймээс нууц үгээ онлайнаар ч мөн адил хэтэрхий амархан таах боломжтой болгож болохгүй. </w:t>
      </w:r>
    </w:p>
    <w:p w14:paraId="006E2709" w14:textId="77777777" w:rsidR="0046408A" w:rsidRPr="00AB46C9" w:rsidRDefault="0046408A" w:rsidP="00703D1A">
      <w:pPr>
        <w:spacing w:before="100" w:beforeAutospacing="1" w:after="100" w:afterAutospacing="1" w:line="240" w:lineRule="auto"/>
        <w:rPr>
          <w:rFonts w:eastAsia="Times New Roman" w:cs="Arial"/>
          <w:b/>
          <w:bCs/>
          <w:sz w:val="22"/>
          <w:lang w:val="mn-MN"/>
        </w:rPr>
      </w:pPr>
    </w:p>
    <w:p w14:paraId="46173A49" w14:textId="77777777" w:rsidR="0046408A" w:rsidRPr="00AB46C9" w:rsidRDefault="0046408A" w:rsidP="00703D1A">
      <w:pPr>
        <w:spacing w:before="100" w:beforeAutospacing="1" w:after="100" w:afterAutospacing="1" w:line="240" w:lineRule="auto"/>
        <w:rPr>
          <w:rFonts w:eastAsia="Times New Roman" w:cs="Arial"/>
          <w:b/>
          <w:bCs/>
          <w:sz w:val="22"/>
          <w:lang w:val="mn-MN"/>
        </w:rPr>
      </w:pPr>
    </w:p>
    <w:p w14:paraId="549D3D6D" w14:textId="77777777" w:rsidR="0046408A" w:rsidRPr="00AB46C9" w:rsidRDefault="0046408A" w:rsidP="00703D1A">
      <w:pPr>
        <w:spacing w:before="100" w:beforeAutospacing="1" w:after="100" w:afterAutospacing="1" w:line="240" w:lineRule="auto"/>
        <w:rPr>
          <w:rFonts w:eastAsia="Times New Roman" w:cs="Arial"/>
          <w:b/>
          <w:bCs/>
          <w:sz w:val="22"/>
          <w:lang w:val="mn-MN"/>
        </w:rPr>
      </w:pPr>
    </w:p>
    <w:p w14:paraId="44CF4C33" w14:textId="3473AC14" w:rsidR="003A053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Хүчтэй нууц үгийг хэрхэн үүсгэх вэ?</w:t>
      </w:r>
    </w:p>
    <w:p w14:paraId="5FAB27EE" w14:textId="77777777" w:rsidR="003A053A" w:rsidRPr="00AB46C9" w:rsidRDefault="003A053A">
      <w:pPr>
        <w:numPr>
          <w:ilvl w:val="0"/>
          <w:numId w:val="9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Хамгийн багадаа 10 тэмдэгттэй байлгаарай. </w:t>
      </w:r>
    </w:p>
    <w:p w14:paraId="4427B0CC" w14:textId="34A98883" w:rsidR="003A053A" w:rsidRPr="00AB46C9" w:rsidRDefault="003A053A">
      <w:pPr>
        <w:numPr>
          <w:ilvl w:val="0"/>
          <w:numId w:val="9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Үсэг, тоо, тэмдэгтийг хослуулан ашиглаарай.</w:t>
      </w:r>
      <w:r w:rsidRPr="00AB46C9">
        <w:rPr>
          <w:rFonts w:eastAsia="Times New Roman" w:cs="Arial"/>
          <w:sz w:val="22"/>
          <w:lang w:val="mn-MN"/>
        </w:rPr>
        <w:br/>
        <w:t xml:space="preserve">Жишээ: </w:t>
      </w:r>
      <w:r w:rsidR="0046408A" w:rsidRPr="00AB46C9">
        <w:rPr>
          <w:rFonts w:eastAsia="Times New Roman" w:cs="Arial"/>
          <w:sz w:val="22"/>
          <w:lang w:val="mn-MN"/>
        </w:rPr>
        <w:t>Dorj</w:t>
      </w:r>
      <w:r w:rsidRPr="00AB46C9">
        <w:rPr>
          <w:rFonts w:eastAsia="Times New Roman" w:cs="Arial"/>
          <w:sz w:val="22"/>
          <w:lang w:val="mn-MN"/>
        </w:rPr>
        <w:t xml:space="preserve">23$!3768! </w:t>
      </w:r>
    </w:p>
    <w:p w14:paraId="41B66C0F" w14:textId="77777777" w:rsidR="003A053A" w:rsidRPr="00AB46C9" w:rsidRDefault="003A053A">
      <w:pPr>
        <w:numPr>
          <w:ilvl w:val="0"/>
          <w:numId w:val="9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Зөвхөн өөрийн тань санах боломжтой зүйл ашиглаарай. </w:t>
      </w:r>
    </w:p>
    <w:p w14:paraId="0E5C4F26" w14:textId="77777777" w:rsidR="003A053A" w:rsidRPr="00AB46C9" w:rsidRDefault="003A053A">
      <w:pPr>
        <w:numPr>
          <w:ilvl w:val="0"/>
          <w:numId w:val="9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Нэг нууц үгийг өөр өөр платформ дээр давтан бүү ашиглаарай. </w:t>
      </w:r>
    </w:p>
    <w:p w14:paraId="116BB9FB" w14:textId="58034FB7" w:rsidR="00703D1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r>
      <w:r w:rsidR="0046408A" w:rsidRPr="00AB46C9">
        <w:rPr>
          <w:rFonts w:eastAsia="Times New Roman" w:cs="Arial"/>
          <w:sz w:val="22"/>
          <w:lang w:val="mn-MN"/>
        </w:rPr>
        <w:t>Minii2huuhuurhun88</w:t>
      </w:r>
      <w:r w:rsidRPr="00AB46C9">
        <w:rPr>
          <w:rFonts w:eastAsia="Times New Roman" w:cs="Arial"/>
          <w:sz w:val="22"/>
          <w:lang w:val="mn-MN"/>
        </w:rPr>
        <w:t>!</w:t>
      </w:r>
    </w:p>
    <w:p w14:paraId="08F33AF2" w14:textId="46F71EF7" w:rsidR="003A053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 үгээ аюулгүй хадгалах</w:t>
      </w:r>
    </w:p>
    <w:p w14:paraId="7629056A" w14:textId="77777777" w:rsidR="003A053A" w:rsidRPr="00AB46C9" w:rsidRDefault="003A053A">
      <w:pPr>
        <w:numPr>
          <w:ilvl w:val="0"/>
          <w:numId w:val="9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найз нөхөдтэйгөө ч бүү хуваалцаарай. </w:t>
      </w:r>
    </w:p>
    <w:p w14:paraId="1EC1B9DB" w14:textId="77777777" w:rsidR="003A053A" w:rsidRPr="00AB46C9" w:rsidRDefault="003A053A">
      <w:pPr>
        <w:numPr>
          <w:ilvl w:val="0"/>
          <w:numId w:val="9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энгийн бичвэр хэлбэрээр эсвэл мессеж дотор хадгалж болохгүй. </w:t>
      </w:r>
    </w:p>
    <w:p w14:paraId="0903D443" w14:textId="77777777" w:rsidR="003A053A" w:rsidRPr="00AB46C9" w:rsidRDefault="003A053A">
      <w:pPr>
        <w:numPr>
          <w:ilvl w:val="0"/>
          <w:numId w:val="9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тэмдэглэлийн дэвтэрт бичиж, гэртээ аюулгүй газар хадгалж болно </w:t>
      </w:r>
      <w:r w:rsidRPr="00AB46C9">
        <w:rPr>
          <w:rFonts w:eastAsia="Times New Roman" w:cs="Arial"/>
          <w:i/>
          <w:iCs/>
          <w:sz w:val="22"/>
          <w:lang w:val="mn-MN"/>
        </w:rPr>
        <w:t>(утсан дээрээ хадгалахгүй).</w:t>
      </w:r>
      <w:r w:rsidRPr="00AB46C9">
        <w:rPr>
          <w:rFonts w:eastAsia="Times New Roman" w:cs="Arial"/>
          <w:sz w:val="22"/>
          <w:lang w:val="mn-MN"/>
        </w:rPr>
        <w:t xml:space="preserve"> </w:t>
      </w:r>
    </w:p>
    <w:p w14:paraId="72F2CFAD" w14:textId="77777777" w:rsidR="003A053A" w:rsidRPr="00AB46C9" w:rsidRDefault="003A053A">
      <w:pPr>
        <w:numPr>
          <w:ilvl w:val="0"/>
          <w:numId w:val="9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Аппликэйшн дэмждэг бол хоёр шатлалт нэвтрэлт (2FA) ашиглаарай. </w:t>
      </w:r>
    </w:p>
    <w:p w14:paraId="15E409CD" w14:textId="25DFDB11" w:rsidR="0046408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Хүчтэй нууц үг нь сайн түгжээтэй хаалга </w:t>
      </w:r>
      <w:r w:rsidR="00703D1A" w:rsidRPr="00AB46C9">
        <w:rPr>
          <w:rFonts w:eastAsia="Times New Roman" w:cs="Arial"/>
          <w:sz w:val="22"/>
          <w:lang w:val="mn-MN"/>
        </w:rPr>
        <w:t xml:space="preserve">таныг </w:t>
      </w:r>
      <w:r w:rsidRPr="00AB46C9">
        <w:rPr>
          <w:rFonts w:eastAsia="Times New Roman" w:cs="Arial"/>
          <w:sz w:val="22"/>
          <w:lang w:val="mn-MN"/>
        </w:rPr>
        <w:t>хамгаалдагтай адил хамгаална. Энэ нь зөвхөн та өөрөө өөрийн бүртгэл, мессеж болон хувийн мэдээлэлдээ хандах боломжтой байхад тусална</w:t>
      </w:r>
    </w:p>
    <w:p w14:paraId="0FFDB40A" w14:textId="2A08279A" w:rsidR="00703D1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2</w:t>
      </w:r>
    </w:p>
    <w:p w14:paraId="17A1AE7C" w14:textId="69EA3D28" w:rsidR="003A053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Өөрийн нууц үгийг үүсг</w:t>
      </w:r>
      <w:r w:rsidR="00703D1A" w:rsidRPr="00AB46C9">
        <w:rPr>
          <w:rFonts w:eastAsia="Times New Roman" w:cs="Arial"/>
          <w:b/>
          <w:bCs/>
          <w:sz w:val="22"/>
          <w:lang w:val="mn-MN"/>
        </w:rPr>
        <w:t>эх</w:t>
      </w:r>
    </w:p>
    <w:p w14:paraId="59367999"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Хүчтэй бөгөөд санахад хялбар нууц үгийн өгүүлбэр үүсгэх.</w:t>
      </w:r>
    </w:p>
    <w:p w14:paraId="19E3CC3C"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531ED19E" w14:textId="77777777" w:rsidR="003A053A" w:rsidRPr="00AB46C9" w:rsidRDefault="003A053A">
      <w:pPr>
        <w:numPr>
          <w:ilvl w:val="0"/>
          <w:numId w:val="9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Өөрт тань санахад хялбар боловч бусдад таахад хэцүү нууц үгийн өгүүлбэр бодож олоорой. </w:t>
      </w:r>
    </w:p>
    <w:p w14:paraId="605C8099" w14:textId="77777777" w:rsidR="003A053A" w:rsidRPr="00AB46C9" w:rsidRDefault="003A053A">
      <w:pPr>
        <w:numPr>
          <w:ilvl w:val="0"/>
          <w:numId w:val="9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үгийн өгүүлбэрээ доорх хэсэгт бичээрэй. </w:t>
      </w:r>
    </w:p>
    <w:p w14:paraId="57BE647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Миний нууц үгийн өгүүлбэр:</w:t>
      </w:r>
    </w:p>
    <w:p w14:paraId="3E2219BA" w14:textId="77777777" w:rsidR="003A053A" w:rsidRPr="00AB46C9" w:rsidRDefault="00AB46C9" w:rsidP="003A053A">
      <w:pPr>
        <w:spacing w:after="0" w:line="240" w:lineRule="auto"/>
        <w:rPr>
          <w:rFonts w:eastAsia="Times New Roman" w:cs="Arial"/>
          <w:sz w:val="22"/>
          <w:lang w:val="mn-MN"/>
        </w:rPr>
      </w:pPr>
      <w:r w:rsidRPr="00AB46C9">
        <w:rPr>
          <w:rFonts w:eastAsia="Times New Roman" w:cs="Arial"/>
          <w:sz w:val="22"/>
          <w:lang w:val="mn-MN"/>
        </w:rPr>
        <w:pict w14:anchorId="401B0B2E">
          <v:rect id="_x0000_i1025" style="width:0;height:1.5pt" o:hralign="center" o:hrstd="t" o:hr="t" fillcolor="#a0a0a0" stroked="f"/>
        </w:pict>
      </w:r>
    </w:p>
    <w:p w14:paraId="3D41DA40"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Эргэцүүлэн бодох:</w:t>
      </w:r>
    </w:p>
    <w:p w14:paraId="225E8F63"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Таны нууц үгийн элементүүд хаанаас бий болсон бэ?</w:t>
      </w:r>
    </w:p>
    <w:p w14:paraId="20AF7D0B" w14:textId="77777777" w:rsidR="003A053A" w:rsidRPr="00AB46C9" w:rsidRDefault="00AB46C9" w:rsidP="003A053A">
      <w:pPr>
        <w:spacing w:after="0" w:line="240" w:lineRule="auto"/>
        <w:rPr>
          <w:rFonts w:eastAsia="Times New Roman" w:cs="Arial"/>
          <w:sz w:val="22"/>
          <w:lang w:val="mn-MN"/>
        </w:rPr>
      </w:pPr>
      <w:r w:rsidRPr="00AB46C9">
        <w:rPr>
          <w:rFonts w:eastAsia="Times New Roman" w:cs="Arial"/>
          <w:sz w:val="22"/>
          <w:lang w:val="mn-MN"/>
        </w:rPr>
        <w:pict w14:anchorId="6888B36F">
          <v:rect id="_x0000_i1026" style="width:0;height:1.5pt" o:hralign="center" o:hrstd="t" o:hr="t" fillcolor="#a0a0a0" stroked="f"/>
        </w:pict>
      </w:r>
    </w:p>
    <w:p w14:paraId="65251BA8" w14:textId="77777777" w:rsidR="0046408A" w:rsidRPr="00AB46C9" w:rsidRDefault="0046408A" w:rsidP="00703D1A">
      <w:pPr>
        <w:spacing w:before="100" w:beforeAutospacing="1" w:after="100" w:afterAutospacing="1" w:line="240" w:lineRule="auto"/>
        <w:rPr>
          <w:rFonts w:eastAsia="Times New Roman" w:cs="Arial"/>
          <w:b/>
          <w:bCs/>
          <w:sz w:val="22"/>
          <w:lang w:val="mn-MN"/>
        </w:rPr>
      </w:pPr>
    </w:p>
    <w:p w14:paraId="302CAD8F" w14:textId="19E0EE5D" w:rsidR="0046408A" w:rsidRPr="00AB46C9" w:rsidRDefault="0046408A" w:rsidP="00703D1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5EBAADF0" w14:textId="3D0B16F9" w:rsidR="00703D1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Нууц үгийн өгүүлбэрээ тэмдэглэлийн дэвтэртээ бичиж, хэнтэй ч бүү хуваалцаарай</w:t>
      </w:r>
      <w:r w:rsidR="00703D1A" w:rsidRPr="00AB46C9">
        <w:rPr>
          <w:rFonts w:eastAsia="Times New Roman" w:cs="Arial"/>
          <w:sz w:val="22"/>
          <w:lang w:val="mn-MN"/>
        </w:rPr>
        <w:t>.</w:t>
      </w:r>
    </w:p>
    <w:p w14:paraId="0E734C6E" w14:textId="77777777" w:rsidR="00703D1A" w:rsidRPr="00AB46C9" w:rsidRDefault="003A053A" w:rsidP="00703D1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Та бүх нууц үгээ цээжлэх шаардлагагүй. Тэдгээрийг тэмдэглэлийн дэвтэрт бичиж, гэртээ аюулгүй хадгалж болно. Харин утсан дээрээ хадгалах эсвэл мессежээр бусадтай хуваалцаж болохгүй.</w:t>
      </w:r>
    </w:p>
    <w:p w14:paraId="5C9AA9BB" w14:textId="77777777" w:rsidR="0046408A" w:rsidRPr="00AB46C9" w:rsidRDefault="0046408A" w:rsidP="00703D1A">
      <w:pPr>
        <w:spacing w:before="100" w:beforeAutospacing="1" w:after="100" w:afterAutospacing="1" w:line="240" w:lineRule="auto"/>
        <w:rPr>
          <w:rFonts w:eastAsia="Times New Roman" w:cs="Arial"/>
          <w:b/>
          <w:bCs/>
          <w:sz w:val="22"/>
          <w:lang w:val="mn-MN"/>
        </w:rPr>
      </w:pPr>
    </w:p>
    <w:p w14:paraId="0A36D320" w14:textId="7AE9CBD4" w:rsidR="00703D1A" w:rsidRPr="00AB46C9" w:rsidRDefault="00703D1A" w:rsidP="00703D1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Цахим </w:t>
      </w:r>
      <w:r w:rsidR="0046408A" w:rsidRPr="00AB46C9">
        <w:rPr>
          <w:rFonts w:eastAsia="Times New Roman" w:cs="Arial"/>
          <w:b/>
          <w:bCs/>
          <w:sz w:val="22"/>
          <w:lang w:val="mn-MN"/>
        </w:rPr>
        <w:t xml:space="preserve">залилангаас </w:t>
      </w:r>
      <w:r w:rsidRPr="00AB46C9">
        <w:rPr>
          <w:rFonts w:eastAsia="Times New Roman" w:cs="Arial"/>
          <w:b/>
          <w:bCs/>
          <w:sz w:val="22"/>
          <w:lang w:val="mn-MN"/>
        </w:rPr>
        <w:t>болгоомжил</w:t>
      </w:r>
    </w:p>
    <w:p w14:paraId="2096F723" w14:textId="77777777" w:rsidR="003A053A" w:rsidRPr="00AB46C9" w:rsidRDefault="003A053A" w:rsidP="003A053A">
      <w:pPr>
        <w:pBdr>
          <w:top w:val="single" w:sz="6" w:space="1" w:color="auto"/>
        </w:pBdr>
        <w:spacing w:after="0" w:line="240" w:lineRule="auto"/>
        <w:jc w:val="center"/>
        <w:rPr>
          <w:rFonts w:eastAsia="Times New Roman" w:cs="Arial"/>
          <w:vanish/>
          <w:sz w:val="22"/>
          <w:lang w:val="mn-MN"/>
        </w:rPr>
      </w:pPr>
      <w:r w:rsidRPr="00AB46C9">
        <w:rPr>
          <w:rFonts w:eastAsia="Times New Roman" w:cs="Arial"/>
          <w:vanish/>
          <w:sz w:val="22"/>
          <w:lang w:val="mn-MN"/>
        </w:rPr>
        <w:lastRenderedPageBreak/>
        <w:t>Bottom of Form</w:t>
      </w:r>
    </w:p>
    <w:p w14:paraId="7FA80A7C" w14:textId="520BFA23"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w:t>
      </w:r>
      <w:r w:rsidR="0046408A" w:rsidRPr="00AB46C9">
        <w:rPr>
          <w:rFonts w:eastAsia="Times New Roman" w:cs="Arial"/>
          <w:sz w:val="22"/>
          <w:lang w:val="mn-MN"/>
        </w:rPr>
        <w:t xml:space="preserve">залилан </w:t>
      </w:r>
      <w:r w:rsidRPr="00AB46C9">
        <w:rPr>
          <w:rFonts w:eastAsia="Times New Roman" w:cs="Arial"/>
          <w:sz w:val="22"/>
          <w:lang w:val="mn-MN"/>
        </w:rPr>
        <w:t xml:space="preserve">гэдэг нь гэмт хэрэгтнүүд хүмүүсийг хуурч, тэдний хувийн мэдээлэл эсвэл мөнгийг </w:t>
      </w:r>
      <w:r w:rsidR="00D24D5C" w:rsidRPr="00AB46C9">
        <w:rPr>
          <w:rFonts w:eastAsia="Times New Roman" w:cs="Arial"/>
          <w:sz w:val="22"/>
          <w:lang w:val="mn-MN"/>
        </w:rPr>
        <w:t>цахимаар</w:t>
      </w:r>
      <w:r w:rsidRPr="00AB46C9">
        <w:rPr>
          <w:rFonts w:eastAsia="Times New Roman" w:cs="Arial"/>
          <w:sz w:val="22"/>
          <w:lang w:val="mn-MN"/>
        </w:rPr>
        <w:t xml:space="preserve"> хулгайлахад ашигладаг арга юм. Ийм </w:t>
      </w:r>
      <w:r w:rsidR="0046408A" w:rsidRPr="00AB46C9">
        <w:rPr>
          <w:rFonts w:eastAsia="Times New Roman" w:cs="Arial"/>
          <w:sz w:val="22"/>
          <w:lang w:val="mn-MN"/>
        </w:rPr>
        <w:t xml:space="preserve">залилан </w:t>
      </w:r>
      <w:r w:rsidRPr="00AB46C9">
        <w:rPr>
          <w:rFonts w:eastAsia="Times New Roman" w:cs="Arial"/>
          <w:sz w:val="22"/>
          <w:lang w:val="mn-MN"/>
        </w:rPr>
        <w:t xml:space="preserve">жинхэнэ мэт харагдах мессеж, дуудлага, </w:t>
      </w:r>
      <w:r w:rsidR="00F12C81" w:rsidRPr="00AB46C9">
        <w:rPr>
          <w:rFonts w:eastAsia="Times New Roman" w:cs="Arial"/>
          <w:sz w:val="22"/>
          <w:lang w:val="mn-MN"/>
        </w:rPr>
        <w:t>цахим хуудас</w:t>
      </w:r>
      <w:r w:rsidRPr="00AB46C9">
        <w:rPr>
          <w:rFonts w:eastAsia="Times New Roman" w:cs="Arial"/>
          <w:sz w:val="22"/>
          <w:lang w:val="mn-MN"/>
        </w:rPr>
        <w:t>, бүр хуурамч аппликэйшн хэлбэрээр илэрч болно.</w:t>
      </w:r>
    </w:p>
    <w:p w14:paraId="6CA739A5"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Гол зорилго нь таныг тэдэнд итгүүлэх, хуурч мэхлэх явдал юм.</w:t>
      </w:r>
    </w:p>
    <w:p w14:paraId="665B5FDB" w14:textId="1B748A35"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 xml:space="preserve">Цахим </w:t>
      </w:r>
      <w:r w:rsidR="0046408A" w:rsidRPr="00AB46C9">
        <w:rPr>
          <w:rFonts w:eastAsia="Times New Roman" w:cs="Arial"/>
          <w:b/>
          <w:bCs/>
          <w:sz w:val="22"/>
          <w:lang w:val="mn-MN"/>
        </w:rPr>
        <w:t>цалилангы</w:t>
      </w:r>
      <w:r w:rsidRPr="00AB46C9">
        <w:rPr>
          <w:rFonts w:eastAsia="Times New Roman" w:cs="Arial"/>
          <w:b/>
          <w:bCs/>
          <w:sz w:val="22"/>
          <w:lang w:val="mn-MN"/>
        </w:rPr>
        <w:t>н түгээмэл төрлүүд</w:t>
      </w:r>
    </w:p>
    <w:p w14:paraId="5A794A92" w14:textId="763FE3C9" w:rsidR="003A053A" w:rsidRPr="00AB46C9" w:rsidRDefault="0046408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Залилангийн</w:t>
      </w:r>
      <w:r w:rsidR="003A053A" w:rsidRPr="00AB46C9">
        <w:rPr>
          <w:rFonts w:eastAsia="Times New Roman" w:cs="Arial"/>
          <w:b/>
          <w:bCs/>
          <w:sz w:val="22"/>
          <w:lang w:val="mn-MN"/>
        </w:rPr>
        <w:t xml:space="preserve"> дуудлага</w:t>
      </w:r>
    </w:p>
    <w:p w14:paraId="7A2EA019" w14:textId="77777777" w:rsidR="003A053A" w:rsidRPr="00AB46C9" w:rsidRDefault="003A053A">
      <w:pPr>
        <w:numPr>
          <w:ilvl w:val="0"/>
          <w:numId w:val="9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Танихгүй хүн төрийн албан хаагч, банкны ажилтан эсвэл бүр таны гэр бүлийн гишүүн мэт дүр эсгэнэ. </w:t>
      </w:r>
    </w:p>
    <w:p w14:paraId="69C0CFD9" w14:textId="77777777" w:rsidR="003A053A" w:rsidRPr="00AB46C9" w:rsidRDefault="003A053A">
      <w:pPr>
        <w:numPr>
          <w:ilvl w:val="0"/>
          <w:numId w:val="9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Яаралтай мөнгө шаарддаг. </w:t>
      </w:r>
    </w:p>
    <w:p w14:paraId="24F29FE9" w14:textId="50D207F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Онлайн худалдааны </w:t>
      </w:r>
      <w:r w:rsidR="0046408A" w:rsidRPr="00AB46C9">
        <w:rPr>
          <w:rFonts w:eastAsia="Times New Roman" w:cs="Arial"/>
          <w:b/>
          <w:bCs/>
          <w:sz w:val="22"/>
          <w:lang w:val="mn-MN"/>
        </w:rPr>
        <w:t>залилан</w:t>
      </w:r>
    </w:p>
    <w:p w14:paraId="0AED6C96" w14:textId="77777777" w:rsidR="003A053A" w:rsidRPr="00AB46C9" w:rsidRDefault="003A053A">
      <w:pPr>
        <w:numPr>
          <w:ilvl w:val="0"/>
          <w:numId w:val="10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Хуурамч дэлгүүр </w:t>
      </w:r>
    </w:p>
    <w:p w14:paraId="516B8025" w14:textId="304A1809" w:rsidR="003A053A" w:rsidRPr="00AB46C9" w:rsidRDefault="003A053A">
      <w:pPr>
        <w:numPr>
          <w:ilvl w:val="0"/>
          <w:numId w:val="10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“Үнэ</w:t>
      </w:r>
      <w:r w:rsidR="00D24D5C" w:rsidRPr="00AB46C9">
        <w:rPr>
          <w:rFonts w:eastAsia="Times New Roman" w:cs="Arial"/>
          <w:sz w:val="22"/>
          <w:lang w:val="mn-MN"/>
        </w:rPr>
        <w:t xml:space="preserve">мшмээргүй </w:t>
      </w:r>
      <w:r w:rsidRPr="00AB46C9">
        <w:rPr>
          <w:rFonts w:eastAsia="Times New Roman" w:cs="Arial"/>
          <w:sz w:val="22"/>
          <w:lang w:val="mn-MN"/>
        </w:rPr>
        <w:t xml:space="preserve">хямд” санал </w:t>
      </w:r>
    </w:p>
    <w:p w14:paraId="241FFA7D" w14:textId="138A747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Хайрын харилцаатай холбоотой </w:t>
      </w:r>
      <w:r w:rsidR="0046408A" w:rsidRPr="00AB46C9">
        <w:rPr>
          <w:rFonts w:eastAsia="Times New Roman" w:cs="Arial"/>
          <w:b/>
          <w:bCs/>
          <w:sz w:val="22"/>
          <w:lang w:val="mn-MN"/>
        </w:rPr>
        <w:t>залилан</w:t>
      </w:r>
    </w:p>
    <w:p w14:paraId="79D9483A" w14:textId="703D8A45" w:rsidR="003A053A" w:rsidRPr="00AB46C9" w:rsidRDefault="00D24D5C">
      <w:pPr>
        <w:numPr>
          <w:ilvl w:val="0"/>
          <w:numId w:val="10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Цахимаар</w:t>
      </w:r>
      <w:r w:rsidR="003A053A" w:rsidRPr="00AB46C9">
        <w:rPr>
          <w:rFonts w:eastAsia="Times New Roman" w:cs="Arial"/>
          <w:sz w:val="22"/>
          <w:lang w:val="mn-MN"/>
        </w:rPr>
        <w:t xml:space="preserve"> танилцсан хүн танд дурласан мэт дүр эсгэж, мөнгө хүсдэг. </w:t>
      </w:r>
    </w:p>
    <w:p w14:paraId="1FB4C977" w14:textId="2AF638A0" w:rsidR="003A053A" w:rsidRPr="00AB46C9" w:rsidRDefault="00D24D5C"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Хуурамч</w:t>
      </w:r>
      <w:r w:rsidR="003A053A" w:rsidRPr="00AB46C9">
        <w:rPr>
          <w:rFonts w:eastAsia="Times New Roman" w:cs="Arial"/>
          <w:b/>
          <w:bCs/>
          <w:sz w:val="22"/>
          <w:lang w:val="mn-MN"/>
        </w:rPr>
        <w:t xml:space="preserve"> цахим шуудан</w:t>
      </w:r>
    </w:p>
    <w:p w14:paraId="75A19F63" w14:textId="77777777" w:rsidR="003A053A" w:rsidRPr="00AB46C9" w:rsidRDefault="003A053A">
      <w:pPr>
        <w:numPr>
          <w:ilvl w:val="0"/>
          <w:numId w:val="10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 эсвэл компаниас ирсэн мэт харагдах хуурамч имэйл. </w:t>
      </w:r>
    </w:p>
    <w:p w14:paraId="546C8BE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Хуурамч SMS мессеж</w:t>
      </w:r>
    </w:p>
    <w:p w14:paraId="59E4EC3E" w14:textId="4EECF070" w:rsidR="0046408A" w:rsidRPr="00AB46C9" w:rsidRDefault="003A053A" w:rsidP="00D24D5C">
      <w:pPr>
        <w:numPr>
          <w:ilvl w:val="0"/>
          <w:numId w:val="10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мэдээллийг хулгайлах боломжтой холбоос агуулсан мессеж. </w:t>
      </w:r>
    </w:p>
    <w:p w14:paraId="72D0E52E" w14:textId="77777777" w:rsidR="002A4F26" w:rsidRPr="00AB46C9" w:rsidRDefault="002A4F26" w:rsidP="002A4F26">
      <w:pPr>
        <w:spacing w:before="100" w:beforeAutospacing="1" w:after="100" w:afterAutospacing="1" w:line="240" w:lineRule="auto"/>
        <w:rPr>
          <w:rFonts w:eastAsia="Times New Roman" w:cs="Arial"/>
          <w:sz w:val="22"/>
          <w:lang w:val="mn-MN"/>
        </w:rPr>
      </w:pPr>
    </w:p>
    <w:p w14:paraId="72E15FE5" w14:textId="5E4A0D16" w:rsidR="003A053A" w:rsidRPr="00AB46C9" w:rsidRDefault="003A053A"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Бодит амьдрал дээрх жишээнүүд</w:t>
      </w:r>
    </w:p>
    <w:p w14:paraId="75AB97FE" w14:textId="3E47EBE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 1:</w:t>
      </w:r>
      <w:r w:rsidRPr="00AB46C9">
        <w:rPr>
          <w:rFonts w:eastAsia="Times New Roman" w:cs="Arial"/>
          <w:sz w:val="22"/>
          <w:lang w:val="mn-MN"/>
        </w:rPr>
        <w:br/>
        <w:t xml:space="preserve">Нэг ахмад </w:t>
      </w:r>
      <w:r w:rsidR="00D24D5C" w:rsidRPr="00AB46C9">
        <w:rPr>
          <w:rFonts w:eastAsia="Times New Roman" w:cs="Arial"/>
          <w:sz w:val="22"/>
          <w:lang w:val="mn-MN"/>
        </w:rPr>
        <w:t xml:space="preserve">настанд </w:t>
      </w:r>
      <w:r w:rsidRPr="00AB46C9">
        <w:rPr>
          <w:rFonts w:eastAsia="Times New Roman" w:cs="Arial"/>
          <w:sz w:val="22"/>
          <w:lang w:val="mn-MN"/>
        </w:rPr>
        <w:t>банкны данс нь царцаагдсан тухай мессеж иржээ. Мессежид “нэвтрэх” холбоос байсан.</w:t>
      </w:r>
      <w:r w:rsidR="00D24D5C" w:rsidRPr="00AB46C9">
        <w:rPr>
          <w:rFonts w:eastAsia="Times New Roman" w:cs="Arial"/>
          <w:sz w:val="22"/>
          <w:lang w:val="mn-MN"/>
        </w:rPr>
        <w:t xml:space="preserve"> </w:t>
      </w:r>
      <w:r w:rsidRPr="00AB46C9">
        <w:rPr>
          <w:rFonts w:eastAsia="Times New Roman" w:cs="Arial"/>
          <w:sz w:val="22"/>
          <w:lang w:val="mn-MN"/>
        </w:rPr>
        <w:t>Тэр холбоос дээр дарж, мэдээллээ оруулсны дараа уг мэдээллийг ашиглан данснаас нь мөнгө авчээ.</w:t>
      </w:r>
    </w:p>
    <w:p w14:paraId="236EB88E" w14:textId="59A7120E" w:rsidR="00D24D5C" w:rsidRPr="00AB46C9" w:rsidRDefault="00D24D5C"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 2:</w:t>
      </w:r>
      <w:r w:rsidRPr="00AB46C9">
        <w:rPr>
          <w:rFonts w:eastAsia="Times New Roman" w:cs="Arial"/>
          <w:sz w:val="22"/>
          <w:lang w:val="mn-MN"/>
        </w:rPr>
        <w:br/>
        <w:t xml:space="preserve">Нэг эмэгтэй Facebook-ээр өөрийгөө гадаадад байгаа цэрэг гэж танилцуулсан эрэгтэйтэй танилцжээ. Хэдэн долоо хоног чатласны дараа тэр эр гэртээ харихад нь туслахын тулд мөнгө хүссэн байна. Эцэст нь энэ нь </w:t>
      </w:r>
      <w:r w:rsidR="0046408A" w:rsidRPr="00AB46C9">
        <w:rPr>
          <w:rFonts w:eastAsia="Times New Roman" w:cs="Arial"/>
          <w:sz w:val="22"/>
          <w:lang w:val="mn-MN"/>
        </w:rPr>
        <w:t>залилан</w:t>
      </w:r>
      <w:r w:rsidRPr="00AB46C9">
        <w:rPr>
          <w:rFonts w:eastAsia="Times New Roman" w:cs="Arial"/>
          <w:sz w:val="22"/>
          <w:lang w:val="mn-MN"/>
        </w:rPr>
        <w:t xml:space="preserve"> болох нь тогтоогджээ.</w:t>
      </w:r>
    </w:p>
    <w:p w14:paraId="69AAF514" w14:textId="77777777" w:rsidR="00D24D5C" w:rsidRPr="00AB46C9" w:rsidRDefault="00D24D5C"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 3:</w:t>
      </w:r>
      <w:r w:rsidRPr="00AB46C9">
        <w:rPr>
          <w:rFonts w:eastAsia="Times New Roman" w:cs="Arial"/>
          <w:sz w:val="22"/>
          <w:lang w:val="mn-MN"/>
        </w:rPr>
        <w:br/>
        <w:t xml:space="preserve">“Та 10,000 ам.доллар хожлоо! Шагналаа авахын тулд энэ холбоос дээр дарна уу” гэсэн мессеж иржээ. Холбоос дээр дарахад утсанд вирус сууж, мэдээллийг нь хулгайлсан байна. </w:t>
      </w:r>
    </w:p>
    <w:p w14:paraId="108ABE6E" w14:textId="77777777" w:rsidR="0046408A" w:rsidRPr="00AB46C9" w:rsidRDefault="0046408A" w:rsidP="0046408A">
      <w:pPr>
        <w:spacing w:before="100" w:beforeAutospacing="1" w:after="100" w:afterAutospacing="1" w:line="240" w:lineRule="auto"/>
        <w:jc w:val="center"/>
        <w:rPr>
          <w:rFonts w:eastAsia="Times New Roman" w:cs="Arial"/>
          <w:b/>
          <w:bCs/>
          <w:i/>
          <w:iCs/>
          <w:color w:val="EE0000"/>
          <w:sz w:val="22"/>
          <w:lang w:val="mn-MN"/>
        </w:rPr>
      </w:pPr>
    </w:p>
    <w:p w14:paraId="52F2D3B9" w14:textId="2DFAFB63" w:rsidR="003A053A" w:rsidRPr="00AB46C9" w:rsidRDefault="00D24D5C" w:rsidP="0046408A">
      <w:pPr>
        <w:spacing w:before="100" w:beforeAutospacing="1" w:after="100" w:afterAutospacing="1" w:line="240" w:lineRule="auto"/>
        <w:jc w:val="center"/>
        <w:rPr>
          <w:rFonts w:eastAsia="Times New Roman" w:cs="Arial"/>
          <w:b/>
          <w:bCs/>
          <w:i/>
          <w:iCs/>
          <w:color w:val="EE0000"/>
          <w:sz w:val="22"/>
          <w:lang w:val="mn-MN"/>
        </w:rPr>
      </w:pPr>
      <w:r w:rsidRPr="00AB46C9">
        <w:rPr>
          <w:rFonts w:eastAsia="Times New Roman" w:cs="Arial"/>
          <w:b/>
          <w:bCs/>
          <w:i/>
          <w:iCs/>
          <w:color w:val="EE0000"/>
          <w:sz w:val="22"/>
          <w:lang w:val="mn-MN"/>
        </w:rPr>
        <w:t>Н</w:t>
      </w:r>
      <w:r w:rsidR="003A053A" w:rsidRPr="00AB46C9">
        <w:rPr>
          <w:rFonts w:eastAsia="Times New Roman" w:cs="Arial"/>
          <w:b/>
          <w:bCs/>
          <w:i/>
          <w:iCs/>
          <w:color w:val="EE0000"/>
          <w:sz w:val="22"/>
          <w:lang w:val="mn-MN"/>
        </w:rPr>
        <w:t>айз мэт дүр эсгэсэн хү</w:t>
      </w:r>
      <w:r w:rsidRPr="00AB46C9">
        <w:rPr>
          <w:rFonts w:eastAsia="Times New Roman" w:cs="Arial"/>
          <w:b/>
          <w:bCs/>
          <w:i/>
          <w:iCs/>
          <w:color w:val="EE0000"/>
          <w:sz w:val="22"/>
          <w:lang w:val="mn-MN"/>
        </w:rPr>
        <w:t xml:space="preserve">н </w:t>
      </w:r>
      <w:r w:rsidR="003A053A" w:rsidRPr="00AB46C9">
        <w:rPr>
          <w:rFonts w:eastAsia="Times New Roman" w:cs="Arial"/>
          <w:b/>
          <w:bCs/>
          <w:i/>
          <w:iCs/>
          <w:color w:val="EE0000"/>
          <w:sz w:val="22"/>
          <w:lang w:val="mn-MN"/>
        </w:rPr>
        <w:t>буруу дугаараас залгаж байгаатай адил. Хүнд итгэхээсээ өмнө болгоомжтой байгаарай.</w:t>
      </w:r>
    </w:p>
    <w:p w14:paraId="76727098" w14:textId="77777777" w:rsidR="0046408A" w:rsidRPr="00AB46C9" w:rsidRDefault="0046408A" w:rsidP="003A053A">
      <w:pPr>
        <w:spacing w:before="100" w:beforeAutospacing="1" w:after="100" w:afterAutospacing="1" w:line="240" w:lineRule="auto"/>
        <w:outlineLvl w:val="2"/>
        <w:rPr>
          <w:rFonts w:eastAsia="Times New Roman" w:cs="Arial"/>
          <w:b/>
          <w:bCs/>
          <w:sz w:val="22"/>
          <w:lang w:val="mn-MN"/>
        </w:rPr>
      </w:pPr>
    </w:p>
    <w:p w14:paraId="48B14223" w14:textId="73C63B2D" w:rsidR="003A053A" w:rsidRPr="00AB46C9" w:rsidRDefault="0046408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Залилангийн</w:t>
      </w:r>
      <w:r w:rsidR="003A053A" w:rsidRPr="00AB46C9">
        <w:rPr>
          <w:rFonts w:eastAsia="Times New Roman" w:cs="Arial"/>
          <w:b/>
          <w:bCs/>
          <w:sz w:val="22"/>
          <w:lang w:val="mn-MN"/>
        </w:rPr>
        <w:t xml:space="preserve"> шинж тэмдэг</w:t>
      </w:r>
    </w:p>
    <w:p w14:paraId="53432210" w14:textId="77777777" w:rsidR="003A053A" w:rsidRPr="00AB46C9" w:rsidRDefault="003A053A">
      <w:pPr>
        <w:numPr>
          <w:ilvl w:val="0"/>
          <w:numId w:val="10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Яаруулсан эсвэл сүрдүүлсэн мессеж </w:t>
      </w:r>
    </w:p>
    <w:p w14:paraId="517EA87D" w14:textId="77777777" w:rsidR="003A053A" w:rsidRPr="00AB46C9" w:rsidRDefault="003A053A">
      <w:pPr>
        <w:numPr>
          <w:ilvl w:val="0"/>
          <w:numId w:val="10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Үл таних, хачирхалтай цахим шуудангийн хаяг </w:t>
      </w:r>
    </w:p>
    <w:p w14:paraId="031293BD" w14:textId="77777777" w:rsidR="003A053A" w:rsidRPr="00AB46C9" w:rsidRDefault="003A053A">
      <w:pPr>
        <w:numPr>
          <w:ilvl w:val="0"/>
          <w:numId w:val="10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Үг үсгийн алдаа </w:t>
      </w:r>
    </w:p>
    <w:p w14:paraId="1F46F28B" w14:textId="77777777" w:rsidR="00D24D5C" w:rsidRPr="00AB46C9" w:rsidRDefault="003A053A">
      <w:pPr>
        <w:numPr>
          <w:ilvl w:val="0"/>
          <w:numId w:val="10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Сэжигтэй хавсралт эсвэл холбоос </w:t>
      </w:r>
    </w:p>
    <w:p w14:paraId="5B5BBC03" w14:textId="4942A685" w:rsidR="003A053A" w:rsidRPr="00AB46C9" w:rsidRDefault="003A053A">
      <w:pPr>
        <w:numPr>
          <w:ilvl w:val="0"/>
          <w:numId w:val="10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Хуурамч </w:t>
      </w:r>
      <w:r w:rsidR="00F12C81" w:rsidRPr="00AB46C9">
        <w:rPr>
          <w:rFonts w:eastAsia="Times New Roman" w:cs="Arial"/>
          <w:sz w:val="22"/>
          <w:lang w:val="mn-MN"/>
        </w:rPr>
        <w:t>цахим хуудас</w:t>
      </w:r>
      <w:r w:rsidRPr="00AB46C9">
        <w:rPr>
          <w:rFonts w:eastAsia="Times New Roman" w:cs="Arial"/>
          <w:sz w:val="22"/>
          <w:lang w:val="mn-MN"/>
        </w:rPr>
        <w:t xml:space="preserve"> нь жинхэнэ мэт харагдаж болно. Жишээлбэл, rnicrosoft.com гэдэг хаяг нь “r” болон “n” үсгийг нийлүүлэн “m” үсэгтэй төстэй харагдуулж, жинхэнэ </w:t>
      </w:r>
      <w:r w:rsidR="00F12C81" w:rsidRPr="00AB46C9">
        <w:rPr>
          <w:rFonts w:eastAsia="Times New Roman" w:cs="Arial"/>
          <w:sz w:val="22"/>
          <w:lang w:val="mn-MN"/>
        </w:rPr>
        <w:t>цахим хуудас</w:t>
      </w:r>
      <w:r w:rsidRPr="00AB46C9">
        <w:rPr>
          <w:rFonts w:eastAsia="Times New Roman" w:cs="Arial"/>
          <w:sz w:val="22"/>
          <w:lang w:val="mn-MN"/>
        </w:rPr>
        <w:t>ыг дуурайхыг оролдож байна.</w:t>
      </w:r>
    </w:p>
    <w:p w14:paraId="69489B2D"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Юу хийх вэ?</w:t>
      </w:r>
    </w:p>
    <w:p w14:paraId="2175F041" w14:textId="77777777" w:rsidR="003A053A" w:rsidRPr="00AB46C9" w:rsidRDefault="003A053A">
      <w:pPr>
        <w:numPr>
          <w:ilvl w:val="0"/>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Хачирхалтай холбоос дээр бүү дар. </w:t>
      </w:r>
    </w:p>
    <w:p w14:paraId="448EBE76" w14:textId="77777777" w:rsidR="003A053A" w:rsidRPr="00AB46C9" w:rsidRDefault="003A053A">
      <w:pPr>
        <w:numPr>
          <w:ilvl w:val="0"/>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Спам мессежийг устгах эсвэл мэдээлэх</w:t>
      </w:r>
      <w:r w:rsidRPr="00AB46C9">
        <w:rPr>
          <w:rFonts w:eastAsia="Times New Roman" w:cs="Arial"/>
          <w:b/>
          <w:bCs/>
          <w:sz w:val="22"/>
          <w:lang w:val="mn-MN"/>
        </w:rPr>
        <w:t>.</w:t>
      </w:r>
      <w:r w:rsidRPr="00AB46C9">
        <w:rPr>
          <w:rFonts w:eastAsia="Times New Roman" w:cs="Arial"/>
          <w:sz w:val="22"/>
          <w:lang w:val="mn-MN"/>
        </w:rPr>
        <w:t xml:space="preserve"> </w:t>
      </w:r>
    </w:p>
    <w:p w14:paraId="332D8E55" w14:textId="53297473" w:rsidR="003A053A" w:rsidRPr="00AB46C9" w:rsidRDefault="003A053A">
      <w:pPr>
        <w:numPr>
          <w:ilvl w:val="0"/>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та </w:t>
      </w:r>
      <w:r w:rsidR="0046408A" w:rsidRPr="00AB46C9">
        <w:rPr>
          <w:rFonts w:eastAsia="Times New Roman" w:cs="Arial"/>
          <w:sz w:val="22"/>
          <w:lang w:val="mn-MN"/>
        </w:rPr>
        <w:t>залилан</w:t>
      </w:r>
      <w:r w:rsidRPr="00AB46C9">
        <w:rPr>
          <w:rFonts w:eastAsia="Times New Roman" w:cs="Arial"/>
          <w:sz w:val="22"/>
          <w:lang w:val="mn-MN"/>
        </w:rPr>
        <w:t xml:space="preserve">т өртсөн гэж бодож байвал: </w:t>
      </w:r>
    </w:p>
    <w:p w14:paraId="75BA2812" w14:textId="77777777" w:rsidR="003A053A" w:rsidRPr="00AB46C9" w:rsidRDefault="003A053A">
      <w:pPr>
        <w:numPr>
          <w:ilvl w:val="1"/>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Нууц үгээ солино. </w:t>
      </w:r>
    </w:p>
    <w:p w14:paraId="01A0288A" w14:textId="77777777" w:rsidR="003A053A" w:rsidRPr="00AB46C9" w:rsidRDefault="003A053A">
      <w:pPr>
        <w:numPr>
          <w:ilvl w:val="1"/>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Банктайгаа холбоо барина. </w:t>
      </w:r>
    </w:p>
    <w:p w14:paraId="783FDC1E" w14:textId="77777777" w:rsidR="003A053A" w:rsidRPr="00AB46C9" w:rsidRDefault="003A053A">
      <w:pPr>
        <w:numPr>
          <w:ilvl w:val="1"/>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Картаа түр хаана. </w:t>
      </w:r>
    </w:p>
    <w:p w14:paraId="19DB12DE" w14:textId="632E903D" w:rsidR="0046408A" w:rsidRPr="00AB46C9" w:rsidRDefault="003A053A" w:rsidP="00D24D5C">
      <w:pPr>
        <w:numPr>
          <w:ilvl w:val="1"/>
          <w:numId w:val="10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Итгэдэг хүмүүстээ мэдэгдэнэ.</w:t>
      </w:r>
    </w:p>
    <w:p w14:paraId="4872430A" w14:textId="1436EAD1" w:rsidR="00D24D5C" w:rsidRPr="00AB46C9" w:rsidRDefault="00D24D5C"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3</w:t>
      </w:r>
    </w:p>
    <w:p w14:paraId="78160B80" w14:textId="5B117BF7" w:rsidR="003A053A" w:rsidRPr="00AB46C9" w:rsidRDefault="0046408A"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Залиланг</w:t>
      </w:r>
      <w:r w:rsidR="003A053A" w:rsidRPr="00AB46C9">
        <w:rPr>
          <w:rFonts w:eastAsia="Times New Roman" w:cs="Arial"/>
          <w:b/>
          <w:bCs/>
          <w:sz w:val="22"/>
          <w:lang w:val="mn-MN"/>
        </w:rPr>
        <w:t xml:space="preserve"> олж таних</w:t>
      </w:r>
    </w:p>
    <w:p w14:paraId="7FBE53DB" w14:textId="5DF2F8F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r>
      <w:r w:rsidR="0046408A" w:rsidRPr="00AB46C9">
        <w:rPr>
          <w:rFonts w:eastAsia="Times New Roman" w:cs="Arial"/>
          <w:sz w:val="22"/>
          <w:lang w:val="mn-MN"/>
        </w:rPr>
        <w:t>Залилан</w:t>
      </w:r>
      <w:r w:rsidRPr="00AB46C9">
        <w:rPr>
          <w:rFonts w:eastAsia="Times New Roman" w:cs="Arial"/>
          <w:sz w:val="22"/>
          <w:lang w:val="mn-MN"/>
        </w:rPr>
        <w:t xml:space="preserve"> байж болзошгүй мессежийг таньж сурах.</w:t>
      </w:r>
    </w:p>
    <w:p w14:paraId="43A4062D" w14:textId="2D10E3F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r w:rsidRPr="00AB46C9">
        <w:rPr>
          <w:rFonts w:eastAsia="Times New Roman" w:cs="Arial"/>
          <w:sz w:val="22"/>
          <w:lang w:val="mn-MN"/>
        </w:rPr>
        <w:br/>
        <w:t xml:space="preserve">Доорх хоёр мессежийг уншаад тус бүр нь жинхэнэ эсвэл </w:t>
      </w:r>
      <w:r w:rsidR="0046408A" w:rsidRPr="00AB46C9">
        <w:rPr>
          <w:rFonts w:eastAsia="Times New Roman" w:cs="Arial"/>
          <w:sz w:val="22"/>
          <w:lang w:val="mn-MN"/>
        </w:rPr>
        <w:t>залилан</w:t>
      </w:r>
      <w:r w:rsidRPr="00AB46C9">
        <w:rPr>
          <w:rFonts w:eastAsia="Times New Roman" w:cs="Arial"/>
          <w:sz w:val="22"/>
          <w:lang w:val="mn-MN"/>
        </w:rPr>
        <w:t xml:space="preserve"> эсэхийг шийдээрэй.</w:t>
      </w:r>
    </w:p>
    <w:p w14:paraId="068DB6E8" w14:textId="319865D6"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жинхэнэ гэж бодож байвал </w:t>
      </w:r>
      <w:r w:rsidRPr="00AB46C9">
        <w:rPr>
          <w:rFonts w:eastAsia="Times New Roman" w:cs="Arial"/>
          <w:b/>
          <w:bCs/>
          <w:sz w:val="22"/>
          <w:lang w:val="mn-MN"/>
        </w:rPr>
        <w:t>“</w:t>
      </w:r>
      <w:r w:rsidRPr="00AB46C9">
        <w:rPr>
          <w:rFonts w:eastAsia="Times New Roman" w:cs="Arial"/>
          <w:sz w:val="22"/>
          <w:lang w:val="mn-MN"/>
        </w:rPr>
        <w:t xml:space="preserve">Тийм”, </w:t>
      </w:r>
      <w:r w:rsidR="0046408A" w:rsidRPr="00AB46C9">
        <w:rPr>
          <w:rFonts w:eastAsia="Times New Roman" w:cs="Arial"/>
          <w:sz w:val="22"/>
          <w:lang w:val="mn-MN"/>
        </w:rPr>
        <w:t>залилан</w:t>
      </w:r>
      <w:r w:rsidRPr="00AB46C9">
        <w:rPr>
          <w:rFonts w:eastAsia="Times New Roman" w:cs="Arial"/>
          <w:sz w:val="22"/>
          <w:lang w:val="mn-MN"/>
        </w:rPr>
        <w:t xml:space="preserve"> гэж бодож байвал “Үгүй” гэсэн хэсгийг сонгоно уу.</w:t>
      </w:r>
    </w:p>
    <w:p w14:paraId="05AE8B7F"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Асуулт:</w:t>
      </w:r>
    </w:p>
    <w:p w14:paraId="142A36D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a.</w:t>
      </w:r>
      <w:r w:rsidRPr="00AB46C9">
        <w:rPr>
          <w:rFonts w:eastAsia="Times New Roman" w:cs="Arial"/>
          <w:sz w:val="22"/>
          <w:lang w:val="mn-MN"/>
        </w:rPr>
        <w:t xml:space="preserve"> “Та 1,000 ам.доллар хожлоо! Энд дарна уу!”</w:t>
      </w:r>
    </w:p>
    <w:p w14:paraId="3287B12D"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1AA4CC9D"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b.</w:t>
      </w:r>
      <w:r w:rsidRPr="00AB46C9">
        <w:rPr>
          <w:rFonts w:eastAsia="Times New Roman" w:cs="Arial"/>
          <w:sz w:val="22"/>
          <w:lang w:val="mn-MN"/>
        </w:rPr>
        <w:t xml:space="preserve"> “Банкны мэдэгдэл: Таны данс түгжигдсэн байна. Яг одоо нэвтэрнэ үү.”</w:t>
      </w:r>
    </w:p>
    <w:p w14:paraId="3F4A5E8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780C4D35" w14:textId="66964188" w:rsidR="0046408A" w:rsidRPr="00AB46C9" w:rsidRDefault="003A053A"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ийм мессеж хүлээн авбал юу хийх вэ?</w:t>
      </w:r>
    </w:p>
    <w:p w14:paraId="0C65C404" w14:textId="177ED70A" w:rsidR="00D24D5C" w:rsidRPr="00AB46C9" w:rsidRDefault="003A053A"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Нууцлалын тохиргоогоо хийх</w:t>
      </w:r>
    </w:p>
    <w:p w14:paraId="3EB58C39" w14:textId="1EF2E5F3" w:rsidR="00D24D5C" w:rsidRPr="00AB46C9" w:rsidRDefault="00D24D5C" w:rsidP="00D24D5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Сошиал медиагийн тохиргоо нь таны нийтлэл, зураг болон профайлыг хэн харахыг хянах боломж олгодог. Үүнийг гэрт тань хэн орж болохыг сонгохтой адилтгаж болно. Ихэнх аппликэйшн таны нийтлэлийг хэн харах, тантай хэн холбоо барих тохиргоог сонгох боломж олгодог. </w:t>
      </w:r>
    </w:p>
    <w:p w14:paraId="5F7E376B" w14:textId="371D77DD" w:rsidR="003A053A" w:rsidRPr="00AB46C9" w:rsidRDefault="003A053A" w:rsidP="00D24D5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Нууцлалыг хамгаалах сайн дадал</w:t>
      </w:r>
    </w:p>
    <w:p w14:paraId="7B3D57F5"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Найз эсвэл дагагчдынхаа жагсаалтыг шалгах </w:t>
      </w:r>
    </w:p>
    <w:p w14:paraId="7B645606"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Нийтлэлээ “Зөвхөн найзууд” гэж тохируулах </w:t>
      </w:r>
    </w:p>
    <w:p w14:paraId="5345267B"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Зураг дээр таныг хэн тэмдэглэж болохыг хязгаарлах </w:t>
      </w:r>
    </w:p>
    <w:p w14:paraId="1EE211BB"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Ашиглахаа больсон аппликэйшнүүдийн хандалтыг цуцлах </w:t>
      </w:r>
    </w:p>
    <w:p w14:paraId="61CEECA0"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2FA (Хоёр шатлалт баталгаажуулалт)-ыг идэвхжүүлэх </w:t>
      </w:r>
    </w:p>
    <w:p w14:paraId="5A58B115" w14:textId="77777777" w:rsidR="003A053A" w:rsidRPr="00AB46C9" w:rsidRDefault="003A053A">
      <w:pPr>
        <w:numPr>
          <w:ilvl w:val="0"/>
          <w:numId w:val="10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Аппликэйшний зөвшөөрлүүдийг тогтмол шалгах </w:t>
      </w:r>
    </w:p>
    <w:p w14:paraId="178E4F3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Нууцлалын тохиргоог гэрийнхээ эргэн тойронд хашаа барьсантай адил гэж бодоорой. Энэ нь танихгүй хүмүүсийг нэвтрүүлэхгүй, харин найз нөхдөө оруулах боломжтой.</w:t>
      </w:r>
    </w:p>
    <w:p w14:paraId="4F5CAB68" w14:textId="2D5CFA57" w:rsidR="0046408A" w:rsidRPr="00AB46C9" w:rsidRDefault="003A053A" w:rsidP="002769BF">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тохиргоогоо өөрчлөхдөө эргэлзэж байвал итгэдэг гэр бүлийн гишүүн, найз эсвэл олон нийтийн дижитал сайн дурын ажилтнаас тусламж хүсээрэй. </w:t>
      </w:r>
    </w:p>
    <w:p w14:paraId="50B4414B" w14:textId="77C4AE39" w:rsidR="002769BF" w:rsidRPr="00AB46C9" w:rsidRDefault="002769BF" w:rsidP="002769BF">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Дасгал 4</w:t>
      </w:r>
    </w:p>
    <w:p w14:paraId="1C842552" w14:textId="5C876180" w:rsidR="003A053A" w:rsidRPr="00AB46C9" w:rsidRDefault="003A053A" w:rsidP="002769BF">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Нууцлалын тохиргоогоо өөрчилье</w:t>
      </w:r>
    </w:p>
    <w:p w14:paraId="3B31C5A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Facebook-ийн нууцлал болон аюулгүй байдлын тохиргоог шалгаж, өөрчлөх.</w:t>
      </w:r>
    </w:p>
    <w:p w14:paraId="7F79796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72426D5B" w14:textId="57D3FDCB"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Facebook-ээ нээгээд:</w:t>
      </w:r>
      <w:r w:rsidR="002769BF" w:rsidRPr="00AB46C9">
        <w:rPr>
          <w:rFonts w:eastAsia="Times New Roman" w:cs="Arial"/>
          <w:sz w:val="22"/>
          <w:lang w:val="mn-MN"/>
        </w:rPr>
        <w:t xml:space="preserve"> </w:t>
      </w:r>
      <w:r w:rsidRPr="00AB46C9">
        <w:rPr>
          <w:rFonts w:eastAsia="Times New Roman" w:cs="Arial"/>
          <w:sz w:val="22"/>
          <w:lang w:val="mn-MN"/>
        </w:rPr>
        <w:t>Settings → Privacy</w:t>
      </w:r>
      <w:r w:rsidR="002769BF" w:rsidRPr="00AB46C9">
        <w:rPr>
          <w:rFonts w:eastAsia="Times New Roman" w:cs="Arial"/>
          <w:sz w:val="22"/>
          <w:lang w:val="mn-MN"/>
        </w:rPr>
        <w:t xml:space="preserve"> </w:t>
      </w:r>
      <w:r w:rsidRPr="00AB46C9">
        <w:rPr>
          <w:rFonts w:eastAsia="Times New Roman" w:cs="Arial"/>
          <w:sz w:val="22"/>
          <w:lang w:val="mn-MN"/>
        </w:rPr>
        <w:t>(Тохиргоо → Нууцлал) хэсэгт орно уу.</w:t>
      </w:r>
      <w:r w:rsidR="002769BF" w:rsidRPr="00AB46C9">
        <w:rPr>
          <w:rFonts w:eastAsia="Times New Roman" w:cs="Arial"/>
          <w:sz w:val="22"/>
          <w:lang w:val="mn-MN"/>
        </w:rPr>
        <w:t xml:space="preserve"> А</w:t>
      </w:r>
      <w:r w:rsidRPr="00AB46C9">
        <w:rPr>
          <w:rFonts w:eastAsia="Times New Roman" w:cs="Arial"/>
          <w:sz w:val="22"/>
          <w:lang w:val="mn-MN"/>
        </w:rPr>
        <w:t>суултуудад “Тийм” эсвэл “Үгүй” гэсэн нүдийг тэмдэглэн хариулна уу.</w:t>
      </w:r>
    </w:p>
    <w:p w14:paraId="796A294D"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Асуулт:</w:t>
      </w:r>
    </w:p>
    <w:p w14:paraId="78BF68E1"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Таны нийтлэлийг хэн ч харах боломжтой юу?</w:t>
      </w:r>
    </w:p>
    <w:p w14:paraId="62276DF5"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1DB2315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хоёр шатлалт баталгаажуулалт (2FA)-ыг идэвхжүүлсэн үү?</w:t>
      </w:r>
    </w:p>
    <w:p w14:paraId="164BE11C" w14:textId="10880D98" w:rsidR="0046408A" w:rsidRPr="00AB46C9" w:rsidRDefault="003A053A" w:rsidP="002A4F26">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5BEB5E74" w14:textId="77777777" w:rsidR="0046408A" w:rsidRPr="00AB46C9" w:rsidRDefault="0046408A" w:rsidP="00EB51EE">
      <w:pPr>
        <w:spacing w:after="0" w:line="240" w:lineRule="auto"/>
        <w:rPr>
          <w:rFonts w:eastAsia="Times New Roman" w:cs="Arial"/>
          <w:b/>
          <w:bCs/>
          <w:sz w:val="22"/>
          <w:lang w:val="mn-MN"/>
        </w:rPr>
      </w:pPr>
    </w:p>
    <w:p w14:paraId="0B7280F2" w14:textId="5473677F" w:rsidR="003A053A" w:rsidRPr="00AB46C9" w:rsidRDefault="003A053A" w:rsidP="00EB51EE">
      <w:pPr>
        <w:spacing w:after="0" w:line="240" w:lineRule="auto"/>
        <w:rPr>
          <w:rFonts w:eastAsia="Times New Roman" w:cs="Arial"/>
          <w:sz w:val="22"/>
          <w:lang w:val="mn-MN"/>
        </w:rPr>
      </w:pPr>
      <w:r w:rsidRPr="00AB46C9">
        <w:rPr>
          <w:rFonts w:eastAsia="Times New Roman" w:cs="Arial"/>
          <w:b/>
          <w:bCs/>
          <w:sz w:val="22"/>
          <w:lang w:val="mn-MN"/>
        </w:rPr>
        <w:t xml:space="preserve">5. </w:t>
      </w:r>
      <w:r w:rsidR="00EB51EE" w:rsidRPr="00AB46C9">
        <w:rPr>
          <w:rFonts w:eastAsia="Times New Roman" w:cs="Arial"/>
          <w:b/>
          <w:bCs/>
          <w:sz w:val="22"/>
          <w:lang w:val="mn-MN"/>
        </w:rPr>
        <w:t xml:space="preserve">Цахим </w:t>
      </w:r>
      <w:r w:rsidRPr="00AB46C9">
        <w:rPr>
          <w:rFonts w:eastAsia="Times New Roman" w:cs="Arial"/>
          <w:b/>
          <w:bCs/>
          <w:sz w:val="22"/>
          <w:lang w:val="mn-MN"/>
        </w:rPr>
        <w:t>худалдаа, банкны үйлчилгээг аюулгүй ашиглах</w:t>
      </w:r>
    </w:p>
    <w:p w14:paraId="0EF8236B" w14:textId="77777777" w:rsidR="00EB51EE" w:rsidRPr="00AB46C9" w:rsidRDefault="00EB51EE" w:rsidP="00EB51E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w:t>
      </w:r>
      <w:r w:rsidR="003A053A" w:rsidRPr="00AB46C9">
        <w:rPr>
          <w:rFonts w:eastAsia="Times New Roman" w:cs="Arial"/>
          <w:sz w:val="22"/>
          <w:lang w:val="mn-MN"/>
        </w:rPr>
        <w:t xml:space="preserve"> худалдаа хийх нь хялбар, сонирхолтой боловч ухаалгаар, болгоомжтой хийх хэрэгтэй.</w:t>
      </w:r>
    </w:p>
    <w:p w14:paraId="458BC4C7" w14:textId="4AA0611F" w:rsidR="003A053A" w:rsidRPr="00AB46C9" w:rsidRDefault="00EB51EE" w:rsidP="00EB51E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Цахим</w:t>
      </w:r>
      <w:r w:rsidR="003A053A" w:rsidRPr="00AB46C9">
        <w:rPr>
          <w:rFonts w:eastAsia="Times New Roman" w:cs="Arial"/>
          <w:b/>
          <w:bCs/>
          <w:sz w:val="22"/>
          <w:lang w:val="mn-MN"/>
        </w:rPr>
        <w:t xml:space="preserve"> худалдааны платформын жишээ</w:t>
      </w:r>
    </w:p>
    <w:p w14:paraId="5ED8DC86" w14:textId="4C8FC4E6" w:rsidR="00EB51EE" w:rsidRPr="00AB46C9" w:rsidRDefault="00EB51EE" w:rsidP="00EB51E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Эдгээр платформууд</w:t>
      </w:r>
      <w:r w:rsidR="003A053A" w:rsidRPr="00AB46C9">
        <w:rPr>
          <w:rFonts w:eastAsia="Times New Roman" w:cs="Arial"/>
          <w:sz w:val="22"/>
          <w:lang w:val="mn-MN"/>
        </w:rPr>
        <w:t xml:space="preserve"> нь </w:t>
      </w:r>
      <w:r w:rsidRPr="00AB46C9">
        <w:rPr>
          <w:rFonts w:eastAsia="Times New Roman" w:cs="Arial"/>
          <w:sz w:val="22"/>
          <w:lang w:val="mn-MN"/>
        </w:rPr>
        <w:t xml:space="preserve">сайн танигдсан, </w:t>
      </w:r>
      <w:r w:rsidR="003A053A" w:rsidRPr="00AB46C9">
        <w:rPr>
          <w:rFonts w:eastAsia="Times New Roman" w:cs="Arial"/>
          <w:sz w:val="22"/>
          <w:lang w:val="mn-MN"/>
        </w:rPr>
        <w:t>захиалга болон төлбөр</w:t>
      </w:r>
      <w:r w:rsidRPr="00AB46C9">
        <w:rPr>
          <w:rFonts w:eastAsia="Times New Roman" w:cs="Arial"/>
          <w:sz w:val="22"/>
          <w:lang w:val="mn-MN"/>
        </w:rPr>
        <w:t xml:space="preserve">ийн </w:t>
      </w:r>
      <w:r w:rsidR="003A053A" w:rsidRPr="00AB46C9">
        <w:rPr>
          <w:rFonts w:eastAsia="Times New Roman" w:cs="Arial"/>
          <w:sz w:val="22"/>
          <w:lang w:val="mn-MN"/>
        </w:rPr>
        <w:t>аюулгүй байд</w:t>
      </w:r>
      <w:r w:rsidRPr="00AB46C9">
        <w:rPr>
          <w:rFonts w:eastAsia="Times New Roman" w:cs="Arial"/>
          <w:sz w:val="22"/>
          <w:lang w:val="mn-MN"/>
        </w:rPr>
        <w:t>а</w:t>
      </w:r>
      <w:r w:rsidR="003A053A" w:rsidRPr="00AB46C9">
        <w:rPr>
          <w:rFonts w:eastAsia="Times New Roman" w:cs="Arial"/>
          <w:sz w:val="22"/>
          <w:lang w:val="mn-MN"/>
        </w:rPr>
        <w:t>л</w:t>
      </w:r>
      <w:r w:rsidRPr="00AB46C9">
        <w:rPr>
          <w:rFonts w:eastAsia="Times New Roman" w:cs="Arial"/>
          <w:sz w:val="22"/>
          <w:lang w:val="mn-MN"/>
        </w:rPr>
        <w:t xml:space="preserve"> хангагдсан. </w:t>
      </w:r>
    </w:p>
    <w:p w14:paraId="39D91F34" w14:textId="3542D5D6" w:rsidR="003A053A" w:rsidRPr="00AB46C9" w:rsidRDefault="00EB51EE">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Amazon </w:t>
      </w:r>
      <w:r w:rsidRPr="00AB46C9">
        <w:rPr>
          <w:rFonts w:eastAsia="Times New Roman" w:cs="Arial"/>
          <w:sz w:val="22"/>
          <w:lang w:val="mn-MN"/>
        </w:rPr>
        <w:t xml:space="preserve">- </w:t>
      </w:r>
      <w:r w:rsidR="003A053A" w:rsidRPr="00AB46C9">
        <w:rPr>
          <w:rFonts w:eastAsia="Times New Roman" w:cs="Arial"/>
          <w:sz w:val="22"/>
          <w:lang w:val="mn-MN"/>
        </w:rPr>
        <w:t xml:space="preserve"> </w:t>
      </w:r>
      <w:r w:rsidRPr="00AB46C9">
        <w:rPr>
          <w:rFonts w:eastAsia="Times New Roman" w:cs="Arial"/>
          <w:sz w:val="22"/>
          <w:lang w:val="mn-MN"/>
        </w:rPr>
        <w:t>дэлхий даяар, ялангуяа ном болон электрон бараанд түгээмэл</w:t>
      </w:r>
    </w:p>
    <w:p w14:paraId="1C4B422A" w14:textId="77777777" w:rsidR="00EB51EE" w:rsidRPr="00AB46C9" w:rsidRDefault="00EB51EE">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AliExpress</w:t>
      </w:r>
      <w:r w:rsidRPr="00AB46C9">
        <w:rPr>
          <w:rFonts w:eastAsia="Times New Roman" w:cs="Arial"/>
          <w:sz w:val="22"/>
          <w:lang w:val="mn-MN"/>
        </w:rPr>
        <w:t xml:space="preserve"> – дэлхий даяар</w:t>
      </w:r>
    </w:p>
    <w:p w14:paraId="598ECE54" w14:textId="77777777" w:rsidR="003A053A" w:rsidRPr="00AB46C9" w:rsidRDefault="003A053A">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Shopee</w:t>
      </w:r>
      <w:r w:rsidRPr="00AB46C9">
        <w:rPr>
          <w:rFonts w:eastAsia="Times New Roman" w:cs="Arial"/>
          <w:sz w:val="22"/>
          <w:lang w:val="mn-MN"/>
        </w:rPr>
        <w:t xml:space="preserve"> – Зүүн Өмнөд Ази </w:t>
      </w:r>
    </w:p>
    <w:p w14:paraId="568E4E72" w14:textId="77777777" w:rsidR="003A053A" w:rsidRPr="00AB46C9" w:rsidRDefault="003A053A">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Lazada</w:t>
      </w:r>
      <w:r w:rsidRPr="00AB46C9">
        <w:rPr>
          <w:rFonts w:eastAsia="Times New Roman" w:cs="Arial"/>
          <w:sz w:val="22"/>
          <w:lang w:val="mn-MN"/>
        </w:rPr>
        <w:t xml:space="preserve"> – Зүүн Өмнөд Ази </w:t>
      </w:r>
    </w:p>
    <w:p w14:paraId="2C6454C4" w14:textId="77777777" w:rsidR="003A053A" w:rsidRPr="00AB46C9" w:rsidRDefault="003A053A">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Flipkart</w:t>
      </w:r>
      <w:r w:rsidRPr="00AB46C9">
        <w:rPr>
          <w:rFonts w:eastAsia="Times New Roman" w:cs="Arial"/>
          <w:sz w:val="22"/>
          <w:lang w:val="mn-MN"/>
        </w:rPr>
        <w:t xml:space="preserve"> – Энэтхэг </w:t>
      </w:r>
    </w:p>
    <w:p w14:paraId="01161C9F" w14:textId="77777777" w:rsidR="00EB51EE" w:rsidRPr="00AB46C9" w:rsidRDefault="003A053A">
      <w:pPr>
        <w:numPr>
          <w:ilvl w:val="0"/>
          <w:numId w:val="107"/>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Coupang</w:t>
      </w:r>
      <w:r w:rsidRPr="00AB46C9">
        <w:rPr>
          <w:rFonts w:eastAsia="Times New Roman" w:cs="Arial"/>
          <w:sz w:val="22"/>
          <w:lang w:val="mn-MN"/>
        </w:rPr>
        <w:t xml:space="preserve"> – Бүгд Найрамдах Солонгос Улс</w:t>
      </w:r>
    </w:p>
    <w:p w14:paraId="052B1FF6" w14:textId="1A43992E" w:rsidR="0046408A" w:rsidRPr="00AB46C9" w:rsidRDefault="0046408A" w:rsidP="00EB51EE">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Зөвлөмж</w:t>
      </w:r>
    </w:p>
    <w:p w14:paraId="00D0874F" w14:textId="6F9368DF" w:rsidR="00EB51EE" w:rsidRPr="00AB46C9" w:rsidRDefault="00EB51EE" w:rsidP="00EB51EE">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App Store эсвэл Play Store-оос баталгаажсан аппликэйшн ашиглаж, худалдан авалт хийхээсээ өмнө хэрэглэгчдийн сэтгэгдлийг уншаарай.</w:t>
      </w:r>
    </w:p>
    <w:p w14:paraId="531E8947" w14:textId="5AE3A4C2" w:rsidR="003A053A" w:rsidRPr="00AB46C9" w:rsidRDefault="003A053A" w:rsidP="00EB51EE">
      <w:pPr>
        <w:spacing w:before="100" w:beforeAutospacing="1" w:after="100" w:afterAutospacing="1" w:line="240" w:lineRule="auto"/>
        <w:ind w:left="360"/>
        <w:rPr>
          <w:rFonts w:eastAsia="Times New Roman" w:cs="Arial"/>
          <w:sz w:val="22"/>
          <w:lang w:val="mn-MN"/>
        </w:rPr>
      </w:pPr>
      <w:r w:rsidRPr="00AB46C9">
        <w:rPr>
          <w:rFonts w:eastAsia="Times New Roman" w:cs="Arial"/>
          <w:sz w:val="22"/>
          <w:lang w:val="mn-MN"/>
        </w:rPr>
        <w:t>Аюулгүй худалдаа хийх зөвлөмж</w:t>
      </w:r>
    </w:p>
    <w:p w14:paraId="558537D7" w14:textId="67DE4A94"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Зөвхөн итгэмжлэгдсэн </w:t>
      </w:r>
      <w:r w:rsidR="00F12C81" w:rsidRPr="00AB46C9">
        <w:rPr>
          <w:rFonts w:eastAsia="Times New Roman" w:cs="Arial"/>
          <w:sz w:val="22"/>
          <w:lang w:val="mn-MN"/>
        </w:rPr>
        <w:t>цахим хуудас</w:t>
      </w:r>
      <w:r w:rsidRPr="00AB46C9">
        <w:rPr>
          <w:rFonts w:eastAsia="Times New Roman" w:cs="Arial"/>
          <w:sz w:val="22"/>
          <w:lang w:val="mn-MN"/>
        </w:rPr>
        <w:t xml:space="preserve">аас худалдан авалт хийх </w:t>
      </w:r>
    </w:p>
    <w:p w14:paraId="72BC2525" w14:textId="77777777"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“https://” болон </w:t>
      </w:r>
      <w:r w:rsidRPr="00AB46C9">
        <w:rPr>
          <w:rFonts w:ascii="Segoe UI Emoji" w:eastAsia="Times New Roman" w:hAnsi="Segoe UI Emoji" w:cs="Segoe UI Emoji"/>
          <w:sz w:val="22"/>
          <w:lang w:val="mn-MN"/>
        </w:rPr>
        <w:t>🔒</w:t>
      </w:r>
      <w:r w:rsidRPr="00AB46C9">
        <w:rPr>
          <w:rFonts w:eastAsia="Times New Roman" w:cs="Arial"/>
          <w:sz w:val="22"/>
          <w:lang w:val="mn-MN"/>
        </w:rPr>
        <w:t xml:space="preserve"> түгжээний дүрсийг хайх </w:t>
      </w:r>
    </w:p>
    <w:p w14:paraId="36E9E7D1" w14:textId="77777777"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Төлбөр хийхдээ нийтийн Wi-Fi бүү ашигла </w:t>
      </w:r>
    </w:p>
    <w:p w14:paraId="466EFBA4" w14:textId="77777777"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PayPal эсвэл тусдаа банкны карт ашиглах </w:t>
      </w:r>
    </w:p>
    <w:p w14:paraId="2AB89DB1" w14:textId="77777777"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Худалдан авалтаа дуусгасны дараа заавал гарч хэвших </w:t>
      </w:r>
    </w:p>
    <w:p w14:paraId="47A7C979" w14:textId="61F3FDD5" w:rsidR="003A053A" w:rsidRPr="00AB46C9" w:rsidRDefault="003A053A">
      <w:pPr>
        <w:numPr>
          <w:ilvl w:val="0"/>
          <w:numId w:val="10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Банкны болон картын мэдээллээ SMS, чат аппликэйшн эсвэл цахим шуудангаар хэзээ ч бүү илгээ.</w:t>
      </w:r>
    </w:p>
    <w:p w14:paraId="76AEA1DC" w14:textId="77777777" w:rsidR="0046408A" w:rsidRPr="00AB46C9" w:rsidRDefault="0046408A" w:rsidP="003A053A">
      <w:pPr>
        <w:spacing w:before="100" w:beforeAutospacing="1" w:after="100" w:afterAutospacing="1" w:line="240" w:lineRule="auto"/>
        <w:rPr>
          <w:rFonts w:eastAsia="Times New Roman" w:cs="Arial"/>
          <w:b/>
          <w:bCs/>
          <w:sz w:val="22"/>
          <w:lang w:val="mn-MN"/>
        </w:rPr>
      </w:pPr>
    </w:p>
    <w:p w14:paraId="09461619" w14:textId="77777777" w:rsidR="0046408A" w:rsidRPr="00AB46C9" w:rsidRDefault="0046408A" w:rsidP="003A053A">
      <w:pPr>
        <w:spacing w:before="100" w:beforeAutospacing="1" w:after="100" w:afterAutospacing="1" w:line="240" w:lineRule="auto"/>
        <w:rPr>
          <w:rFonts w:eastAsia="Times New Roman" w:cs="Arial"/>
          <w:b/>
          <w:bCs/>
          <w:sz w:val="22"/>
          <w:lang w:val="mn-MN"/>
        </w:rPr>
      </w:pPr>
    </w:p>
    <w:p w14:paraId="0AE90153" w14:textId="248479EC" w:rsidR="003A053A" w:rsidRPr="00AB46C9" w:rsidRDefault="003A053A"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Дасгал 5</w:t>
      </w:r>
    </w:p>
    <w:p w14:paraId="04824857" w14:textId="708DA322" w:rsidR="00EB51EE" w:rsidRPr="00AB46C9" w:rsidRDefault="00EB51EE"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Энэ сайт аюулгүй юу?</w:t>
      </w:r>
    </w:p>
    <w:p w14:paraId="27E482E1" w14:textId="09F40E78"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 xml:space="preserve"> </w:t>
      </w:r>
      <w:r w:rsidR="0046408A" w:rsidRPr="00AB46C9">
        <w:rPr>
          <w:rFonts w:eastAsia="Times New Roman" w:cs="Arial"/>
          <w:sz w:val="22"/>
          <w:lang w:val="mn-MN"/>
        </w:rPr>
        <w:t>Х</w:t>
      </w:r>
      <w:r w:rsidRPr="00AB46C9">
        <w:rPr>
          <w:rFonts w:eastAsia="Times New Roman" w:cs="Arial"/>
          <w:sz w:val="22"/>
          <w:lang w:val="mn-MN"/>
        </w:rPr>
        <w:t>удалда</w:t>
      </w:r>
      <w:r w:rsidR="0046408A" w:rsidRPr="00AB46C9">
        <w:rPr>
          <w:rFonts w:eastAsia="Times New Roman" w:cs="Arial"/>
          <w:sz w:val="22"/>
          <w:lang w:val="mn-MN"/>
        </w:rPr>
        <w:t xml:space="preserve">н авалт </w:t>
      </w:r>
      <w:r w:rsidRPr="00AB46C9">
        <w:rPr>
          <w:rFonts w:eastAsia="Times New Roman" w:cs="Arial"/>
          <w:sz w:val="22"/>
          <w:lang w:val="mn-MN"/>
        </w:rPr>
        <w:t xml:space="preserve">хийхэд </w:t>
      </w:r>
      <w:r w:rsidR="00F12C81" w:rsidRPr="00AB46C9">
        <w:rPr>
          <w:rFonts w:eastAsia="Times New Roman" w:cs="Arial"/>
          <w:sz w:val="22"/>
          <w:lang w:val="mn-MN"/>
        </w:rPr>
        <w:t>цахим хуудас</w:t>
      </w:r>
      <w:r w:rsidRPr="00AB46C9">
        <w:rPr>
          <w:rFonts w:eastAsia="Times New Roman" w:cs="Arial"/>
          <w:sz w:val="22"/>
          <w:lang w:val="mn-MN"/>
        </w:rPr>
        <w:t xml:space="preserve"> аюулгүй эсэхийг хэрхэн шалгахыг сурах.</w:t>
      </w:r>
    </w:p>
    <w:p w14:paraId="047DAE49"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6493D101" w14:textId="3874296B"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Хөтчөө нээгээд онлайн худалдааны </w:t>
      </w:r>
      <w:r w:rsidR="00F12C81" w:rsidRPr="00AB46C9">
        <w:rPr>
          <w:rFonts w:eastAsia="Times New Roman" w:cs="Arial"/>
          <w:sz w:val="22"/>
          <w:lang w:val="mn-MN"/>
        </w:rPr>
        <w:t>цахим хуудас</w:t>
      </w:r>
      <w:r w:rsidRPr="00AB46C9">
        <w:rPr>
          <w:rFonts w:eastAsia="Times New Roman" w:cs="Arial"/>
          <w:sz w:val="22"/>
          <w:lang w:val="mn-MN"/>
        </w:rPr>
        <w:t xml:space="preserve"> хайна уу. Дараа нь доорх асуултуудад “Тийм” эсвэл “Үгүй” гэж хариулна уу.</w:t>
      </w:r>
    </w:p>
    <w:p w14:paraId="651B5635"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Асуулт:</w:t>
      </w:r>
    </w:p>
    <w:p w14:paraId="64C71D3F" w14:textId="0FC91B7B" w:rsidR="003A053A" w:rsidRPr="00AB46C9" w:rsidRDefault="00F12C81"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Цахим хуудас</w:t>
      </w:r>
      <w:r w:rsidR="00EE3075" w:rsidRPr="00AB46C9">
        <w:rPr>
          <w:rFonts w:eastAsia="Times New Roman" w:cs="Arial"/>
          <w:b/>
          <w:bCs/>
          <w:sz w:val="22"/>
          <w:lang w:val="mn-MN"/>
        </w:rPr>
        <w:t>ны</w:t>
      </w:r>
      <w:r w:rsidR="003A053A" w:rsidRPr="00AB46C9">
        <w:rPr>
          <w:rFonts w:eastAsia="Times New Roman" w:cs="Arial"/>
          <w:b/>
          <w:bCs/>
          <w:sz w:val="22"/>
          <w:lang w:val="mn-MN"/>
        </w:rPr>
        <w:t xml:space="preserve"> хаяг https:// гэж эхэлж байна уу?</w:t>
      </w:r>
    </w:p>
    <w:p w14:paraId="45B9EC9A"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08B6AD4F"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Түгжээний дүрс </w:t>
      </w:r>
      <w:r w:rsidRPr="00AB46C9">
        <w:rPr>
          <w:rFonts w:ascii="Segoe UI Emoji" w:eastAsia="Times New Roman" w:hAnsi="Segoe UI Emoji" w:cs="Segoe UI Emoji"/>
          <w:b/>
          <w:bCs/>
          <w:sz w:val="22"/>
          <w:lang w:val="mn-MN"/>
        </w:rPr>
        <w:t>🔒</w:t>
      </w:r>
      <w:r w:rsidRPr="00AB46C9">
        <w:rPr>
          <w:rFonts w:eastAsia="Times New Roman" w:cs="Arial"/>
          <w:b/>
          <w:bCs/>
          <w:sz w:val="22"/>
          <w:lang w:val="mn-MN"/>
        </w:rPr>
        <w:t xml:space="preserve"> байна уу?</w:t>
      </w:r>
    </w:p>
    <w:p w14:paraId="63236F9C"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617DB18D"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тухайн брэндийн нэрийг таньж байна уу?</w:t>
      </w:r>
    </w:p>
    <w:p w14:paraId="2E114E0F"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68EC5523" w14:textId="77777777" w:rsidR="003A053A" w:rsidRPr="00AB46C9" w:rsidRDefault="003A053A" w:rsidP="003A053A">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Аппликэйшн/платформ нь хэрэглэгчдийн сэтгэгдэл болон таны хэл дээрх хэрэглэгчийн үйлчилгээний сонголттой юу?</w:t>
      </w:r>
    </w:p>
    <w:p w14:paraId="4D8B08B0"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w:t>
      </w:r>
      <w:r w:rsidRPr="00AB46C9">
        <w:rPr>
          <w:rFonts w:eastAsia="Times New Roman" w:cs="Arial"/>
          <w:sz w:val="22"/>
          <w:lang w:val="mn-MN"/>
        </w:rPr>
        <w:t> </w:t>
      </w:r>
      <w:r w:rsidRPr="00AB46C9">
        <w:rPr>
          <w:rFonts w:eastAsia="Times New Roman" w:cs="Arial"/>
          <w:sz w:val="22"/>
          <w:lang w:val="mn-MN"/>
        </w:rPr>
        <w:t>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 </w:t>
      </w:r>
    </w:p>
    <w:p w14:paraId="6EE52A47" w14:textId="3D78A4A4" w:rsidR="00EE3075" w:rsidRPr="00AB46C9" w:rsidRDefault="00EE3075" w:rsidP="003A053A">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Анхаар</w:t>
      </w:r>
    </w:p>
    <w:p w14:paraId="748E1E45" w14:textId="4595ED58" w:rsidR="00EE3075" w:rsidRPr="00AB46C9" w:rsidRDefault="00EE3075" w:rsidP="002A4F26">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аль нэг асуултад “Үгүй” гэж хариулсан бол тухайн сайтаас худалдан авалт бүү хийгээрэй.</w:t>
      </w:r>
    </w:p>
    <w:p w14:paraId="5F1C5455" w14:textId="5E74B3C4" w:rsidR="003A053A" w:rsidRPr="00AB46C9" w:rsidRDefault="003A053A" w:rsidP="003A053A">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 xml:space="preserve">6. Төлбөр </w:t>
      </w:r>
      <w:r w:rsidR="00F30EA3" w:rsidRPr="00AB46C9">
        <w:rPr>
          <w:rFonts w:eastAsia="Times New Roman" w:cs="Arial"/>
          <w:b/>
          <w:bCs/>
          <w:sz w:val="22"/>
          <w:lang w:val="mn-MN"/>
        </w:rPr>
        <w:t xml:space="preserve">хийх </w:t>
      </w:r>
      <w:r w:rsidR="00276A9C" w:rsidRPr="00AB46C9">
        <w:rPr>
          <w:rFonts w:eastAsia="Times New Roman" w:cs="Arial"/>
          <w:b/>
          <w:bCs/>
          <w:sz w:val="22"/>
          <w:lang w:val="mn-MN"/>
        </w:rPr>
        <w:t xml:space="preserve">гарц </w:t>
      </w:r>
    </w:p>
    <w:p w14:paraId="75B96359" w14:textId="77777777" w:rsidR="00276A9C" w:rsidRPr="00AB46C9" w:rsidRDefault="00276A9C" w:rsidP="00276A9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Төлбөрийн гарц (payment gateway) нь онлайн худалдан авалт эсвэл гүйлгээ хийх үед таны мөнгийг аюулгүйгээр шилжүүлэхэд ашиглагддаг хамгаалагдсан сувгийн үүрэг гүйцэтгэдэг.</w:t>
      </w:r>
    </w:p>
    <w:p w14:paraId="4678345D" w14:textId="77777777" w:rsidR="00EE3075" w:rsidRPr="00AB46C9" w:rsidRDefault="00EE3075" w:rsidP="00EE3075">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Жишээ:</w:t>
      </w:r>
    </w:p>
    <w:p w14:paraId="0C7DA6CF" w14:textId="77777777" w:rsidR="00EE3075" w:rsidRPr="00AB46C9" w:rsidRDefault="00EE3075" w:rsidP="00EE3075">
      <w:pPr>
        <w:numPr>
          <w:ilvl w:val="0"/>
          <w:numId w:val="11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PayPal    PromptPay    Мобайл банкны аппликэйшнүүд</w:t>
      </w:r>
    </w:p>
    <w:p w14:paraId="5CDC1E2A"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Юуг анхаарах вэ?</w:t>
      </w:r>
    </w:p>
    <w:p w14:paraId="037E1092" w14:textId="77777777" w:rsidR="003A053A" w:rsidRPr="00AB46C9" w:rsidRDefault="003A053A">
      <w:pPr>
        <w:numPr>
          <w:ilvl w:val="0"/>
          <w:numId w:val="10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Итгэмжлэгдсэн үйлчилгээ үзүүлэгч </w:t>
      </w:r>
    </w:p>
    <w:p w14:paraId="164E6651" w14:textId="4FA24385" w:rsidR="003A053A" w:rsidRPr="00AB46C9" w:rsidRDefault="003A053A">
      <w:pPr>
        <w:numPr>
          <w:ilvl w:val="0"/>
          <w:numId w:val="10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Жинхэнэ </w:t>
      </w:r>
      <w:r w:rsidR="00F12C81" w:rsidRPr="00AB46C9">
        <w:rPr>
          <w:rFonts w:eastAsia="Times New Roman" w:cs="Arial"/>
          <w:sz w:val="22"/>
          <w:lang w:val="mn-MN"/>
        </w:rPr>
        <w:t>цахим хуудас</w:t>
      </w:r>
      <w:r w:rsidRPr="00AB46C9">
        <w:rPr>
          <w:rFonts w:eastAsia="Times New Roman" w:cs="Arial"/>
          <w:sz w:val="22"/>
          <w:lang w:val="mn-MN"/>
        </w:rPr>
        <w:t xml:space="preserve"> эсвэл аппликэйшн </w:t>
      </w:r>
    </w:p>
    <w:p w14:paraId="58B7EA85" w14:textId="77777777" w:rsidR="003A053A" w:rsidRPr="00AB46C9" w:rsidRDefault="003A053A">
      <w:pPr>
        <w:numPr>
          <w:ilvl w:val="0"/>
          <w:numId w:val="10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Гүйлгээний мэдэгдэл тохируулсан байх </w:t>
      </w:r>
    </w:p>
    <w:p w14:paraId="22ACD9E4" w14:textId="77777777" w:rsidR="003A053A" w:rsidRPr="00AB46C9" w:rsidRDefault="003A053A">
      <w:pPr>
        <w:numPr>
          <w:ilvl w:val="0"/>
          <w:numId w:val="10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Ашигласны дараа үргэлж системээс гарч хэвших </w:t>
      </w:r>
    </w:p>
    <w:p w14:paraId="350E38F7" w14:textId="53332B9B" w:rsidR="003A053A" w:rsidRPr="00AB46C9" w:rsidRDefault="003A053A" w:rsidP="00EE3075">
      <w:pPr>
        <w:spacing w:before="100" w:beforeAutospacing="1" w:after="100" w:afterAutospacing="1" w:line="240" w:lineRule="auto"/>
        <w:outlineLvl w:val="2"/>
        <w:rPr>
          <w:rFonts w:eastAsia="Times New Roman" w:cs="Arial"/>
          <w:sz w:val="22"/>
          <w:lang w:val="mn-MN"/>
        </w:rPr>
      </w:pPr>
      <w:r w:rsidRPr="00AB46C9">
        <w:rPr>
          <w:rFonts w:eastAsia="Times New Roman" w:cs="Arial"/>
          <w:sz w:val="22"/>
          <w:lang w:val="mn-MN"/>
        </w:rPr>
        <w:t>Төлбөрийн гарц</w:t>
      </w:r>
      <w:r w:rsidR="00EE3075" w:rsidRPr="00AB46C9">
        <w:rPr>
          <w:rFonts w:eastAsia="Times New Roman" w:cs="Arial"/>
          <w:sz w:val="22"/>
          <w:lang w:val="mn-MN"/>
        </w:rPr>
        <w:t xml:space="preserve"> нь </w:t>
      </w:r>
      <w:r w:rsidRPr="00AB46C9">
        <w:rPr>
          <w:rFonts w:eastAsia="Times New Roman" w:cs="Arial"/>
          <w:sz w:val="22"/>
          <w:lang w:val="mn-MN"/>
        </w:rPr>
        <w:t>аюулгүй дэлгүүрийн кассчинтай адил. Та зөвхөн итгэж болох кассчинд мөнгөө өгнө.</w:t>
      </w:r>
    </w:p>
    <w:p w14:paraId="2587626A" w14:textId="77777777" w:rsidR="00EE3075" w:rsidRPr="00AB46C9" w:rsidRDefault="00EE3075" w:rsidP="00276A9C">
      <w:pPr>
        <w:spacing w:before="100" w:beforeAutospacing="1" w:after="100" w:afterAutospacing="1" w:line="240" w:lineRule="auto"/>
        <w:rPr>
          <w:rFonts w:eastAsia="Times New Roman" w:cs="Arial"/>
          <w:b/>
          <w:bCs/>
          <w:sz w:val="22"/>
          <w:lang w:val="mn-MN"/>
        </w:rPr>
      </w:pPr>
    </w:p>
    <w:p w14:paraId="5F66C623" w14:textId="5A0C50DF" w:rsidR="00276A9C" w:rsidRPr="00AB46C9" w:rsidRDefault="00276A9C" w:rsidP="00276A9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Эцсийн үйл ажиллагаа</w:t>
      </w:r>
    </w:p>
    <w:p w14:paraId="61453088" w14:textId="414717BF" w:rsidR="003A053A" w:rsidRPr="00AB46C9" w:rsidRDefault="003A053A" w:rsidP="00276A9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“Би цахим орчинд аюулгүй юу?”</w:t>
      </w:r>
    </w:p>
    <w:p w14:paraId="2A8D6BF6"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Өөртөө итгэлтэй болсон ур чадваруудаа тэмдэглээрэй:</w:t>
      </w:r>
    </w:p>
    <w:p w14:paraId="0E739815" w14:textId="6BF5A455" w:rsidR="003A053A" w:rsidRPr="00AB46C9" w:rsidRDefault="003A053A" w:rsidP="00276A9C">
      <w:pPr>
        <w:pStyle w:val="NoSpacing"/>
        <w:rPr>
          <w:rFonts w:ascii="Arial" w:hAnsi="Arial" w:cs="Arial"/>
          <w:lang w:val="mn-MN"/>
        </w:rPr>
      </w:pPr>
      <w:r w:rsidRPr="00AB46C9">
        <w:rPr>
          <w:rFonts w:ascii="Segoe UI Symbol" w:hAnsi="Segoe UI Symbol" w:cs="Segoe UI Symbol"/>
          <w:lang w:val="mn-MN"/>
        </w:rPr>
        <w:t>☐</w:t>
      </w:r>
      <w:r w:rsidRPr="00AB46C9">
        <w:rPr>
          <w:rFonts w:ascii="Arial" w:hAnsi="Arial" w:cs="Arial"/>
          <w:lang w:val="mn-MN"/>
        </w:rPr>
        <w:t xml:space="preserve"> Би хүчтэй нууц үг үүсгэ</w:t>
      </w:r>
      <w:r w:rsidR="00276A9C" w:rsidRPr="00AB46C9">
        <w:rPr>
          <w:rFonts w:ascii="Arial" w:hAnsi="Arial" w:cs="Arial"/>
          <w:lang w:val="mn-MN"/>
        </w:rPr>
        <w:t>сэн</w:t>
      </w:r>
      <w:r w:rsidRPr="00AB46C9">
        <w:rPr>
          <w:rFonts w:ascii="Arial" w:hAnsi="Arial" w:cs="Arial"/>
          <w:lang w:val="mn-MN"/>
        </w:rPr>
        <w:t xml:space="preserve"> </w:t>
      </w:r>
    </w:p>
    <w:p w14:paraId="039E1DB2" w14:textId="77777777" w:rsidR="003A053A" w:rsidRPr="00AB46C9" w:rsidRDefault="003A053A" w:rsidP="00276A9C">
      <w:pPr>
        <w:pStyle w:val="NoSpacing"/>
        <w:rPr>
          <w:rFonts w:ascii="Arial" w:hAnsi="Arial" w:cs="Arial"/>
          <w:lang w:val="mn-MN"/>
        </w:rPr>
      </w:pPr>
      <w:r w:rsidRPr="00AB46C9">
        <w:rPr>
          <w:rFonts w:ascii="Segoe UI Symbol" w:hAnsi="Segoe UI Symbol" w:cs="Segoe UI Symbol"/>
          <w:lang w:val="mn-MN"/>
        </w:rPr>
        <w:t>☐</w:t>
      </w:r>
      <w:r w:rsidRPr="00AB46C9">
        <w:rPr>
          <w:rFonts w:ascii="Arial" w:hAnsi="Arial" w:cs="Arial"/>
          <w:lang w:val="mn-MN"/>
        </w:rPr>
        <w:t xml:space="preserve"> Би луйврын мессежийг таньж чадна. </w:t>
      </w:r>
    </w:p>
    <w:p w14:paraId="63E5F4C0" w14:textId="77777777" w:rsidR="003A053A" w:rsidRPr="00AB46C9" w:rsidRDefault="003A053A" w:rsidP="00276A9C">
      <w:pPr>
        <w:pStyle w:val="NoSpacing"/>
        <w:rPr>
          <w:rFonts w:ascii="Arial" w:hAnsi="Arial" w:cs="Arial"/>
          <w:lang w:val="mn-MN"/>
        </w:rPr>
      </w:pPr>
      <w:r w:rsidRPr="00AB46C9">
        <w:rPr>
          <w:rFonts w:ascii="Segoe UI Symbol" w:hAnsi="Segoe UI Symbol" w:cs="Segoe UI Symbol"/>
          <w:lang w:val="mn-MN"/>
        </w:rPr>
        <w:t>☐</w:t>
      </w:r>
      <w:r w:rsidRPr="00AB46C9">
        <w:rPr>
          <w:rFonts w:ascii="Arial" w:hAnsi="Arial" w:cs="Arial"/>
          <w:lang w:val="mn-MN"/>
        </w:rPr>
        <w:t xml:space="preserve"> Би нууцлалын тохиргоогоо өөрчилсөн. </w:t>
      </w:r>
    </w:p>
    <w:p w14:paraId="07EB67B5" w14:textId="77777777" w:rsidR="003A053A" w:rsidRPr="00AB46C9" w:rsidRDefault="003A053A" w:rsidP="00276A9C">
      <w:pPr>
        <w:pStyle w:val="NoSpacing"/>
        <w:rPr>
          <w:rFonts w:ascii="Arial" w:hAnsi="Arial" w:cs="Arial"/>
          <w:lang w:val="mn-MN"/>
        </w:rPr>
      </w:pPr>
      <w:r w:rsidRPr="00AB46C9">
        <w:rPr>
          <w:rFonts w:ascii="Segoe UI Symbol" w:hAnsi="Segoe UI Symbol" w:cs="Segoe UI Symbol"/>
          <w:lang w:val="mn-MN"/>
        </w:rPr>
        <w:t>☐</w:t>
      </w:r>
      <w:r w:rsidRPr="00AB46C9">
        <w:rPr>
          <w:rFonts w:ascii="Arial" w:hAnsi="Arial" w:cs="Arial"/>
          <w:lang w:val="mn-MN"/>
        </w:rPr>
        <w:t xml:space="preserve"> Би онлайнаар аюулгүй худалдаа хийж чадна. </w:t>
      </w:r>
    </w:p>
    <w:p w14:paraId="6CF64B31" w14:textId="77777777" w:rsidR="003A053A" w:rsidRPr="00AB46C9" w:rsidRDefault="003A053A" w:rsidP="00276A9C">
      <w:pPr>
        <w:pStyle w:val="NoSpacing"/>
        <w:rPr>
          <w:rFonts w:ascii="Arial" w:hAnsi="Arial" w:cs="Arial"/>
          <w:lang w:val="mn-MN"/>
        </w:rPr>
      </w:pPr>
      <w:r w:rsidRPr="00AB46C9">
        <w:rPr>
          <w:rFonts w:ascii="Segoe UI Symbol" w:hAnsi="Segoe UI Symbol" w:cs="Segoe UI Symbol"/>
          <w:lang w:val="mn-MN"/>
        </w:rPr>
        <w:t>☐</w:t>
      </w:r>
      <w:r w:rsidRPr="00AB46C9">
        <w:rPr>
          <w:rFonts w:ascii="Arial" w:hAnsi="Arial" w:cs="Arial"/>
          <w:lang w:val="mn-MN"/>
        </w:rPr>
        <w:t xml:space="preserve"> Би төлбөрийн гарц гэж юу болохыг мэднэ. </w:t>
      </w:r>
    </w:p>
    <w:p w14:paraId="49B7875C"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Үнэлгээ</w:t>
      </w:r>
    </w:p>
    <w:p w14:paraId="20D09DB4" w14:textId="13336D40"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4–5:</w:t>
      </w:r>
      <w:r w:rsidR="00276A9C" w:rsidRPr="00AB46C9">
        <w:rPr>
          <w:rFonts w:eastAsia="Times New Roman" w:cs="Arial"/>
          <w:sz w:val="22"/>
          <w:lang w:val="mn-MN"/>
        </w:rPr>
        <w:t xml:space="preserve">    =</w:t>
      </w:r>
      <w:r w:rsidRPr="00AB46C9">
        <w:rPr>
          <w:rFonts w:eastAsia="Times New Roman" w:cs="Arial"/>
          <w:sz w:val="22"/>
          <w:lang w:val="mn-MN"/>
        </w:rPr>
        <w:t>Та маш сайн ажиллажээ — энэ хэвээрээ үргэлжлүүлээрэй!</w:t>
      </w:r>
    </w:p>
    <w:p w14:paraId="7E3ECE97" w14:textId="1E25B31C"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2–3:</w:t>
      </w:r>
      <w:r w:rsidR="00276A9C" w:rsidRPr="00AB46C9">
        <w:rPr>
          <w:rFonts w:eastAsia="Times New Roman" w:cs="Arial"/>
          <w:sz w:val="22"/>
          <w:lang w:val="mn-MN"/>
        </w:rPr>
        <w:tab/>
        <w:t xml:space="preserve">= </w:t>
      </w:r>
      <w:r w:rsidRPr="00AB46C9">
        <w:rPr>
          <w:rFonts w:eastAsia="Times New Roman" w:cs="Arial"/>
          <w:sz w:val="22"/>
          <w:lang w:val="mn-MN"/>
        </w:rPr>
        <w:t>Та зөв замдаа явж байна — дахин давтаж, дадлага хийсээр байгаарай.</w:t>
      </w:r>
    </w:p>
    <w:p w14:paraId="4A886CA4" w14:textId="07656613"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1 буюу түүнээс бага</w:t>
      </w:r>
      <w:r w:rsidR="00276A9C" w:rsidRPr="00AB46C9">
        <w:rPr>
          <w:rFonts w:eastAsia="Times New Roman" w:cs="Arial"/>
          <w:sz w:val="22"/>
          <w:lang w:val="mn-MN"/>
        </w:rPr>
        <w:t xml:space="preserve"> = </w:t>
      </w:r>
      <w:r w:rsidRPr="00AB46C9">
        <w:rPr>
          <w:rFonts w:eastAsia="Times New Roman" w:cs="Arial"/>
          <w:sz w:val="22"/>
          <w:lang w:val="mn-MN"/>
        </w:rPr>
        <w:t>Гол хичээлүүдээ хамтдаа дахин сэргээн саная.</w:t>
      </w:r>
    </w:p>
    <w:p w14:paraId="3F29FC40" w14:textId="23BF2488" w:rsidR="00EE3075" w:rsidRPr="00AB46C9" w:rsidRDefault="003A053A" w:rsidP="002A4F26">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Суралцахад цаг хугацаа хэрэгтэй.</w:t>
      </w:r>
    </w:p>
    <w:p w14:paraId="5EEC9076" w14:textId="77777777" w:rsidR="00EE3075" w:rsidRPr="00AB46C9" w:rsidRDefault="00EE3075" w:rsidP="003A053A">
      <w:pPr>
        <w:spacing w:before="100" w:beforeAutospacing="1" w:after="100" w:afterAutospacing="1" w:line="240" w:lineRule="auto"/>
        <w:outlineLvl w:val="2"/>
        <w:rPr>
          <w:rFonts w:eastAsia="Times New Roman" w:cs="Arial"/>
          <w:b/>
          <w:bCs/>
          <w:sz w:val="22"/>
          <w:lang w:val="mn-MN"/>
        </w:rPr>
      </w:pPr>
    </w:p>
    <w:p w14:paraId="59D59BD9" w14:textId="48BEE88F" w:rsidR="003A053A" w:rsidRPr="00AB46C9" w:rsidRDefault="003A053A" w:rsidP="00EE3075">
      <w:pPr>
        <w:spacing w:before="100" w:beforeAutospacing="1" w:after="100" w:afterAutospacing="1" w:line="240" w:lineRule="auto"/>
        <w:jc w:val="center"/>
        <w:outlineLvl w:val="2"/>
        <w:rPr>
          <w:rFonts w:eastAsia="Times New Roman" w:cs="Arial"/>
          <w:b/>
          <w:bCs/>
          <w:color w:val="EE0000"/>
          <w:sz w:val="22"/>
          <w:lang w:val="mn-MN"/>
        </w:rPr>
      </w:pPr>
      <w:r w:rsidRPr="00AB46C9">
        <w:rPr>
          <w:rFonts w:eastAsia="Times New Roman" w:cs="Arial"/>
          <w:b/>
          <w:bCs/>
          <w:color w:val="EE0000"/>
          <w:sz w:val="22"/>
          <w:lang w:val="mn-MN"/>
        </w:rPr>
        <w:t>Маш сайн!</w:t>
      </w:r>
    </w:p>
    <w:p w14:paraId="0C910581" w14:textId="6F5E37E2" w:rsidR="00EE3075" w:rsidRPr="00AB46C9" w:rsidRDefault="003A053A" w:rsidP="002A4F26">
      <w:pPr>
        <w:spacing w:before="100" w:beforeAutospacing="1" w:after="100" w:afterAutospacing="1" w:line="240" w:lineRule="auto"/>
        <w:jc w:val="center"/>
        <w:rPr>
          <w:rFonts w:eastAsia="Times New Roman" w:cs="Arial"/>
          <w:sz w:val="22"/>
          <w:lang w:val="mn-MN"/>
        </w:rPr>
      </w:pPr>
      <w:r w:rsidRPr="00AB46C9">
        <w:rPr>
          <w:rFonts w:eastAsia="Times New Roman" w:cs="Arial"/>
          <w:sz w:val="22"/>
          <w:lang w:val="mn-MN"/>
        </w:rPr>
        <w:t>Та өөрийгөө онлайн орчинд хамгаалахын тулд чухал алхмуудыг хийлээ. Сурсан зүйлээ бусадтай хуваалцсаар байгаарай!</w:t>
      </w:r>
    </w:p>
    <w:p w14:paraId="5507E363" w14:textId="1CDE05CB" w:rsidR="003A053A" w:rsidRPr="00AB46C9" w:rsidRDefault="003A053A" w:rsidP="003A053A">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Зөвлөмж ба аргачлал: Аюулгүй байдал ба нууцлалын ур чадвар</w:t>
      </w:r>
    </w:p>
    <w:p w14:paraId="2AAB30D9"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1. Танихгүй хүмүүсийн илгээсэн холбоос дээр бүү дар</w:t>
      </w:r>
    </w:p>
    <w:p w14:paraId="047DAD2F" w14:textId="21136405"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 xml:space="preserve">Сэжигтэй мессеж эсвэл цахим шуудан дахь холбоос нь таны мэдээллийг хулгайлах зорилготой хуурамч </w:t>
      </w:r>
      <w:r w:rsidR="00F12C81" w:rsidRPr="00AB46C9">
        <w:rPr>
          <w:rFonts w:eastAsia="Times New Roman" w:cs="Arial"/>
          <w:sz w:val="22"/>
          <w:lang w:val="mn-MN"/>
        </w:rPr>
        <w:t>цахим хуудас</w:t>
      </w:r>
      <w:r w:rsidRPr="00AB46C9">
        <w:rPr>
          <w:rFonts w:eastAsia="Times New Roman" w:cs="Arial"/>
          <w:sz w:val="22"/>
          <w:lang w:val="mn-MN"/>
        </w:rPr>
        <w:t xml:space="preserve"> руу чиглүүлж болно.</w:t>
      </w:r>
    </w:p>
    <w:p w14:paraId="646987F7"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Мессежийг хэн илгээснийг шалгаарай. Хэрэв тухайн хүн таны таньдаг эсвэл итгэдэг хүн биш бол холбоос дээр бүү дар. Эргэлзэж байвал гэр бүлийн хүнээсээ асуугаарай.</w:t>
      </w:r>
    </w:p>
    <w:p w14:paraId="3F91E8CB" w14:textId="77777777"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2. Хоёр шатлалт баталгаажуулалт (2FA) ашигла</w:t>
      </w:r>
    </w:p>
    <w:p w14:paraId="5B9C9A52"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Хэн нэгэн таны нууц үгийг таасан байсан ч хоёр дахь шатны баталгаажуулалтгүйгээр таны бүртгэлд нэвтэрч чадахгүй.</w:t>
      </w:r>
    </w:p>
    <w:p w14:paraId="21D92F2E"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Аппликэйшний тохиргооноос “Security” (Аюулгүй байдал) эсвэл “2FA” хэсгийг хайна уу. Дараа нь утасны дугаар эсвэл цахим шуудантайгаа холбох алхмуудыг дагана уу.</w:t>
      </w:r>
    </w:p>
    <w:p w14:paraId="78345C41" w14:textId="77777777" w:rsidR="002A4F26" w:rsidRPr="00AB46C9" w:rsidRDefault="002A4F26" w:rsidP="003A053A">
      <w:pPr>
        <w:spacing w:before="100" w:beforeAutospacing="1" w:after="100" w:afterAutospacing="1" w:line="240" w:lineRule="auto"/>
        <w:outlineLvl w:val="2"/>
        <w:rPr>
          <w:rFonts w:eastAsia="Times New Roman" w:cs="Arial"/>
          <w:b/>
          <w:bCs/>
          <w:sz w:val="22"/>
          <w:lang w:val="mn-MN"/>
        </w:rPr>
      </w:pPr>
    </w:p>
    <w:p w14:paraId="7C744C0D" w14:textId="77777777" w:rsidR="002A4F26" w:rsidRPr="00AB46C9" w:rsidRDefault="002A4F26" w:rsidP="003A053A">
      <w:pPr>
        <w:spacing w:before="100" w:beforeAutospacing="1" w:after="100" w:afterAutospacing="1" w:line="240" w:lineRule="auto"/>
        <w:outlineLvl w:val="2"/>
        <w:rPr>
          <w:rFonts w:eastAsia="Times New Roman" w:cs="Arial"/>
          <w:b/>
          <w:bCs/>
          <w:sz w:val="22"/>
          <w:lang w:val="mn-MN"/>
        </w:rPr>
      </w:pPr>
    </w:p>
    <w:p w14:paraId="027B50B5" w14:textId="77777777" w:rsidR="002A4F26" w:rsidRPr="00AB46C9" w:rsidRDefault="002A4F26" w:rsidP="003A053A">
      <w:pPr>
        <w:spacing w:before="100" w:beforeAutospacing="1" w:after="100" w:afterAutospacing="1" w:line="240" w:lineRule="auto"/>
        <w:outlineLvl w:val="2"/>
        <w:rPr>
          <w:rFonts w:eastAsia="Times New Roman" w:cs="Arial"/>
          <w:b/>
          <w:bCs/>
          <w:sz w:val="22"/>
          <w:lang w:val="mn-MN"/>
        </w:rPr>
      </w:pPr>
    </w:p>
    <w:p w14:paraId="23F3C710" w14:textId="58063DBD" w:rsidR="003A053A" w:rsidRPr="00AB46C9" w:rsidRDefault="003A053A" w:rsidP="003A053A">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3. Аппликэйшн болон ут</w:t>
      </w:r>
      <w:r w:rsidR="00276A9C" w:rsidRPr="00AB46C9">
        <w:rPr>
          <w:rFonts w:eastAsia="Times New Roman" w:cs="Arial"/>
          <w:b/>
          <w:bCs/>
          <w:sz w:val="22"/>
          <w:lang w:val="mn-MN"/>
        </w:rPr>
        <w:t xml:space="preserve">асны тохиргоог </w:t>
      </w:r>
      <w:r w:rsidRPr="00AB46C9">
        <w:rPr>
          <w:rFonts w:eastAsia="Times New Roman" w:cs="Arial"/>
          <w:b/>
          <w:bCs/>
          <w:sz w:val="22"/>
          <w:lang w:val="mn-MN"/>
        </w:rPr>
        <w:t>шинэчилж бай</w:t>
      </w:r>
    </w:p>
    <w:p w14:paraId="5A287200" w14:textId="77777777" w:rsidR="003A053A" w:rsidRPr="00AB46C9" w:rsidRDefault="003A053A" w:rsidP="003A053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Шинэчлэлтүүд нь хакеруудын ашиглаж болзошгүй аюулгүй байдлын асуудлуудыг засдаг.</w:t>
      </w:r>
    </w:p>
    <w:p w14:paraId="7E023F1C" w14:textId="04FAC8ED" w:rsidR="00EE3075" w:rsidRPr="00AB46C9" w:rsidRDefault="003A053A"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00276A9C" w:rsidRPr="00AB46C9">
        <w:rPr>
          <w:rFonts w:eastAsia="Times New Roman" w:cs="Arial"/>
          <w:b/>
          <w:bCs/>
          <w:sz w:val="22"/>
          <w:lang w:val="mn-MN"/>
        </w:rPr>
        <w:t xml:space="preserve"> </w:t>
      </w:r>
      <w:r w:rsidRPr="00AB46C9">
        <w:rPr>
          <w:rFonts w:eastAsia="Times New Roman" w:cs="Arial"/>
          <w:sz w:val="22"/>
          <w:lang w:val="mn-MN"/>
        </w:rPr>
        <w:br/>
        <w:t>Settings → Software Update</w:t>
      </w:r>
      <w:r w:rsidR="00276A9C" w:rsidRPr="00AB46C9">
        <w:rPr>
          <w:rFonts w:eastAsia="Times New Roman" w:cs="Arial"/>
          <w:sz w:val="22"/>
          <w:lang w:val="mn-MN"/>
        </w:rPr>
        <w:t xml:space="preserve"> </w:t>
      </w:r>
      <w:r w:rsidRPr="00AB46C9">
        <w:rPr>
          <w:rFonts w:eastAsia="Times New Roman" w:cs="Arial"/>
          <w:sz w:val="22"/>
          <w:lang w:val="mn-MN"/>
        </w:rPr>
        <w:t>эсвэл</w:t>
      </w:r>
      <w:r w:rsidR="00276A9C" w:rsidRPr="00AB46C9">
        <w:rPr>
          <w:rFonts w:eastAsia="Times New Roman" w:cs="Arial"/>
          <w:sz w:val="22"/>
          <w:lang w:val="mn-MN"/>
        </w:rPr>
        <w:t xml:space="preserve"> </w:t>
      </w:r>
      <w:r w:rsidRPr="00AB46C9">
        <w:rPr>
          <w:rFonts w:eastAsia="Times New Roman" w:cs="Arial"/>
          <w:sz w:val="22"/>
          <w:lang w:val="mn-MN"/>
        </w:rPr>
        <w:t>App Store → Updates</w:t>
      </w:r>
      <w:r w:rsidR="00276A9C" w:rsidRPr="00AB46C9">
        <w:rPr>
          <w:rFonts w:eastAsia="Times New Roman" w:cs="Arial"/>
          <w:sz w:val="22"/>
          <w:lang w:val="mn-MN"/>
        </w:rPr>
        <w:t xml:space="preserve"> </w:t>
      </w:r>
      <w:r w:rsidRPr="00AB46C9">
        <w:rPr>
          <w:rFonts w:eastAsia="Times New Roman" w:cs="Arial"/>
          <w:sz w:val="22"/>
          <w:lang w:val="mn-MN"/>
        </w:rPr>
        <w:t>хэсэгт орж, шинэчлэлт байгаа бол “Update” дээр дарна уу</w:t>
      </w:r>
      <w:r w:rsidR="002A4F26" w:rsidRPr="00AB46C9">
        <w:rPr>
          <w:rFonts w:eastAsia="Times New Roman" w:cs="Arial"/>
          <w:sz w:val="22"/>
          <w:lang w:val="mn-MN"/>
        </w:rPr>
        <w:t>.</w:t>
      </w:r>
    </w:p>
    <w:p w14:paraId="79F723D7" w14:textId="37ACDF60"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Хувийн мэдээллээ онлайнаар бүү нийтэл</w:t>
      </w:r>
    </w:p>
    <w:p w14:paraId="1926F4A1" w14:textId="199928C4"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 xml:space="preserve">Таны хаяг, утасны дугаар эсвэл иргэний үнэмлэхийг </w:t>
      </w:r>
      <w:r w:rsidR="008B66D9" w:rsidRPr="00AB46C9">
        <w:rPr>
          <w:rFonts w:eastAsia="Times New Roman" w:cs="Arial"/>
          <w:sz w:val="22"/>
          <w:lang w:val="mn-MN"/>
        </w:rPr>
        <w:t>залилагчид</w:t>
      </w:r>
      <w:r w:rsidRPr="00AB46C9">
        <w:rPr>
          <w:rFonts w:eastAsia="Times New Roman" w:cs="Arial"/>
          <w:sz w:val="22"/>
          <w:lang w:val="mn-MN"/>
        </w:rPr>
        <w:t xml:space="preserve"> ашиглаж болно.</w:t>
      </w:r>
    </w:p>
    <w:p w14:paraId="06839258"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Албан ёсны бичиг баримтын зургийг нийтлэхээс зайлсхий. Үүнд утасны дугаар, хаяг, иргэний үнэмлэх зэрэг мэдээлэл хамаарна. Зөвхөн итгэдэг хүмүүстэйгээ хувийн мессежээр хуваалцаарай.</w:t>
      </w:r>
    </w:p>
    <w:p w14:paraId="0091E2E2"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5. Ямар нэгэн үйлдэл хийхээсээ өмнө гэр бүл эсвэл найзтайгаа ярилц</w:t>
      </w:r>
    </w:p>
    <w:p w14:paraId="77B9B251" w14:textId="3A36F6C8"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r>
      <w:r w:rsidR="008B66D9" w:rsidRPr="00AB46C9">
        <w:rPr>
          <w:rFonts w:eastAsia="Times New Roman" w:cs="Arial"/>
          <w:sz w:val="22"/>
          <w:lang w:val="mn-MN"/>
        </w:rPr>
        <w:t>Залилагчид</w:t>
      </w:r>
      <w:r w:rsidRPr="00AB46C9">
        <w:rPr>
          <w:rFonts w:eastAsia="Times New Roman" w:cs="Arial"/>
          <w:sz w:val="22"/>
          <w:lang w:val="mn-MN"/>
        </w:rPr>
        <w:t xml:space="preserve"> таныг яаралтай үйлдэл хийхэд хүргэхийн тулд “Одоо дар!”, “Яаралтай арга хэмжээ ав!” гэх мэтээр шахалт үзүүлдэг.</w:t>
      </w:r>
    </w:p>
    <w:p w14:paraId="29FAD2CD" w14:textId="6E84D41B"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Итгэдэг хүнтэйгээ “зогсоод</w:t>
      </w:r>
      <w:r w:rsidR="008B66D9" w:rsidRPr="00AB46C9">
        <w:rPr>
          <w:rFonts w:eastAsia="Times New Roman" w:cs="Arial"/>
          <w:sz w:val="22"/>
          <w:lang w:val="mn-MN"/>
        </w:rPr>
        <w:t xml:space="preserve">, </w:t>
      </w:r>
      <w:r w:rsidRPr="00AB46C9">
        <w:rPr>
          <w:rFonts w:eastAsia="Times New Roman" w:cs="Arial"/>
          <w:sz w:val="22"/>
          <w:lang w:val="mn-MN"/>
        </w:rPr>
        <w:t>шалгах” дадлыг хэвшүүлэх нь асуудлаас сэргийлэхэд тусална.</w:t>
      </w:r>
    </w:p>
    <w:p w14:paraId="1675CDC7"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6. Мессеж дамжуулахын өмнө сайтар бод</w:t>
      </w:r>
    </w:p>
    <w:p w14:paraId="406413D3" w14:textId="49A06ECF"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 xml:space="preserve">Хуурамч мэдээ эсвэл </w:t>
      </w:r>
      <w:r w:rsidR="008B66D9" w:rsidRPr="00AB46C9">
        <w:rPr>
          <w:rFonts w:eastAsia="Times New Roman" w:cs="Arial"/>
          <w:sz w:val="22"/>
          <w:lang w:val="mn-MN"/>
        </w:rPr>
        <w:t>залилангийн</w:t>
      </w:r>
      <w:r w:rsidRPr="00AB46C9">
        <w:rPr>
          <w:rFonts w:eastAsia="Times New Roman" w:cs="Arial"/>
          <w:sz w:val="22"/>
          <w:lang w:val="mn-MN"/>
        </w:rPr>
        <w:t xml:space="preserve"> мэдээллийг дамжуулснаар бусдад хор хохирол учруулж, айдас түгшүүр тарааж болно.</w:t>
      </w:r>
    </w:p>
    <w:p w14:paraId="6C28E782" w14:textId="292E4494" w:rsidR="00C00878" w:rsidRPr="00AB46C9" w:rsidRDefault="00204F2E" w:rsidP="008B66D9">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Дамжуулахаасаа өмнө өөрөөсөө</w:t>
      </w:r>
      <w:r w:rsidR="008B66D9" w:rsidRPr="00AB46C9">
        <w:rPr>
          <w:rFonts w:eastAsia="Times New Roman" w:cs="Arial"/>
          <w:sz w:val="22"/>
          <w:lang w:val="mn-MN"/>
        </w:rPr>
        <w:t xml:space="preserve"> </w:t>
      </w:r>
      <w:r w:rsidRPr="00AB46C9">
        <w:rPr>
          <w:rFonts w:eastAsia="Times New Roman" w:cs="Arial"/>
          <w:sz w:val="22"/>
          <w:lang w:val="mn-MN"/>
        </w:rPr>
        <w:t xml:space="preserve">“Энэ мэдээлэл найдвартай эх сурвалжаас ирсэн үү? Би энэ мэдээг найдвартай </w:t>
      </w:r>
      <w:r w:rsidR="00F12C81" w:rsidRPr="00AB46C9">
        <w:rPr>
          <w:rFonts w:eastAsia="Times New Roman" w:cs="Arial"/>
          <w:sz w:val="22"/>
          <w:lang w:val="mn-MN"/>
        </w:rPr>
        <w:t>цахим хуудас</w:t>
      </w:r>
      <w:r w:rsidRPr="00AB46C9">
        <w:rPr>
          <w:rFonts w:eastAsia="Times New Roman" w:cs="Arial"/>
          <w:sz w:val="22"/>
          <w:lang w:val="mn-MN"/>
        </w:rPr>
        <w:t>аас олж болох уу?” гэж асуугаарай.</w:t>
      </w:r>
    </w:p>
    <w:p w14:paraId="3F4D41B6" w14:textId="77777777" w:rsidR="00C00878" w:rsidRPr="00AB46C9" w:rsidRDefault="00C00878" w:rsidP="008B66D9">
      <w:pPr>
        <w:spacing w:before="100" w:beforeAutospacing="1" w:after="100" w:afterAutospacing="1" w:line="240" w:lineRule="auto"/>
        <w:rPr>
          <w:rFonts w:eastAsia="Times New Roman" w:cs="Arial"/>
          <w:b/>
          <w:bCs/>
          <w:color w:val="3071C3" w:themeColor="text2" w:themeTint="BF"/>
          <w:sz w:val="32"/>
          <w:szCs w:val="32"/>
          <w:lang w:val="mn-MN"/>
        </w:rPr>
      </w:pPr>
    </w:p>
    <w:p w14:paraId="21406E6F" w14:textId="784662E7" w:rsidR="008B66D9" w:rsidRPr="00AB46C9" w:rsidRDefault="00712FBC" w:rsidP="008B66D9">
      <w:pPr>
        <w:spacing w:before="100" w:beforeAutospacing="1" w:after="100" w:afterAutospacing="1" w:line="240" w:lineRule="auto"/>
        <w:rPr>
          <w:rFonts w:eastAsia="Times New Roman" w:cs="Arial"/>
          <w:color w:val="3071C3" w:themeColor="text2" w:themeTint="BF"/>
          <w:sz w:val="32"/>
          <w:szCs w:val="32"/>
          <w:lang w:val="mn-MN"/>
        </w:rPr>
      </w:pPr>
      <w:r w:rsidRPr="00AB46C9">
        <w:rPr>
          <w:rFonts w:eastAsia="Times New Roman" w:cs="Arial"/>
          <w:b/>
          <w:bCs/>
          <w:color w:val="3071C3" w:themeColor="text2" w:themeTint="BF"/>
          <w:sz w:val="32"/>
          <w:szCs w:val="32"/>
          <w:lang w:val="mn-MN"/>
        </w:rPr>
        <w:t>БҮЛЭГ 5</w:t>
      </w:r>
    </w:p>
    <w:p w14:paraId="6B59BC7E" w14:textId="59D4F0D7" w:rsidR="00204F2E" w:rsidRPr="00AB46C9" w:rsidRDefault="008B66D9" w:rsidP="008B66D9">
      <w:pPr>
        <w:spacing w:before="100" w:beforeAutospacing="1" w:after="100" w:afterAutospacing="1" w:line="240" w:lineRule="auto"/>
        <w:rPr>
          <w:rFonts w:eastAsia="Times New Roman" w:cs="Arial"/>
          <w:color w:val="3071C3" w:themeColor="text2" w:themeTint="BF"/>
          <w:sz w:val="32"/>
          <w:szCs w:val="32"/>
          <w:lang w:val="mn-MN"/>
        </w:rPr>
      </w:pPr>
      <w:r w:rsidRPr="00AB46C9">
        <w:rPr>
          <w:rFonts w:eastAsia="Times New Roman" w:cs="Arial"/>
          <w:b/>
          <w:bCs/>
          <w:color w:val="3071C3" w:themeColor="text2" w:themeTint="BF"/>
          <w:sz w:val="32"/>
          <w:szCs w:val="32"/>
          <w:lang w:val="mn-MN"/>
        </w:rPr>
        <w:t xml:space="preserve">Цахим </w:t>
      </w:r>
      <w:r w:rsidR="00204F2E" w:rsidRPr="00AB46C9">
        <w:rPr>
          <w:rFonts w:eastAsia="Times New Roman" w:cs="Arial"/>
          <w:b/>
          <w:bCs/>
          <w:color w:val="3071C3" w:themeColor="text2" w:themeTint="BF"/>
          <w:kern w:val="36"/>
          <w:sz w:val="32"/>
          <w:szCs w:val="32"/>
          <w:lang w:val="mn-MN"/>
        </w:rPr>
        <w:t>үйлчилгээ б</w:t>
      </w:r>
      <w:r w:rsidR="00712FBC" w:rsidRPr="00AB46C9">
        <w:rPr>
          <w:rFonts w:eastAsia="Times New Roman" w:cs="Arial"/>
          <w:b/>
          <w:bCs/>
          <w:color w:val="3071C3" w:themeColor="text2" w:themeTint="BF"/>
          <w:kern w:val="36"/>
          <w:sz w:val="32"/>
          <w:szCs w:val="32"/>
          <w:lang w:val="mn-MN"/>
        </w:rPr>
        <w:t>олон</w:t>
      </w:r>
      <w:r w:rsidR="00204F2E" w:rsidRPr="00AB46C9">
        <w:rPr>
          <w:rFonts w:eastAsia="Times New Roman" w:cs="Arial"/>
          <w:b/>
          <w:bCs/>
          <w:color w:val="3071C3" w:themeColor="text2" w:themeTint="BF"/>
          <w:kern w:val="36"/>
          <w:sz w:val="32"/>
          <w:szCs w:val="32"/>
          <w:lang w:val="mn-MN"/>
        </w:rPr>
        <w:t xml:space="preserve"> аюулгүй гүйлгээ</w:t>
      </w:r>
      <w:r w:rsidR="00712FBC" w:rsidRPr="00AB46C9">
        <w:rPr>
          <w:rFonts w:eastAsia="Times New Roman" w:cs="Arial"/>
          <w:b/>
          <w:bCs/>
          <w:color w:val="3071C3" w:themeColor="text2" w:themeTint="BF"/>
          <w:kern w:val="36"/>
          <w:sz w:val="32"/>
          <w:szCs w:val="32"/>
          <w:lang w:val="mn-MN"/>
        </w:rPr>
        <w:t xml:space="preserve"> хийх</w:t>
      </w:r>
      <w:r w:rsidR="00204F2E" w:rsidRPr="00AB46C9">
        <w:rPr>
          <w:rFonts w:eastAsia="Times New Roman" w:cs="Arial"/>
          <w:b/>
          <w:bCs/>
          <w:color w:val="3071C3" w:themeColor="text2" w:themeTint="BF"/>
          <w:kern w:val="36"/>
          <w:sz w:val="32"/>
          <w:szCs w:val="32"/>
          <w:lang w:val="mn-MN"/>
        </w:rPr>
        <w:t xml:space="preserve"> ур чадвар</w:t>
      </w:r>
    </w:p>
    <w:p w14:paraId="7D6B0422" w14:textId="4DC91855"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Тавтай морил</w:t>
      </w:r>
      <w:r w:rsidR="00EE3075" w:rsidRPr="00AB46C9">
        <w:rPr>
          <w:rFonts w:eastAsia="Times New Roman" w:cs="Arial"/>
          <w:b/>
          <w:bCs/>
          <w:sz w:val="22"/>
          <w:lang w:val="mn-MN"/>
        </w:rPr>
        <w:t>но у</w:t>
      </w:r>
      <w:r w:rsidRPr="00AB46C9">
        <w:rPr>
          <w:rFonts w:eastAsia="Times New Roman" w:cs="Arial"/>
          <w:b/>
          <w:bCs/>
          <w:sz w:val="22"/>
          <w:lang w:val="mn-MN"/>
        </w:rPr>
        <w:t>!</w:t>
      </w:r>
    </w:p>
    <w:p w14:paraId="0D8A7661"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Өнөөдөр бид интернетийг практик зорилгоор хэрхэн ашиглах талаар судална. Үүнд төрийн үйлчилгээ авах, эрүүл мэндийн мэдээлэл авах, худалдаа хийх, банкны үйлчилгээ ашиглах зэрэг багтана. Эдгээр ур чадварыг эзэмшсэнээр та чухал ажлуудаа онлайнаар хийхдээ илүү бие даасан, өөртөө итгэлтэй, аюулгүй байх болно.</w:t>
      </w:r>
    </w:p>
    <w:p w14:paraId="13EC1B9E"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 дараах зүйлсийг сурна:</w:t>
      </w:r>
    </w:p>
    <w:p w14:paraId="63EC2E99" w14:textId="77777777" w:rsidR="00204F2E" w:rsidRPr="00AB46C9" w:rsidRDefault="00204F2E">
      <w:pPr>
        <w:numPr>
          <w:ilvl w:val="0"/>
          <w:numId w:val="1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Төрийн болон эрүүл мэндийн үйлчилгээг онлайнаар ашиглах </w:t>
      </w:r>
    </w:p>
    <w:p w14:paraId="76C4983E" w14:textId="598CD49E" w:rsidR="00204F2E" w:rsidRPr="00AB46C9" w:rsidRDefault="008B66D9">
      <w:pPr>
        <w:numPr>
          <w:ilvl w:val="0"/>
          <w:numId w:val="1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w:t>
      </w:r>
      <w:r w:rsidR="00204F2E" w:rsidRPr="00AB46C9">
        <w:rPr>
          <w:rFonts w:eastAsia="Times New Roman" w:cs="Arial"/>
          <w:sz w:val="22"/>
          <w:lang w:val="mn-MN"/>
        </w:rPr>
        <w:t xml:space="preserve"> банкны үйлчилгээ ашиглаж, санхүүгийн мэдээллээ хамгаалах </w:t>
      </w:r>
    </w:p>
    <w:p w14:paraId="6F117B9B" w14:textId="77777777" w:rsidR="00204F2E" w:rsidRPr="00AB46C9" w:rsidRDefault="00204F2E">
      <w:pPr>
        <w:numPr>
          <w:ilvl w:val="0"/>
          <w:numId w:val="1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Цахим үйлчилгээг ашиглахдаа эрсдэлтэй үйлдлээс зайлсхийх </w:t>
      </w:r>
    </w:p>
    <w:p w14:paraId="2CAA58FB" w14:textId="46D809F3" w:rsidR="00EE3075" w:rsidRPr="00AB46C9" w:rsidRDefault="00204F2E" w:rsidP="008B66D9">
      <w:pPr>
        <w:numPr>
          <w:ilvl w:val="0"/>
          <w:numId w:val="11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Найдвартай платформ дээр аюулгүй худалдаа хийж, төлбөр төлөх </w:t>
      </w:r>
    </w:p>
    <w:p w14:paraId="760F5C62" w14:textId="483ECF7A" w:rsidR="00204F2E" w:rsidRPr="00AB46C9" w:rsidRDefault="00204F2E" w:rsidP="008B66D9">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 Төрийн болон эрүүл мэндийн үйлчилгээг онлайнаар ашиглах</w:t>
      </w:r>
    </w:p>
    <w:p w14:paraId="46580F5E"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p>
    <w:p w14:paraId="3B52550D" w14:textId="1906622F"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Интернет нь гэрээсээ гаралгүйгээр </w:t>
      </w:r>
      <w:r w:rsidR="008B66D9" w:rsidRPr="00AB46C9">
        <w:rPr>
          <w:rFonts w:eastAsia="Times New Roman" w:cs="Arial"/>
          <w:sz w:val="22"/>
          <w:lang w:val="mn-MN"/>
        </w:rPr>
        <w:t xml:space="preserve">чухал </w:t>
      </w:r>
      <w:r w:rsidRPr="00AB46C9">
        <w:rPr>
          <w:rFonts w:eastAsia="Times New Roman" w:cs="Arial"/>
          <w:sz w:val="22"/>
          <w:lang w:val="mn-MN"/>
        </w:rPr>
        <w:t xml:space="preserve">шаардлагатай үйлчилгээг авах боломжийг хялбар болгож байна. Та одоо төрийн тусламж, дэмжлэгт хамрагдах хүсэлт гаргах, эмчийн үзлэгийн цаг авах, иргэний үнэмлэхээ сунгуулах, эрүүл мэндийн шинжилгээний хариугаа харах зэрэг үйлчилгээг </w:t>
      </w:r>
      <w:r w:rsidR="008B66D9" w:rsidRPr="00AB46C9">
        <w:rPr>
          <w:rFonts w:eastAsia="Times New Roman" w:cs="Arial"/>
          <w:sz w:val="22"/>
          <w:lang w:val="mn-MN"/>
        </w:rPr>
        <w:t>цахимаар</w:t>
      </w:r>
      <w:r w:rsidRPr="00AB46C9">
        <w:rPr>
          <w:rFonts w:eastAsia="Times New Roman" w:cs="Arial"/>
          <w:sz w:val="22"/>
          <w:lang w:val="mn-MN"/>
        </w:rPr>
        <w:t xml:space="preserve"> авах боломжтой.</w:t>
      </w:r>
    </w:p>
    <w:p w14:paraId="69331EDA" w14:textId="036CD64A" w:rsidR="00204F2E" w:rsidRPr="00AB46C9" w:rsidRDefault="008B66D9"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p>
    <w:p w14:paraId="69338CD3" w14:textId="51F2799C" w:rsidR="00204F2E" w:rsidRPr="00AB46C9" w:rsidRDefault="00204F2E">
      <w:pPr>
        <w:numPr>
          <w:ilvl w:val="0"/>
          <w:numId w:val="1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Цаг хугацаа, мөнгө хэмнэнэ — </w:t>
      </w:r>
      <w:r w:rsidR="008B66D9" w:rsidRPr="00AB46C9">
        <w:rPr>
          <w:rFonts w:eastAsia="Times New Roman" w:cs="Arial"/>
          <w:sz w:val="22"/>
          <w:lang w:val="mn-MN"/>
        </w:rPr>
        <w:t>ирж/очих</w:t>
      </w:r>
      <w:r w:rsidRPr="00AB46C9">
        <w:rPr>
          <w:rFonts w:eastAsia="Times New Roman" w:cs="Arial"/>
          <w:sz w:val="22"/>
          <w:lang w:val="mn-MN"/>
        </w:rPr>
        <w:t xml:space="preserve"> болон дугаарлах шаардлагагүй. </w:t>
      </w:r>
    </w:p>
    <w:p w14:paraId="79AE6F9D" w14:textId="77777777" w:rsidR="00204F2E" w:rsidRPr="00AB46C9" w:rsidRDefault="00204F2E">
      <w:pPr>
        <w:numPr>
          <w:ilvl w:val="0"/>
          <w:numId w:val="1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Эрүүл мэндийн бодлого, тэтгэмж, онцгой байдлын талаарх мэдээллийг хурдан авна. </w:t>
      </w:r>
    </w:p>
    <w:p w14:paraId="33FCC8A1" w14:textId="77777777" w:rsidR="00204F2E" w:rsidRPr="00AB46C9" w:rsidRDefault="00204F2E">
      <w:pPr>
        <w:numPr>
          <w:ilvl w:val="0"/>
          <w:numId w:val="11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Бие даасан байдлаа хадгалж, өөрийн ажлаа өөрөө зохицуулна. </w:t>
      </w:r>
    </w:p>
    <w:p w14:paraId="37B78FBC" w14:textId="03DFD927" w:rsidR="00EE3075" w:rsidRPr="00AB46C9" w:rsidRDefault="008B66D9" w:rsidP="008B66D9">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t>Ач, зээгээ асардаг эмэгтэй хол газар явах шаардлагагүйгээр гар утасны апп ашиглан эрүүл мэндийн үзлэгийн цаг авч болн</w:t>
      </w:r>
      <w:r w:rsidR="00C00878" w:rsidRPr="00AB46C9">
        <w:rPr>
          <w:rFonts w:eastAsia="Times New Roman" w:cs="Arial"/>
          <w:sz w:val="22"/>
          <w:lang w:val="mn-MN"/>
        </w:rPr>
        <w:t>о.</w:t>
      </w:r>
    </w:p>
    <w:p w14:paraId="19D68725" w14:textId="36BB32CF" w:rsidR="00204F2E" w:rsidRPr="00AB46C9" w:rsidRDefault="00204F2E" w:rsidP="008B66D9">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Давуу тал</w:t>
      </w:r>
    </w:p>
    <w:p w14:paraId="560B51C9" w14:textId="77777777" w:rsidR="00204F2E" w:rsidRPr="00AB46C9" w:rsidRDefault="00204F2E">
      <w:pPr>
        <w:numPr>
          <w:ilvl w:val="0"/>
          <w:numId w:val="11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Тохиромжтой, цаг хэмнэнэ: Төрийн байгууллага, эмнэлэгт биечлэн очих шаардлагагүй тул хүлээх хугацаа болон замын зардал багасна. </w:t>
      </w:r>
    </w:p>
    <w:p w14:paraId="0B4D6078" w14:textId="7E6D7AF6" w:rsidR="00204F2E" w:rsidRPr="00AB46C9" w:rsidRDefault="00204F2E">
      <w:pPr>
        <w:numPr>
          <w:ilvl w:val="0"/>
          <w:numId w:val="11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24/7 хүртээмжтэй: Амралтын өдрүүдэд ч мэдээлэл авах, үйлчилгээ</w:t>
      </w:r>
      <w:r w:rsidR="008B66D9" w:rsidRPr="00AB46C9">
        <w:rPr>
          <w:rFonts w:eastAsia="Times New Roman" w:cs="Arial"/>
          <w:sz w:val="22"/>
          <w:lang w:val="mn-MN"/>
        </w:rPr>
        <w:t>нд</w:t>
      </w:r>
      <w:r w:rsidRPr="00AB46C9">
        <w:rPr>
          <w:rFonts w:eastAsia="Times New Roman" w:cs="Arial"/>
          <w:sz w:val="22"/>
          <w:lang w:val="mn-MN"/>
        </w:rPr>
        <w:t xml:space="preserve"> хүсэ</w:t>
      </w:r>
      <w:r w:rsidR="008B66D9" w:rsidRPr="00AB46C9">
        <w:rPr>
          <w:rFonts w:eastAsia="Times New Roman" w:cs="Arial"/>
          <w:sz w:val="22"/>
          <w:lang w:val="mn-MN"/>
        </w:rPr>
        <w:t>лт гаргах</w:t>
      </w:r>
      <w:r w:rsidRPr="00AB46C9">
        <w:rPr>
          <w:rFonts w:eastAsia="Times New Roman" w:cs="Arial"/>
          <w:sz w:val="22"/>
          <w:lang w:val="mn-MN"/>
        </w:rPr>
        <w:t xml:space="preserve"> боломжтой. </w:t>
      </w:r>
    </w:p>
    <w:p w14:paraId="327A83E8" w14:textId="2B6ACEC5" w:rsidR="00204F2E" w:rsidRPr="00AB46C9" w:rsidRDefault="00204F2E">
      <w:pPr>
        <w:numPr>
          <w:ilvl w:val="0"/>
          <w:numId w:val="11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Бичиг цаас багасна: </w:t>
      </w:r>
      <w:r w:rsidR="008B66D9" w:rsidRPr="00AB46C9">
        <w:rPr>
          <w:rFonts w:eastAsia="Times New Roman" w:cs="Arial"/>
          <w:sz w:val="22"/>
          <w:lang w:val="mn-MN"/>
        </w:rPr>
        <w:t xml:space="preserve">Цахим олон </w:t>
      </w:r>
      <w:r w:rsidRPr="00AB46C9">
        <w:rPr>
          <w:rFonts w:eastAsia="Times New Roman" w:cs="Arial"/>
          <w:sz w:val="22"/>
          <w:lang w:val="mn-MN"/>
        </w:rPr>
        <w:t xml:space="preserve">систем таны мэдээллийг хадгалж, дараа дахин ашиглах үед маягтыг автоматаар бөглөхөд тусалдаг. </w:t>
      </w:r>
    </w:p>
    <w:p w14:paraId="401DA212" w14:textId="10FF3203" w:rsidR="00C00878" w:rsidRPr="00AB46C9" w:rsidRDefault="00204F2E" w:rsidP="00C00878">
      <w:pPr>
        <w:numPr>
          <w:ilvl w:val="0"/>
          <w:numId w:val="11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Илүү бие даасан байна: Тэтгэмж хүсэх, үзлэгийн цаг авах зэрэг хэрэгцээгээ бусдын тусламжгүйгээр зохицуулж болно. </w:t>
      </w:r>
    </w:p>
    <w:p w14:paraId="5D218A4C" w14:textId="7803AD56"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Сул тал</w:t>
      </w:r>
    </w:p>
    <w:p w14:paraId="6AC368BD" w14:textId="6663DC94" w:rsidR="00204F2E" w:rsidRPr="00AB46C9" w:rsidRDefault="00204F2E">
      <w:pPr>
        <w:numPr>
          <w:ilvl w:val="0"/>
          <w:numId w:val="11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Интернет</w:t>
      </w:r>
      <w:r w:rsidR="0009519B" w:rsidRPr="00AB46C9">
        <w:rPr>
          <w:rFonts w:eastAsia="Times New Roman" w:cs="Arial"/>
          <w:sz w:val="22"/>
          <w:lang w:val="mn-MN"/>
        </w:rPr>
        <w:t xml:space="preserve">тэй байх шаардлагатай мөн цахим </w:t>
      </w:r>
      <w:r w:rsidRPr="00AB46C9">
        <w:rPr>
          <w:rFonts w:eastAsia="Times New Roman" w:cs="Arial"/>
          <w:sz w:val="22"/>
          <w:lang w:val="mn-MN"/>
        </w:rPr>
        <w:t xml:space="preserve">ур чадвар шаарддаг: </w:t>
      </w:r>
      <w:r w:rsidR="0009519B" w:rsidRPr="00AB46C9">
        <w:rPr>
          <w:rFonts w:eastAsia="Times New Roman" w:cs="Arial"/>
          <w:sz w:val="22"/>
          <w:lang w:val="mn-MN"/>
        </w:rPr>
        <w:t>Хүн бүр н</w:t>
      </w:r>
      <w:r w:rsidRPr="00AB46C9">
        <w:rPr>
          <w:rFonts w:eastAsia="Times New Roman" w:cs="Arial"/>
          <w:sz w:val="22"/>
          <w:lang w:val="mn-MN"/>
        </w:rPr>
        <w:t>айдвартай интернет</w:t>
      </w:r>
      <w:r w:rsidR="0009519B" w:rsidRPr="00AB46C9">
        <w:rPr>
          <w:rFonts w:eastAsia="Times New Roman" w:cs="Arial"/>
          <w:sz w:val="22"/>
          <w:lang w:val="mn-MN"/>
        </w:rPr>
        <w:t>тэй байдаггүй бас ц</w:t>
      </w:r>
      <w:r w:rsidRPr="00AB46C9">
        <w:rPr>
          <w:rFonts w:eastAsia="Times New Roman" w:cs="Arial"/>
          <w:sz w:val="22"/>
          <w:lang w:val="mn-MN"/>
        </w:rPr>
        <w:t>ахим хэрэгсэл ашигла</w:t>
      </w:r>
      <w:r w:rsidR="0009519B" w:rsidRPr="00AB46C9">
        <w:rPr>
          <w:rFonts w:eastAsia="Times New Roman" w:cs="Arial"/>
          <w:sz w:val="22"/>
          <w:lang w:val="mn-MN"/>
        </w:rPr>
        <w:t xml:space="preserve">ж чадахгүй тул </w:t>
      </w:r>
      <w:r w:rsidRPr="00AB46C9">
        <w:rPr>
          <w:rFonts w:eastAsia="Times New Roman" w:cs="Arial"/>
          <w:sz w:val="22"/>
          <w:lang w:val="mn-MN"/>
        </w:rPr>
        <w:t xml:space="preserve"> хүртээмж хязгаарлагд</w:t>
      </w:r>
      <w:r w:rsidR="0009519B" w:rsidRPr="00AB46C9">
        <w:rPr>
          <w:rFonts w:eastAsia="Times New Roman" w:cs="Arial"/>
          <w:sz w:val="22"/>
          <w:lang w:val="mn-MN"/>
        </w:rPr>
        <w:t>аж болн</w:t>
      </w:r>
      <w:r w:rsidRPr="00AB46C9">
        <w:rPr>
          <w:rFonts w:eastAsia="Times New Roman" w:cs="Arial"/>
          <w:sz w:val="22"/>
          <w:lang w:val="mn-MN"/>
        </w:rPr>
        <w:t xml:space="preserve">о. </w:t>
      </w:r>
    </w:p>
    <w:p w14:paraId="65960069" w14:textId="106CFEA2" w:rsidR="00204F2E" w:rsidRPr="00AB46C9" w:rsidRDefault="00204F2E">
      <w:pPr>
        <w:numPr>
          <w:ilvl w:val="0"/>
          <w:numId w:val="11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Хувийн мэдээллийн хамгаалалт:</w:t>
      </w:r>
      <w:r w:rsidR="0009519B" w:rsidRPr="00AB46C9">
        <w:rPr>
          <w:rFonts w:eastAsia="Times New Roman" w:cs="Arial"/>
          <w:sz w:val="22"/>
          <w:lang w:val="mn-MN"/>
        </w:rPr>
        <w:t xml:space="preserve"> Та б</w:t>
      </w:r>
      <w:r w:rsidRPr="00AB46C9">
        <w:rPr>
          <w:rFonts w:eastAsia="Times New Roman" w:cs="Arial"/>
          <w:sz w:val="22"/>
          <w:lang w:val="mn-MN"/>
        </w:rPr>
        <w:t xml:space="preserve">олгоомжгүй байвал иргэний үнэмлэхийн дугаар, эрүүл мэндийн болон санхүүгийн мэдээллийг </w:t>
      </w:r>
      <w:r w:rsidR="0009519B" w:rsidRPr="00AB46C9">
        <w:rPr>
          <w:rFonts w:eastAsia="Times New Roman" w:cs="Arial"/>
          <w:sz w:val="22"/>
          <w:lang w:val="mn-MN"/>
        </w:rPr>
        <w:t xml:space="preserve">тань </w:t>
      </w:r>
      <w:r w:rsidRPr="00AB46C9">
        <w:rPr>
          <w:rFonts w:eastAsia="Times New Roman" w:cs="Arial"/>
          <w:sz w:val="22"/>
          <w:lang w:val="mn-MN"/>
        </w:rPr>
        <w:t xml:space="preserve">буруугаар ашиглаж болно. Нийтийн Wi-Fi ашиглан нууц мэдээлэл оруулах эсвэл үл мэдэгдэх холбоос дээр дарахаас зайлсхий. </w:t>
      </w:r>
    </w:p>
    <w:p w14:paraId="469AAF9C" w14:textId="6942F2F0" w:rsidR="00204F2E" w:rsidRPr="00AB46C9" w:rsidRDefault="00204F2E">
      <w:pPr>
        <w:numPr>
          <w:ilvl w:val="0"/>
          <w:numId w:val="11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Зарим </w:t>
      </w:r>
      <w:r w:rsidR="00F12C81" w:rsidRPr="00AB46C9">
        <w:rPr>
          <w:rFonts w:eastAsia="Times New Roman" w:cs="Arial"/>
          <w:sz w:val="22"/>
          <w:lang w:val="mn-MN"/>
        </w:rPr>
        <w:t>цахим хуудас</w:t>
      </w:r>
      <w:r w:rsidRPr="00AB46C9">
        <w:rPr>
          <w:rFonts w:eastAsia="Times New Roman" w:cs="Arial"/>
          <w:sz w:val="22"/>
          <w:lang w:val="mn-MN"/>
        </w:rPr>
        <w:t xml:space="preserve">, апп төвөгтэй байж болно: Жижиг үсэгтэй эсвэл хэт техникийн мэдээлэлтэй сайт, апп ашиглахад хүндрэлтэй байж болно. </w:t>
      </w:r>
    </w:p>
    <w:p w14:paraId="374FC9FD" w14:textId="5E9BE416"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албан ёсны </w:t>
      </w:r>
      <w:r w:rsidR="00F12C81" w:rsidRPr="00AB46C9">
        <w:rPr>
          <w:rFonts w:eastAsia="Times New Roman" w:cs="Arial"/>
          <w:sz w:val="22"/>
          <w:lang w:val="mn-MN"/>
        </w:rPr>
        <w:t>цахим хуудас</w:t>
      </w:r>
      <w:r w:rsidRPr="00AB46C9">
        <w:rPr>
          <w:rFonts w:eastAsia="Times New Roman" w:cs="Arial"/>
          <w:sz w:val="22"/>
          <w:lang w:val="mn-MN"/>
        </w:rPr>
        <w:t xml:space="preserve"> эсвэл апп ашиглаж байгаа эсэхээ шалгаарай — хуурамч хувилбар биш байх ёстой.</w:t>
      </w:r>
    </w:p>
    <w:p w14:paraId="65CAF209" w14:textId="4BDF60AF" w:rsidR="00EE3075" w:rsidRPr="00AB46C9" w:rsidRDefault="0009519B" w:rsidP="0009519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Лого нь зөв эсэхийг </w:t>
      </w:r>
      <w:r w:rsidR="00204F2E" w:rsidRPr="00AB46C9">
        <w:rPr>
          <w:rFonts w:eastAsia="Times New Roman" w:cs="Arial"/>
          <w:sz w:val="22"/>
          <w:lang w:val="mn-MN"/>
        </w:rPr>
        <w:t>шалгах эсвэл хэн нэгнээ</w:t>
      </w:r>
      <w:r w:rsidRPr="00AB46C9">
        <w:rPr>
          <w:rFonts w:eastAsia="Times New Roman" w:cs="Arial"/>
          <w:sz w:val="22"/>
          <w:lang w:val="mn-MN"/>
        </w:rPr>
        <w:t>р</w:t>
      </w:r>
      <w:r w:rsidR="00204F2E" w:rsidRPr="00AB46C9">
        <w:rPr>
          <w:rFonts w:eastAsia="Times New Roman" w:cs="Arial"/>
          <w:sz w:val="22"/>
          <w:lang w:val="mn-MN"/>
        </w:rPr>
        <w:t xml:space="preserve"> шалгуулж болно.</w:t>
      </w:r>
    </w:p>
    <w:p w14:paraId="5B0C3246" w14:textId="47C82F4A" w:rsidR="0009519B" w:rsidRPr="00AB46C9" w:rsidRDefault="00204F2E" w:rsidP="0009519B">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1</w:t>
      </w:r>
    </w:p>
    <w:p w14:paraId="546D22AE" w14:textId="44A3CD6A" w:rsidR="00204F2E" w:rsidRPr="00AB46C9" w:rsidRDefault="00204F2E" w:rsidP="0009519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Төрийн үйлчилгээг олж мэдэх</w:t>
      </w:r>
    </w:p>
    <w:p w14:paraId="79D842C7" w14:textId="7E6732BA"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 xml:space="preserve">Төрийн болон эрүүл мэндийн үйлчилгээ авах боломжтой </w:t>
      </w:r>
      <w:r w:rsidR="0009519B" w:rsidRPr="00AB46C9">
        <w:rPr>
          <w:rFonts w:eastAsia="Times New Roman" w:cs="Arial"/>
          <w:sz w:val="22"/>
          <w:lang w:val="mn-MN"/>
        </w:rPr>
        <w:t>цахим</w:t>
      </w:r>
      <w:r w:rsidRPr="00AB46C9">
        <w:rPr>
          <w:rFonts w:eastAsia="Times New Roman" w:cs="Arial"/>
          <w:sz w:val="22"/>
          <w:lang w:val="mn-MN"/>
        </w:rPr>
        <w:t xml:space="preserve"> платформуудыг тодорхойлох.</w:t>
      </w:r>
    </w:p>
    <w:p w14:paraId="7886B6C3"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631E5B63" w14:textId="5604FB37" w:rsidR="00204F2E" w:rsidRPr="00AB46C9" w:rsidRDefault="00204F2E">
      <w:pPr>
        <w:numPr>
          <w:ilvl w:val="0"/>
          <w:numId w:val="11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Орон нутгийнхаа төрийн байгууллагын </w:t>
      </w:r>
      <w:r w:rsidR="00F12C81" w:rsidRPr="00AB46C9">
        <w:rPr>
          <w:rFonts w:eastAsia="Times New Roman" w:cs="Arial"/>
          <w:sz w:val="22"/>
          <w:lang w:val="mn-MN"/>
        </w:rPr>
        <w:t>цахим хуудас</w:t>
      </w:r>
      <w:r w:rsidRPr="00AB46C9">
        <w:rPr>
          <w:rFonts w:eastAsia="Times New Roman" w:cs="Arial"/>
          <w:sz w:val="22"/>
          <w:lang w:val="mn-MN"/>
        </w:rPr>
        <w:t xml:space="preserve">уудыг хайна. </w:t>
      </w:r>
    </w:p>
    <w:p w14:paraId="1EA4CB3F" w14:textId="77777777" w:rsidR="00204F2E" w:rsidRPr="00AB46C9" w:rsidRDefault="00204F2E">
      <w:pPr>
        <w:numPr>
          <w:ilvl w:val="0"/>
          <w:numId w:val="11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Өөрт тань сонирхолтой эсвэл хэрэгтэй санагдсан нэг үйлчилгээг бичнэ. </w:t>
      </w:r>
    </w:p>
    <w:p w14:paraId="466CC9EB" w14:textId="77777777" w:rsidR="0009519B" w:rsidRPr="00AB46C9" w:rsidRDefault="00204F2E" w:rsidP="00204F2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Эргэцүүлэн бодох:</w:t>
      </w:r>
    </w:p>
    <w:p w14:paraId="1AF76B54" w14:textId="61491C58" w:rsidR="0009519B" w:rsidRPr="00AB46C9" w:rsidRDefault="00204F2E" w:rsidP="0009519B">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br/>
        <w:t>Энэ ажлыг биечлэн хийхийн оронд онлайнаар хийх талаар танд ямар санагдсан бэ? Үүнийг хялбар болгохын тулд ямар тусламж хэрэгтэй вэ?</w:t>
      </w:r>
    </w:p>
    <w:p w14:paraId="4AA49E21" w14:textId="7C30A21F" w:rsidR="00204F2E" w:rsidRPr="00AB46C9" w:rsidRDefault="00204F2E" w:rsidP="0009519B">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2. Аюулгүй </w:t>
      </w:r>
      <w:r w:rsidR="00C70A94" w:rsidRPr="00AB46C9">
        <w:rPr>
          <w:rFonts w:eastAsia="Times New Roman" w:cs="Arial"/>
          <w:b/>
          <w:bCs/>
          <w:sz w:val="22"/>
          <w:lang w:val="mn-MN"/>
        </w:rPr>
        <w:t>цахим</w:t>
      </w:r>
      <w:r w:rsidRPr="00AB46C9">
        <w:rPr>
          <w:rFonts w:eastAsia="Times New Roman" w:cs="Arial"/>
          <w:b/>
          <w:bCs/>
          <w:sz w:val="22"/>
          <w:lang w:val="mn-MN"/>
        </w:rPr>
        <w:t xml:space="preserve"> худалдаа</w:t>
      </w:r>
    </w:p>
    <w:p w14:paraId="2853443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p>
    <w:p w14:paraId="1D6BA401" w14:textId="12015ABD" w:rsidR="00204F2E" w:rsidRPr="00AB46C9" w:rsidRDefault="002B79F2"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Цахим </w:t>
      </w:r>
      <w:r w:rsidR="00204F2E" w:rsidRPr="00AB46C9">
        <w:rPr>
          <w:rFonts w:eastAsia="Times New Roman" w:cs="Arial"/>
          <w:sz w:val="22"/>
          <w:lang w:val="mn-MN"/>
        </w:rPr>
        <w:t xml:space="preserve">худалдаа нь найдвартай </w:t>
      </w:r>
      <w:r w:rsidR="00F12C81" w:rsidRPr="00AB46C9">
        <w:rPr>
          <w:rFonts w:eastAsia="Times New Roman" w:cs="Arial"/>
          <w:sz w:val="22"/>
          <w:lang w:val="mn-MN"/>
        </w:rPr>
        <w:t>цахим хуудас</w:t>
      </w:r>
      <w:r w:rsidR="00204F2E" w:rsidRPr="00AB46C9">
        <w:rPr>
          <w:rFonts w:eastAsia="Times New Roman" w:cs="Arial"/>
          <w:sz w:val="22"/>
          <w:lang w:val="mn-MN"/>
        </w:rPr>
        <w:t>, апп ашиглан хүнс, хувцас, бэлэг зэрэг барааг гэрээсээ худалдан авч, шууд гэртээ хүргүүлэх боломжийг олгодог.</w:t>
      </w:r>
    </w:p>
    <w:p w14:paraId="46EECE59" w14:textId="2F46E9A7" w:rsidR="00204F2E" w:rsidRPr="00AB46C9" w:rsidRDefault="00E06673"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 xml:space="preserve">Яагаад чухал вэ? </w:t>
      </w:r>
    </w:p>
    <w:p w14:paraId="4C03E738" w14:textId="7887F989" w:rsidR="00204F2E" w:rsidRPr="00AB46C9" w:rsidRDefault="009B158C" w:rsidP="009B158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Хялбар х</w:t>
      </w:r>
      <w:r w:rsidR="00204F2E" w:rsidRPr="00AB46C9">
        <w:rPr>
          <w:rFonts w:eastAsia="Times New Roman" w:cs="Arial"/>
          <w:sz w:val="22"/>
          <w:lang w:val="mn-MN"/>
        </w:rPr>
        <w:t>удалдан авалты</w:t>
      </w:r>
      <w:r w:rsidRPr="00AB46C9">
        <w:rPr>
          <w:rFonts w:eastAsia="Times New Roman" w:cs="Arial"/>
          <w:sz w:val="22"/>
          <w:lang w:val="mn-MN"/>
        </w:rPr>
        <w:t>н туршлага: Цахим худалдан авалт нь ялангуяа д</w:t>
      </w:r>
      <w:r w:rsidR="00204F2E" w:rsidRPr="00AB46C9">
        <w:rPr>
          <w:rFonts w:eastAsia="Times New Roman" w:cs="Arial"/>
          <w:sz w:val="22"/>
          <w:lang w:val="mn-MN"/>
        </w:rPr>
        <w:t xml:space="preserve">элгүүрээс хол амьдардаг хүмүүст тохиромжтой. Хүнд </w:t>
      </w:r>
      <w:r w:rsidRPr="00AB46C9">
        <w:rPr>
          <w:rFonts w:eastAsia="Times New Roman" w:cs="Arial"/>
          <w:sz w:val="22"/>
          <w:lang w:val="mn-MN"/>
        </w:rPr>
        <w:t xml:space="preserve">зүйл </w:t>
      </w:r>
      <w:r w:rsidR="00204F2E" w:rsidRPr="00AB46C9">
        <w:rPr>
          <w:rFonts w:eastAsia="Times New Roman" w:cs="Arial"/>
          <w:sz w:val="22"/>
          <w:lang w:val="mn-MN"/>
        </w:rPr>
        <w:t>зөөх, урт дараалалд зогсох шаардлагагүй</w:t>
      </w:r>
      <w:r w:rsidRPr="00AB46C9">
        <w:rPr>
          <w:rFonts w:eastAsia="Times New Roman" w:cs="Arial"/>
          <w:sz w:val="22"/>
          <w:lang w:val="mn-MN"/>
        </w:rPr>
        <w:t xml:space="preserve"> гэрээсээ захиална</w:t>
      </w:r>
      <w:r w:rsidR="00204F2E" w:rsidRPr="00AB46C9">
        <w:rPr>
          <w:rFonts w:eastAsia="Times New Roman" w:cs="Arial"/>
          <w:sz w:val="22"/>
          <w:lang w:val="mn-MN"/>
        </w:rPr>
        <w:t xml:space="preserve">. </w:t>
      </w:r>
    </w:p>
    <w:p w14:paraId="3F10C6CB" w14:textId="407FC8FA" w:rsidR="00C00878" w:rsidRPr="00AB46C9" w:rsidRDefault="00E06673" w:rsidP="002B79F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br/>
        <w:t>Ганцаараа амьдардаг эмээ гар утасны апп ашиглан эм, хүнс захиалж, маргааш нь хүргүүлж болно. Ингэснээр цаг хэмнээд зогсохгүй бие махбодын ачааллыг бууруулна.</w:t>
      </w:r>
    </w:p>
    <w:p w14:paraId="172F988B" w14:textId="74B42C34" w:rsidR="002B79F2" w:rsidRPr="00AB46C9" w:rsidRDefault="009B158C" w:rsidP="002B79F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Үнэ болон хэрэглэгчийн сэтгэгдлийг харьцуулж болно.</w:t>
      </w:r>
      <w:r w:rsidRPr="00AB46C9">
        <w:rPr>
          <w:rFonts w:eastAsia="Times New Roman" w:cs="Arial"/>
          <w:sz w:val="22"/>
          <w:lang w:val="mn-MN"/>
        </w:rPr>
        <w:t xml:space="preserve"> </w:t>
      </w:r>
      <w:r w:rsidR="002B79F2" w:rsidRPr="00AB46C9">
        <w:rPr>
          <w:rFonts w:eastAsia="Times New Roman" w:cs="Arial"/>
          <w:sz w:val="22"/>
          <w:lang w:val="mn-MN"/>
        </w:rPr>
        <w:t>Худалдан авахаасаа өмнө өөр өөр худалдагчийн үнийг харьцуулж, бусад худалдан авагчдын сэтгэгдлийг уншиж болно. Энэ нь зах дээр явж хамгийн сайн үнийг хайж байгаатай адил.</w:t>
      </w:r>
    </w:p>
    <w:p w14:paraId="5223E16B" w14:textId="77777777" w:rsidR="009B158C" w:rsidRPr="00AB46C9" w:rsidRDefault="009B158C" w:rsidP="002B79F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Жишээ:</w:t>
      </w:r>
      <w:r w:rsidRPr="00AB46C9">
        <w:rPr>
          <w:rFonts w:eastAsia="Times New Roman" w:cs="Arial"/>
          <w:sz w:val="22"/>
          <w:lang w:val="mn-MN"/>
        </w:rPr>
        <w:t xml:space="preserve"> </w:t>
      </w:r>
    </w:p>
    <w:p w14:paraId="6CDF974A" w14:textId="46E90826" w:rsidR="00EE3075" w:rsidRPr="00AB46C9" w:rsidRDefault="002B79F2"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олон хэрэглэгч тухайн бараа болон худалдагчийн талаар эерэг сэтгэгдэл үлдээсэн бол худалдан авалт хийхдээ илүү итгэлтэй байж болно</w:t>
      </w:r>
      <w:r w:rsidR="00C00878" w:rsidRPr="00AB46C9">
        <w:rPr>
          <w:rFonts w:eastAsia="Times New Roman" w:cs="Arial"/>
          <w:sz w:val="22"/>
          <w:lang w:val="mn-MN"/>
        </w:rPr>
        <w:t>.</w:t>
      </w:r>
    </w:p>
    <w:p w14:paraId="236521E8" w14:textId="77777777" w:rsidR="00EE3075" w:rsidRPr="00AB46C9" w:rsidRDefault="00EE3075" w:rsidP="00204F2E">
      <w:pPr>
        <w:spacing w:before="100" w:beforeAutospacing="1" w:after="100" w:afterAutospacing="1" w:line="240" w:lineRule="auto"/>
        <w:outlineLvl w:val="1"/>
        <w:rPr>
          <w:rFonts w:eastAsia="Times New Roman" w:cs="Arial"/>
          <w:b/>
          <w:bCs/>
          <w:sz w:val="22"/>
          <w:lang w:val="mn-MN"/>
        </w:rPr>
      </w:pPr>
    </w:p>
    <w:p w14:paraId="419EAE20" w14:textId="450D1ED8"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Түгээмэл, найдвартай платформууд</w:t>
      </w:r>
    </w:p>
    <w:p w14:paraId="7F8AEC3F"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Хятад:</w:t>
      </w:r>
      <w:r w:rsidRPr="00AB46C9">
        <w:rPr>
          <w:rFonts w:eastAsia="Times New Roman" w:cs="Arial"/>
          <w:sz w:val="22"/>
          <w:lang w:val="mn-MN"/>
        </w:rPr>
        <w:br/>
        <w:t>Taobao, JD.com, Temu</w:t>
      </w:r>
    </w:p>
    <w:p w14:paraId="0F9618F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Энэтхэг:</w:t>
      </w:r>
      <w:r w:rsidRPr="00AB46C9">
        <w:rPr>
          <w:rFonts w:eastAsia="Times New Roman" w:cs="Arial"/>
          <w:sz w:val="22"/>
          <w:lang w:val="mn-MN"/>
        </w:rPr>
        <w:br/>
        <w:t>Flipkart, Amazon</w:t>
      </w:r>
    </w:p>
    <w:p w14:paraId="0C475FF8"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Индонез:</w:t>
      </w:r>
      <w:r w:rsidRPr="00AB46C9">
        <w:rPr>
          <w:rFonts w:eastAsia="Times New Roman" w:cs="Arial"/>
          <w:sz w:val="22"/>
          <w:lang w:val="mn-MN"/>
        </w:rPr>
        <w:br/>
        <w:t>Tokopedia, Bukalapak</w:t>
      </w:r>
    </w:p>
    <w:p w14:paraId="29396A16"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Тайланд:</w:t>
      </w:r>
      <w:r w:rsidRPr="00AB46C9">
        <w:rPr>
          <w:rFonts w:eastAsia="Times New Roman" w:cs="Arial"/>
          <w:sz w:val="22"/>
          <w:lang w:val="mn-MN"/>
        </w:rPr>
        <w:br/>
        <w:t>Shopee, Lazada</w:t>
      </w:r>
    </w:p>
    <w:p w14:paraId="1AA7A24A"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АНУ:</w:t>
      </w:r>
      <w:r w:rsidRPr="00AB46C9">
        <w:rPr>
          <w:rFonts w:eastAsia="Times New Roman" w:cs="Arial"/>
          <w:sz w:val="22"/>
          <w:lang w:val="mn-MN"/>
        </w:rPr>
        <w:br/>
        <w:t>Amazon, Walmart</w:t>
      </w:r>
    </w:p>
    <w:p w14:paraId="7B0E24B0" w14:textId="632AEE13" w:rsidR="009B158C" w:rsidRPr="00AB46C9" w:rsidRDefault="00204F2E" w:rsidP="009B158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Олон улсад:</w:t>
      </w:r>
      <w:r w:rsidRPr="00AB46C9">
        <w:rPr>
          <w:rFonts w:eastAsia="Times New Roman" w:cs="Arial"/>
          <w:sz w:val="22"/>
          <w:lang w:val="mn-MN"/>
        </w:rPr>
        <w:br/>
        <w:t>AliExpress</w:t>
      </w:r>
    </w:p>
    <w:p w14:paraId="35CF874A" w14:textId="77777777" w:rsidR="009B158C" w:rsidRPr="00AB46C9" w:rsidRDefault="009B158C" w:rsidP="009B158C">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Олон худалдааны апп одоо том товчлуур болон дуу хоолойгоор удирдах боломжтой болсон нь ахмад настнууд болон харааны бэрхшээлтэй хүмүүст тустай.</w:t>
      </w:r>
    </w:p>
    <w:p w14:paraId="4A5CC549" w14:textId="2FDAE19E" w:rsidR="00204F2E" w:rsidRPr="00AB46C9" w:rsidRDefault="00204F2E" w:rsidP="009B158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Аюулгүй худалдаа хийх зөвлөмж</w:t>
      </w:r>
    </w:p>
    <w:p w14:paraId="5838F09E" w14:textId="77777777" w:rsidR="00204F2E" w:rsidRPr="00AB46C9" w:rsidRDefault="00204F2E">
      <w:pPr>
        <w:numPr>
          <w:ilvl w:val="0"/>
          <w:numId w:val="1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https:// гэсэн хаяг болон цоожны тэмдэг </w:t>
      </w:r>
      <w:r w:rsidRPr="00AB46C9">
        <w:rPr>
          <w:rFonts w:ascii="Segoe UI Emoji" w:eastAsia="Times New Roman" w:hAnsi="Segoe UI Emoji" w:cs="Segoe UI Emoji"/>
          <w:sz w:val="22"/>
          <w:lang w:val="mn-MN"/>
        </w:rPr>
        <w:t>🔒</w:t>
      </w:r>
      <w:r w:rsidRPr="00AB46C9">
        <w:rPr>
          <w:rFonts w:eastAsia="Times New Roman" w:cs="Arial"/>
          <w:sz w:val="22"/>
          <w:lang w:val="mn-MN"/>
        </w:rPr>
        <w:t xml:space="preserve"> байгаа эсэхийг шалга. </w:t>
      </w:r>
    </w:p>
    <w:p w14:paraId="1B73B092" w14:textId="77777777" w:rsidR="00204F2E" w:rsidRPr="00AB46C9" w:rsidRDefault="00204F2E">
      <w:pPr>
        <w:numPr>
          <w:ilvl w:val="0"/>
          <w:numId w:val="1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Сайн үнэлгээтэй, бараа буцаах журамтай платформ ашигла. </w:t>
      </w:r>
    </w:p>
    <w:p w14:paraId="40499C58" w14:textId="77777777" w:rsidR="00204F2E" w:rsidRPr="00AB46C9" w:rsidRDefault="00204F2E">
      <w:pPr>
        <w:numPr>
          <w:ilvl w:val="0"/>
          <w:numId w:val="1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Үл мэдэгдэх мессеж дэх холбоос дээр дарахаас зайлсхий. </w:t>
      </w:r>
    </w:p>
    <w:p w14:paraId="2AF900BF" w14:textId="410844C1" w:rsidR="00EE3075" w:rsidRPr="00AB46C9" w:rsidRDefault="00204F2E" w:rsidP="009B158C">
      <w:pPr>
        <w:numPr>
          <w:ilvl w:val="0"/>
          <w:numId w:val="11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Хэрэв санал </w:t>
      </w:r>
      <w:r w:rsidR="009B158C" w:rsidRPr="00AB46C9">
        <w:rPr>
          <w:rFonts w:eastAsia="Times New Roman" w:cs="Arial"/>
          <w:sz w:val="22"/>
          <w:lang w:val="mn-MN"/>
        </w:rPr>
        <w:t xml:space="preserve">үнэмшмээргүй </w:t>
      </w:r>
      <w:r w:rsidRPr="00AB46C9">
        <w:rPr>
          <w:rFonts w:eastAsia="Times New Roman" w:cs="Arial"/>
          <w:sz w:val="22"/>
          <w:lang w:val="mn-MN"/>
        </w:rPr>
        <w:t>сай</w:t>
      </w:r>
      <w:r w:rsidR="009B158C" w:rsidRPr="00AB46C9">
        <w:rPr>
          <w:rFonts w:eastAsia="Times New Roman" w:cs="Arial"/>
          <w:sz w:val="22"/>
          <w:lang w:val="mn-MN"/>
        </w:rPr>
        <w:t xml:space="preserve">н </w:t>
      </w:r>
      <w:r w:rsidRPr="00AB46C9">
        <w:rPr>
          <w:rFonts w:eastAsia="Times New Roman" w:cs="Arial"/>
          <w:sz w:val="22"/>
          <w:lang w:val="mn-MN"/>
        </w:rPr>
        <w:t xml:space="preserve">санагдаж байвал — жишээ нь утас 90%-ийн хямдралтай гэх мэт — энэ нь </w:t>
      </w:r>
      <w:r w:rsidR="0046408A" w:rsidRPr="00AB46C9">
        <w:rPr>
          <w:rFonts w:eastAsia="Times New Roman" w:cs="Arial"/>
          <w:sz w:val="22"/>
          <w:lang w:val="mn-MN"/>
        </w:rPr>
        <w:t>залилан</w:t>
      </w:r>
      <w:r w:rsidRPr="00AB46C9">
        <w:rPr>
          <w:rFonts w:eastAsia="Times New Roman" w:cs="Arial"/>
          <w:sz w:val="22"/>
          <w:lang w:val="mn-MN"/>
        </w:rPr>
        <w:t xml:space="preserve"> байж болзошгүй. </w:t>
      </w:r>
    </w:p>
    <w:p w14:paraId="7044F529" w14:textId="04AE3A23" w:rsidR="009B158C" w:rsidRPr="00AB46C9" w:rsidRDefault="009B158C" w:rsidP="009B158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2</w:t>
      </w:r>
    </w:p>
    <w:p w14:paraId="1EF621CE" w14:textId="7F2FB0F1" w:rsidR="00204F2E" w:rsidRPr="00AB46C9" w:rsidRDefault="00204F2E" w:rsidP="009B158C">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Ухаалаг худалдаа хийцгээе!</w:t>
      </w:r>
    </w:p>
    <w:p w14:paraId="1B06EA42" w14:textId="697F35FA"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 xml:space="preserve">Аюулгүй, найдвартай </w:t>
      </w:r>
      <w:r w:rsidR="009B158C" w:rsidRPr="00AB46C9">
        <w:rPr>
          <w:rFonts w:eastAsia="Times New Roman" w:cs="Arial"/>
          <w:sz w:val="22"/>
          <w:lang w:val="mn-MN"/>
        </w:rPr>
        <w:t xml:space="preserve">цахим </w:t>
      </w:r>
      <w:r w:rsidRPr="00AB46C9">
        <w:rPr>
          <w:rFonts w:eastAsia="Times New Roman" w:cs="Arial"/>
          <w:sz w:val="22"/>
          <w:lang w:val="mn-MN"/>
        </w:rPr>
        <w:t>худалдааны сайтыг таних онцлогийг тодорхойлох.</w:t>
      </w:r>
    </w:p>
    <w:p w14:paraId="735595C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355FEF27" w14:textId="56B57B87" w:rsidR="00204F2E" w:rsidRPr="00AB46C9" w:rsidRDefault="00204F2E">
      <w:pPr>
        <w:numPr>
          <w:ilvl w:val="0"/>
          <w:numId w:val="1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Хөтөчөө нээх эсвэл Shopee, Lazada, Tokopedia, Flipkart зэрэг худалдааны аппыг нээнэ. Эдгээр платформууд нь </w:t>
      </w:r>
      <w:r w:rsidR="00F12C81" w:rsidRPr="00AB46C9">
        <w:rPr>
          <w:rFonts w:eastAsia="Times New Roman" w:cs="Arial"/>
          <w:sz w:val="22"/>
          <w:lang w:val="mn-MN"/>
        </w:rPr>
        <w:t>цахим хуудас</w:t>
      </w:r>
      <w:r w:rsidRPr="00AB46C9">
        <w:rPr>
          <w:rFonts w:eastAsia="Times New Roman" w:cs="Arial"/>
          <w:sz w:val="22"/>
          <w:lang w:val="mn-MN"/>
        </w:rPr>
        <w:t xml:space="preserve"> болон гар утасны апптай бөгөөд ахмад настнуудад ашиглахад хялбар байдаг. Жишээлбэл, Shopee болон Lazada-ийн апп нь том дүрс, энгийн </w:t>
      </w:r>
      <w:r w:rsidR="009B158C" w:rsidRPr="00AB46C9">
        <w:rPr>
          <w:rFonts w:eastAsia="Times New Roman" w:cs="Arial"/>
          <w:sz w:val="22"/>
          <w:lang w:val="mn-MN"/>
        </w:rPr>
        <w:t>хайлттай</w:t>
      </w:r>
      <w:r w:rsidRPr="00AB46C9">
        <w:rPr>
          <w:rFonts w:eastAsia="Times New Roman" w:cs="Arial"/>
          <w:sz w:val="22"/>
          <w:lang w:val="mn-MN"/>
        </w:rPr>
        <w:t xml:space="preserve"> тул унших болон дарахад хялбар. </w:t>
      </w:r>
    </w:p>
    <w:p w14:paraId="72E9E9A5" w14:textId="33D0CE46" w:rsidR="00D47DBA" w:rsidRPr="00AB46C9" w:rsidRDefault="00F12C81">
      <w:pPr>
        <w:numPr>
          <w:ilvl w:val="0"/>
          <w:numId w:val="11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Цахим хуудас</w:t>
      </w:r>
      <w:r w:rsidR="00204F2E" w:rsidRPr="00AB46C9">
        <w:rPr>
          <w:rFonts w:eastAsia="Times New Roman" w:cs="Arial"/>
          <w:sz w:val="22"/>
          <w:lang w:val="mn-MN"/>
        </w:rPr>
        <w:t xml:space="preserve"> ашиглаж байгаа бол хайлтын системд нэрийг нь бичнэ. Апп ашиглаж байгаа бол дүрс дээр нь дарж нээнэ. Дараа нь дэлгэцийн дээд хэсгийг харна. </w:t>
      </w:r>
    </w:p>
    <w:p w14:paraId="3FBF60CD" w14:textId="168E79F8" w:rsidR="00204F2E" w:rsidRPr="00AB46C9" w:rsidRDefault="00204F2E" w:rsidP="00D47DB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Хаягийн мөрөнд цоожны тэмдэг байна уу? Энэ нь холболт аюулгүй гэсэн үг. </w:t>
      </w:r>
    </w:p>
    <w:p w14:paraId="68DDB72E"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1CC95460" w14:textId="77777777" w:rsidR="00204F2E" w:rsidRPr="00AB46C9" w:rsidRDefault="00AB46C9" w:rsidP="00204F2E">
      <w:pPr>
        <w:spacing w:after="0" w:line="240" w:lineRule="auto"/>
        <w:rPr>
          <w:rFonts w:eastAsia="Times New Roman" w:cs="Arial"/>
          <w:sz w:val="22"/>
          <w:lang w:val="mn-MN"/>
        </w:rPr>
      </w:pPr>
      <w:r w:rsidRPr="00AB46C9">
        <w:rPr>
          <w:rFonts w:eastAsia="Times New Roman" w:cs="Arial"/>
          <w:sz w:val="22"/>
          <w:lang w:val="mn-MN"/>
        </w:rPr>
        <w:pict w14:anchorId="0E78D7A5">
          <v:rect id="_x0000_i1027" style="width:0;height:1.5pt" o:hralign="center" o:hrstd="t" o:hr="t" fillcolor="#a0a0a0" stroked="f"/>
        </w:pict>
      </w:r>
    </w:p>
    <w:p w14:paraId="015D2089" w14:textId="21D2B090" w:rsidR="00EE3075" w:rsidRPr="00AB46C9" w:rsidRDefault="00D47DBA" w:rsidP="00C00878">
      <w:pPr>
        <w:spacing w:before="100" w:beforeAutospacing="1" w:after="100" w:afterAutospacing="1" w:line="240" w:lineRule="auto"/>
        <w:ind w:left="720" w:hanging="360"/>
        <w:rPr>
          <w:rFonts w:eastAsia="Times New Roman" w:cs="Arial"/>
          <w:sz w:val="22"/>
          <w:lang w:val="mn-MN"/>
        </w:rPr>
      </w:pPr>
      <w:r w:rsidRPr="00AB46C9">
        <w:rPr>
          <w:rFonts w:eastAsia="Times New Roman" w:cs="Arial"/>
          <w:sz w:val="22"/>
          <w:lang w:val="mn-MN"/>
        </w:rPr>
        <w:t xml:space="preserve">3.  </w:t>
      </w:r>
      <w:r w:rsidR="009B158C" w:rsidRPr="00AB46C9">
        <w:rPr>
          <w:rFonts w:eastAsia="Times New Roman" w:cs="Arial"/>
          <w:sz w:val="22"/>
          <w:lang w:val="mn-MN"/>
        </w:rPr>
        <w:t>“Гутал” эсвэл “витамин” гэх мэт бараа хайж үзнэ. Бараан дээр дарж дэлгэрэнгүй мэдээлэл, одон үнэлгээ болон хэрэглэгчийн сэтгэгдлийг шалгана</w:t>
      </w:r>
    </w:p>
    <w:p w14:paraId="69BC3E52" w14:textId="75AFC44D" w:rsidR="00D47DBA" w:rsidRPr="00AB46C9" w:rsidRDefault="00D47DBA" w:rsidP="00D47DB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Өөрөөсөө асуугаарай:</w:t>
      </w:r>
    </w:p>
    <w:p w14:paraId="66FAEA70" w14:textId="710469A9"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Энэ дэлгүүр сайн нэр хүндтэй юу?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4300AC05"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Хүмүүс худалдан авалтдаа сэтгэл хангалуун байгаа бололтой юу?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18D6A3FC" w14:textId="0C7455F7" w:rsidR="00EE3075" w:rsidRPr="00AB46C9" w:rsidRDefault="00EE3075" w:rsidP="00204F2E">
      <w:pPr>
        <w:spacing w:before="100" w:beforeAutospacing="1" w:after="100" w:afterAutospacing="1" w:line="240" w:lineRule="auto"/>
        <w:rPr>
          <w:rFonts w:eastAsia="Times New Roman" w:cs="Arial"/>
          <w:b/>
          <w:bCs/>
          <w:sz w:val="22"/>
          <w:lang w:val="mn-MN"/>
        </w:rPr>
      </w:pPr>
      <w:r w:rsidRPr="00AB46C9">
        <w:rPr>
          <w:rFonts w:eastAsia="Times New Roman" w:cs="Arial"/>
          <w:b/>
          <w:bCs/>
          <w:sz w:val="22"/>
          <w:lang w:val="mn-MN"/>
        </w:rPr>
        <w:t>Зөвлөмж</w:t>
      </w:r>
    </w:p>
    <w:p w14:paraId="6207C2EF" w14:textId="6CB5E31C"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та анх удаа ашиглаж байгаа бол шууд худалдан авалт хийхгүйгээр эхлээд сайтаа үзэж танилцаарай. Өөртөө илүү итгэлтэй болтлоо апп эсвэл сайтыг судалж болно.</w:t>
      </w:r>
    </w:p>
    <w:p w14:paraId="21132FEB" w14:textId="77777777" w:rsidR="00D47DBA" w:rsidRPr="00AB46C9" w:rsidRDefault="00D47DBA" w:rsidP="00204F2E">
      <w:pPr>
        <w:spacing w:before="100" w:beforeAutospacing="1" w:after="100" w:afterAutospacing="1" w:line="240" w:lineRule="auto"/>
        <w:rPr>
          <w:rFonts w:eastAsia="Times New Roman" w:cs="Arial"/>
          <w:b/>
          <w:bCs/>
          <w:sz w:val="22"/>
          <w:lang w:val="mn-MN"/>
        </w:rPr>
      </w:pPr>
    </w:p>
    <w:p w14:paraId="5ECE3E83" w14:textId="12D8C53B"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294112D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Бараа сонгохдоо өөртөө итгэлтэй байсан уу?</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Тийм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Үгүй</w:t>
      </w:r>
    </w:p>
    <w:p w14:paraId="6898FB00" w14:textId="2ACC42BB" w:rsidR="00EE3075" w:rsidRPr="00AB46C9" w:rsidRDefault="00204F2E" w:rsidP="00D47DB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Тухайн сайтад итгэх эсвэл үл итгэхэд юу нөлөөлөв?</w:t>
      </w:r>
    </w:p>
    <w:p w14:paraId="2C7CE91C" w14:textId="3F7E3A8D" w:rsidR="00204F2E" w:rsidRPr="00AB46C9" w:rsidRDefault="00204F2E" w:rsidP="00D47DBA">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lastRenderedPageBreak/>
        <w:t xml:space="preserve">3. Төлбөр төлөх болон </w:t>
      </w:r>
      <w:r w:rsidR="00D47DBA" w:rsidRPr="00AB46C9">
        <w:rPr>
          <w:rFonts w:eastAsia="Times New Roman" w:cs="Arial"/>
          <w:b/>
          <w:bCs/>
          <w:sz w:val="22"/>
          <w:lang w:val="mn-MN"/>
        </w:rPr>
        <w:t>цахимаар</w:t>
      </w:r>
      <w:r w:rsidRPr="00AB46C9">
        <w:rPr>
          <w:rFonts w:eastAsia="Times New Roman" w:cs="Arial"/>
          <w:b/>
          <w:bCs/>
          <w:sz w:val="22"/>
          <w:lang w:val="mn-MN"/>
        </w:rPr>
        <w:t xml:space="preserve"> гүйлгээ хийх</w:t>
      </w:r>
    </w:p>
    <w:p w14:paraId="5AAC3935" w14:textId="77777777" w:rsidR="00D47DBA" w:rsidRPr="00AB46C9" w:rsidRDefault="00D47DBA" w:rsidP="00D47DB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Өнөөдөр та цахилгаан, ус, гар утасны төлбөрөө төлөх, тэр ч байтугай буяны байгууллагад хандив өгөх зэргийг бүгдийг гар утсаараа хийж болно.</w:t>
      </w:r>
    </w:p>
    <w:p w14:paraId="4F07B22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p>
    <w:p w14:paraId="3617F3F6" w14:textId="77777777" w:rsidR="00D47DBA" w:rsidRPr="00AB46C9" w:rsidRDefault="00D47DBA">
      <w:pPr>
        <w:numPr>
          <w:ilvl w:val="0"/>
          <w:numId w:val="1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 эсвэл дэлгүүрт очиж, дугаарлах шаардлагагүй. </w:t>
      </w:r>
    </w:p>
    <w:p w14:paraId="4FF6E45B" w14:textId="77777777" w:rsidR="00D47DBA" w:rsidRPr="00AB46C9" w:rsidRDefault="00D47DBA">
      <w:pPr>
        <w:numPr>
          <w:ilvl w:val="0"/>
          <w:numId w:val="1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Их хэмжээний бэлэн мөнгө авч явахаас аюулгүй. </w:t>
      </w:r>
    </w:p>
    <w:p w14:paraId="4DA3558B" w14:textId="77777777" w:rsidR="00D47DBA" w:rsidRPr="00AB46C9" w:rsidRDefault="00D47DBA">
      <w:pPr>
        <w:numPr>
          <w:ilvl w:val="0"/>
          <w:numId w:val="12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Төлбөрөө илүү сайн хянах боломжтой. </w:t>
      </w:r>
    </w:p>
    <w:p w14:paraId="26EAF39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Өдөр тутмын хэрэглээний жишээ:</w:t>
      </w:r>
    </w:p>
    <w:p w14:paraId="1E8FBBB4" w14:textId="420578B1" w:rsidR="00204F2E" w:rsidRPr="00AB46C9" w:rsidRDefault="00EE3075" w:rsidP="00D47DB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Дулам эмээ</w:t>
      </w:r>
      <w:r w:rsidR="00204F2E" w:rsidRPr="00AB46C9">
        <w:rPr>
          <w:rFonts w:eastAsia="Times New Roman" w:cs="Arial"/>
          <w:sz w:val="22"/>
          <w:lang w:val="mn-MN"/>
        </w:rPr>
        <w:t xml:space="preserve"> сар бүрийн цахилгааны төлбөрөө орон нутгийн банкны апп ашиглан төлдөг. </w:t>
      </w:r>
    </w:p>
    <w:p w14:paraId="4619DCFC" w14:textId="527DD5CC" w:rsidR="00EE3075"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Олон нийтийн арга хэмжээний үеэр гэр бүлийн гишүүн цахим хэтэвчний апп ашиглан орон нутгийн буяны байгууллагад хандив өгдөг. </w:t>
      </w:r>
    </w:p>
    <w:p w14:paraId="39BED57D" w14:textId="6B5C118A"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Түгээмэл ашиглагддаг платформууд</w:t>
      </w:r>
    </w:p>
    <w:p w14:paraId="6910FC51"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Олон улсад:</w:t>
      </w:r>
      <w:r w:rsidRPr="00AB46C9">
        <w:rPr>
          <w:rFonts w:eastAsia="Times New Roman" w:cs="Arial"/>
          <w:sz w:val="22"/>
          <w:lang w:val="mn-MN"/>
        </w:rPr>
        <w:br/>
        <w:t>PayPal, Google Pay, Apple Pay, Wise</w:t>
      </w:r>
    </w:p>
    <w:p w14:paraId="4BAC9C7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Хятад:</w:t>
      </w:r>
      <w:r w:rsidRPr="00AB46C9">
        <w:rPr>
          <w:rFonts w:eastAsia="Times New Roman" w:cs="Arial"/>
          <w:sz w:val="22"/>
          <w:lang w:val="mn-MN"/>
        </w:rPr>
        <w:br/>
        <w:t>Alipay, WeChat Pay</w:t>
      </w:r>
    </w:p>
    <w:p w14:paraId="37FAA645"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Энэтхэг:</w:t>
      </w:r>
      <w:r w:rsidRPr="00AB46C9">
        <w:rPr>
          <w:rFonts w:eastAsia="Times New Roman" w:cs="Arial"/>
          <w:sz w:val="22"/>
          <w:lang w:val="mn-MN"/>
        </w:rPr>
        <w:br/>
        <w:t>PayTM, PhonePe, Google Pay India</w:t>
      </w:r>
    </w:p>
    <w:p w14:paraId="25C96B4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Япон:</w:t>
      </w:r>
      <w:r w:rsidRPr="00AB46C9">
        <w:rPr>
          <w:rFonts w:eastAsia="Times New Roman" w:cs="Arial"/>
          <w:sz w:val="22"/>
          <w:lang w:val="mn-MN"/>
        </w:rPr>
        <w:br/>
        <w:t>PayPay, Rakuten Pay</w:t>
      </w:r>
    </w:p>
    <w:p w14:paraId="3B253DD6"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Индонез:</w:t>
      </w:r>
      <w:r w:rsidRPr="00AB46C9">
        <w:rPr>
          <w:rFonts w:eastAsia="Times New Roman" w:cs="Arial"/>
          <w:sz w:val="22"/>
          <w:lang w:val="mn-MN"/>
        </w:rPr>
        <w:br/>
        <w:t>GoPay, Dana, OVO</w:t>
      </w:r>
    </w:p>
    <w:p w14:paraId="0B615C63" w14:textId="7928BF2B" w:rsidR="00D47DBA"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Малайз:</w:t>
      </w:r>
      <w:r w:rsidRPr="00AB46C9">
        <w:rPr>
          <w:rFonts w:eastAsia="Times New Roman" w:cs="Arial"/>
          <w:sz w:val="22"/>
          <w:lang w:val="mn-MN"/>
        </w:rPr>
        <w:br/>
        <w:t>Touch 'n Go eWallet</w:t>
      </w:r>
    </w:p>
    <w:p w14:paraId="6320584C" w14:textId="31EDD06B"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Түгээмэл ашиглагддаг платформууд</w:t>
      </w:r>
    </w:p>
    <w:p w14:paraId="6AE8446F"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Филиппин:</w:t>
      </w:r>
      <w:r w:rsidRPr="00AB46C9">
        <w:rPr>
          <w:rFonts w:eastAsia="Times New Roman" w:cs="Arial"/>
          <w:sz w:val="22"/>
          <w:lang w:val="mn-MN"/>
        </w:rPr>
        <w:br/>
        <w:t>GCash, Maya</w:t>
      </w:r>
    </w:p>
    <w:p w14:paraId="6B963495"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Бүгд Найрамдах Солонгос Улс:</w:t>
      </w:r>
      <w:r w:rsidRPr="00AB46C9">
        <w:rPr>
          <w:rFonts w:eastAsia="Times New Roman" w:cs="Arial"/>
          <w:sz w:val="22"/>
          <w:lang w:val="mn-MN"/>
        </w:rPr>
        <w:br/>
        <w:t>KakaoPay, Naver Pay</w:t>
      </w:r>
    </w:p>
    <w:p w14:paraId="7C6C257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Сингапур:</w:t>
      </w:r>
      <w:r w:rsidRPr="00AB46C9">
        <w:rPr>
          <w:rFonts w:eastAsia="Times New Roman" w:cs="Arial"/>
          <w:sz w:val="22"/>
          <w:lang w:val="mn-MN"/>
        </w:rPr>
        <w:br/>
        <w:t>DBS PayLah!, OCBC Pay Anyone</w:t>
      </w:r>
    </w:p>
    <w:p w14:paraId="5BE5873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Вьетнам:</w:t>
      </w:r>
      <w:r w:rsidRPr="00AB46C9">
        <w:rPr>
          <w:rFonts w:eastAsia="Times New Roman" w:cs="Arial"/>
          <w:sz w:val="22"/>
          <w:lang w:val="mn-MN"/>
        </w:rPr>
        <w:br/>
        <w:t>MoMo, ZaloPay</w:t>
      </w:r>
    </w:p>
    <w:p w14:paraId="0F812C1D"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Тайланд:</w:t>
      </w:r>
      <w:r w:rsidRPr="00AB46C9">
        <w:rPr>
          <w:rFonts w:eastAsia="Times New Roman" w:cs="Arial"/>
          <w:sz w:val="22"/>
          <w:lang w:val="mn-MN"/>
        </w:rPr>
        <w:br/>
        <w:t>PromptPay, TrueMoney, SCB Easy, KBank, Krungthai NEXT</w:t>
      </w:r>
    </w:p>
    <w:p w14:paraId="3F11F9E4" w14:textId="2B2556C0" w:rsidR="00EE3075"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Хүн бүр гэрийнхээ санхүүг банканд очих шаардлагагүйгээр гар утсаараа шууд зохицуулах боломж</w:t>
      </w:r>
    </w:p>
    <w:p w14:paraId="66EC8BE6" w14:textId="3121E854"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lastRenderedPageBreak/>
        <w:t>Нэг удаагийн нууц үг (OTP) гэж юу вэ?</w:t>
      </w:r>
    </w:p>
    <w:p w14:paraId="1BBFD1D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OTP (One-Time Password)</w:t>
      </w:r>
      <w:r w:rsidRPr="00AB46C9">
        <w:rPr>
          <w:rFonts w:eastAsia="Times New Roman" w:cs="Arial"/>
          <w:sz w:val="22"/>
          <w:lang w:val="mn-MN"/>
        </w:rPr>
        <w:t xml:space="preserve"> гэдэг нь банк эсвэл апп таныг төлбөр хийх, эсвэл чухал үйлдэл хийх үед ихэвчлэн SMS-ээр илгээдэг түр хугацаанд хүчинтэй нууц код юм.</w:t>
      </w:r>
    </w:p>
    <w:p w14:paraId="28E121E8"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Яагаад чухал вэ?</w:t>
      </w:r>
    </w:p>
    <w:p w14:paraId="0B4FCC06" w14:textId="60517ED5" w:rsidR="00C00878" w:rsidRPr="00AB46C9" w:rsidRDefault="00204F2E" w:rsidP="00D47DBA">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Энэ нь гүйлгээг хийж байгаа хүн үнэхээр та мөн эсэхийг шалгах замаар таны мөнгийг хамгаална.</w:t>
      </w:r>
      <w:r w:rsidR="00D47DBA" w:rsidRPr="00AB46C9">
        <w:rPr>
          <w:rFonts w:eastAsia="Times New Roman" w:cs="Arial"/>
          <w:sz w:val="22"/>
          <w:lang w:val="mn-MN"/>
        </w:rPr>
        <w:t xml:space="preserve"> </w:t>
      </w:r>
    </w:p>
    <w:p w14:paraId="5FDE9918" w14:textId="317B8BF8" w:rsidR="00204F2E" w:rsidRPr="00AB46C9" w:rsidRDefault="00D47DBA"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Хэн нэгэн таны нууц үгийг хулгайлж, нэвтрэхийг оролдсон ч таны утсанд илгээгдсэн OTP код шаардлагатай хэвээр байна.</w:t>
      </w:r>
    </w:p>
    <w:p w14:paraId="79A4296C"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OTP-г хэрхэн ашиглах вэ?</w:t>
      </w:r>
    </w:p>
    <w:p w14:paraId="29D6102B"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w:t>
      </w:r>
      <w:r w:rsidRPr="00AB46C9">
        <w:rPr>
          <w:rFonts w:eastAsia="Times New Roman" w:cs="Arial"/>
          <w:sz w:val="22"/>
          <w:lang w:val="mn-MN"/>
        </w:rPr>
        <w:t xml:space="preserve"> Төлбөр хийх үед апп:</w:t>
      </w:r>
      <w:r w:rsidRPr="00AB46C9">
        <w:rPr>
          <w:rFonts w:eastAsia="Times New Roman" w:cs="Arial"/>
          <w:sz w:val="22"/>
          <w:lang w:val="mn-MN"/>
        </w:rPr>
        <w:br/>
        <w:t>“Бид таны утсанд илгээсэн OTP-г оруулна уу” гэж асууж болно.</w:t>
      </w:r>
    </w:p>
    <w:p w14:paraId="143705E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w:t>
      </w:r>
      <w:r w:rsidRPr="00AB46C9">
        <w:rPr>
          <w:rFonts w:eastAsia="Times New Roman" w:cs="Arial"/>
          <w:sz w:val="22"/>
          <w:lang w:val="mn-MN"/>
        </w:rPr>
        <w:t xml:space="preserve"> Мессежээ нээж, банкнаас ирсэн шинэ мессежийг олоод 123456 гэх мэт кодыг харна.</w:t>
      </w:r>
    </w:p>
    <w:p w14:paraId="1DE974CA"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3.</w:t>
      </w:r>
      <w:r w:rsidRPr="00AB46C9">
        <w:rPr>
          <w:rFonts w:eastAsia="Times New Roman" w:cs="Arial"/>
          <w:sz w:val="22"/>
          <w:lang w:val="mn-MN"/>
        </w:rPr>
        <w:t xml:space="preserve"> Кодыг апп дээр шаардлагатай хэсэгт оруулж төлбөрийг дуусгана.</w:t>
      </w:r>
    </w:p>
    <w:p w14:paraId="68544A1A" w14:textId="6BB573B8" w:rsidR="00EE3075"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Үүнийг зөвхөн нэг удаа ашиглагддаг хаалганы түлхүүр гэж төсөөлөөрэй. Зөвхөн та тухайн мөчид ашиглах боломжтой</w:t>
      </w:r>
      <w:r w:rsidR="00C00878" w:rsidRPr="00AB46C9">
        <w:rPr>
          <w:rFonts w:eastAsia="Times New Roman" w:cs="Arial"/>
          <w:sz w:val="22"/>
          <w:lang w:val="mn-MN"/>
        </w:rPr>
        <w:t>.</w:t>
      </w:r>
    </w:p>
    <w:p w14:paraId="407A6A49" w14:textId="31D23552" w:rsidR="00204F2E" w:rsidRPr="00AB46C9" w:rsidRDefault="00D47DBA"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К</w:t>
      </w:r>
      <w:r w:rsidR="00204F2E" w:rsidRPr="00AB46C9">
        <w:rPr>
          <w:rFonts w:eastAsia="Times New Roman" w:cs="Arial"/>
          <w:b/>
          <w:bCs/>
          <w:sz w:val="22"/>
          <w:lang w:val="mn-MN"/>
        </w:rPr>
        <w:t>редит эсвэл дебит карт</w:t>
      </w:r>
      <w:r w:rsidRPr="00AB46C9">
        <w:rPr>
          <w:rFonts w:eastAsia="Times New Roman" w:cs="Arial"/>
          <w:b/>
          <w:bCs/>
          <w:sz w:val="22"/>
          <w:lang w:val="mn-MN"/>
        </w:rPr>
        <w:t xml:space="preserve">ы цахим төлбөр хийхэд </w:t>
      </w:r>
      <w:r w:rsidR="00204F2E" w:rsidRPr="00AB46C9">
        <w:rPr>
          <w:rFonts w:eastAsia="Times New Roman" w:cs="Arial"/>
          <w:b/>
          <w:bCs/>
          <w:sz w:val="22"/>
          <w:lang w:val="mn-MN"/>
        </w:rPr>
        <w:t>ашиглах</w:t>
      </w:r>
    </w:p>
    <w:p w14:paraId="334C4E3C" w14:textId="0EF3460A"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ATM, дебит эсвэл кредит картаа ашиглан бодит дэлгүүрт худалдан авалт хийдэгтэй адил </w:t>
      </w:r>
      <w:r w:rsidR="00D47DBA" w:rsidRPr="00AB46C9">
        <w:rPr>
          <w:rFonts w:eastAsia="Times New Roman" w:cs="Arial"/>
          <w:sz w:val="22"/>
          <w:lang w:val="mn-MN"/>
        </w:rPr>
        <w:t>цахимаар</w:t>
      </w:r>
      <w:r w:rsidRPr="00AB46C9">
        <w:rPr>
          <w:rFonts w:eastAsia="Times New Roman" w:cs="Arial"/>
          <w:sz w:val="22"/>
          <w:lang w:val="mn-MN"/>
        </w:rPr>
        <w:t xml:space="preserve"> төлбөр төлж болно. Гэхдээ аюулгүй байдлын чухал алхмуудыг заавал дагаж мөрдөөрэй.</w:t>
      </w:r>
    </w:p>
    <w:p w14:paraId="116213DD" w14:textId="5A343A53" w:rsidR="00204F2E" w:rsidRPr="00AB46C9" w:rsidRDefault="00D47DBA"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 xml:space="preserve">Хэрэгтэй </w:t>
      </w:r>
      <w:r w:rsidR="00204F2E" w:rsidRPr="00AB46C9">
        <w:rPr>
          <w:rFonts w:eastAsia="Times New Roman" w:cs="Arial"/>
          <w:b/>
          <w:bCs/>
          <w:sz w:val="22"/>
          <w:lang w:val="mn-MN"/>
        </w:rPr>
        <w:t>зүйл</w:t>
      </w:r>
    </w:p>
    <w:p w14:paraId="7AA0C45F" w14:textId="77777777" w:rsidR="00204F2E" w:rsidRPr="00AB46C9" w:rsidRDefault="00204F2E" w:rsidP="00EE3075">
      <w:pPr>
        <w:spacing w:before="100" w:beforeAutospacing="1" w:after="100" w:afterAutospacing="1" w:line="240" w:lineRule="auto"/>
        <w:ind w:left="720"/>
        <w:rPr>
          <w:rFonts w:eastAsia="Times New Roman" w:cs="Arial"/>
          <w:sz w:val="22"/>
          <w:lang w:val="mn-MN"/>
        </w:rPr>
      </w:pPr>
      <w:r w:rsidRPr="00AB46C9">
        <w:rPr>
          <w:rFonts w:eastAsia="Times New Roman" w:cs="Arial"/>
          <w:sz w:val="22"/>
          <w:lang w:val="mn-MN"/>
        </w:rPr>
        <w:t xml:space="preserve">Картын дугаар — урд талд байгаа 16 оронтой дугаар </w:t>
      </w:r>
    </w:p>
    <w:p w14:paraId="049A6E78" w14:textId="77777777" w:rsidR="00204F2E" w:rsidRPr="00AB46C9" w:rsidRDefault="00204F2E" w:rsidP="00EE3075">
      <w:pPr>
        <w:spacing w:before="100" w:beforeAutospacing="1" w:after="100" w:afterAutospacing="1" w:line="240" w:lineRule="auto"/>
        <w:ind w:left="720"/>
        <w:rPr>
          <w:rFonts w:eastAsia="Times New Roman" w:cs="Arial"/>
          <w:sz w:val="22"/>
          <w:lang w:val="mn-MN"/>
        </w:rPr>
      </w:pPr>
      <w:r w:rsidRPr="00AB46C9">
        <w:rPr>
          <w:rFonts w:eastAsia="Times New Roman" w:cs="Arial"/>
          <w:sz w:val="22"/>
          <w:lang w:val="mn-MN"/>
        </w:rPr>
        <w:t xml:space="preserve">Картын ар талд байгаа 3 оронтой CVV хамгаалалтын дугаар </w:t>
      </w:r>
    </w:p>
    <w:p w14:paraId="338CB21C" w14:textId="77777777" w:rsidR="00204F2E" w:rsidRPr="00AB46C9" w:rsidRDefault="00204F2E" w:rsidP="00EE3075">
      <w:pPr>
        <w:spacing w:before="100" w:beforeAutospacing="1" w:after="100" w:afterAutospacing="1" w:line="240" w:lineRule="auto"/>
        <w:ind w:left="720"/>
        <w:rPr>
          <w:rFonts w:eastAsia="Times New Roman" w:cs="Arial"/>
          <w:sz w:val="22"/>
          <w:lang w:val="mn-MN"/>
        </w:rPr>
      </w:pPr>
      <w:r w:rsidRPr="00AB46C9">
        <w:rPr>
          <w:rFonts w:eastAsia="Times New Roman" w:cs="Arial"/>
          <w:sz w:val="22"/>
          <w:lang w:val="mn-MN"/>
        </w:rPr>
        <w:t xml:space="preserve">Карт дээрх нэр </w:t>
      </w:r>
    </w:p>
    <w:p w14:paraId="37999EB6" w14:textId="77777777" w:rsidR="00204F2E" w:rsidRPr="00AB46C9" w:rsidRDefault="00204F2E" w:rsidP="00EE3075">
      <w:pPr>
        <w:spacing w:before="100" w:beforeAutospacing="1" w:after="100" w:afterAutospacing="1" w:line="240" w:lineRule="auto"/>
        <w:ind w:left="720"/>
        <w:rPr>
          <w:rFonts w:eastAsia="Times New Roman" w:cs="Arial"/>
          <w:sz w:val="22"/>
          <w:lang w:val="mn-MN"/>
        </w:rPr>
      </w:pPr>
      <w:r w:rsidRPr="00AB46C9">
        <w:rPr>
          <w:rFonts w:eastAsia="Times New Roman" w:cs="Arial"/>
          <w:sz w:val="22"/>
          <w:lang w:val="mn-MN"/>
        </w:rPr>
        <w:t xml:space="preserve">Дуусах хугацаа — сар/жил </w:t>
      </w:r>
    </w:p>
    <w:p w14:paraId="1B6A6AFC"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Алхам алхмаар:</w:t>
      </w:r>
    </w:p>
    <w:p w14:paraId="5C97083B" w14:textId="77777777" w:rsidR="00204F2E" w:rsidRPr="00AB46C9" w:rsidRDefault="00204F2E">
      <w:pPr>
        <w:numPr>
          <w:ilvl w:val="0"/>
          <w:numId w:val="1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Онлайнаар бараагаа сонгоно — жишээ нь хүнс эсвэл эм. </w:t>
      </w:r>
    </w:p>
    <w:p w14:paraId="2923B29A" w14:textId="77777777" w:rsidR="00204F2E" w:rsidRPr="00AB46C9" w:rsidRDefault="00204F2E">
      <w:pPr>
        <w:numPr>
          <w:ilvl w:val="0"/>
          <w:numId w:val="1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Төлбөрийн хэсгээс “Pay with Credit/Debit Card”-ыг сонгоно. </w:t>
      </w:r>
    </w:p>
    <w:p w14:paraId="59877863" w14:textId="77777777" w:rsidR="00204F2E" w:rsidRPr="00AB46C9" w:rsidRDefault="00204F2E">
      <w:pPr>
        <w:numPr>
          <w:ilvl w:val="0"/>
          <w:numId w:val="1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Картын мэдээллээ анхааралтай оруулна. </w:t>
      </w:r>
    </w:p>
    <w:p w14:paraId="3D2261E1" w14:textId="77777777" w:rsidR="00204F2E" w:rsidRPr="00AB46C9" w:rsidRDefault="00204F2E">
      <w:pPr>
        <w:numPr>
          <w:ilvl w:val="0"/>
          <w:numId w:val="1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SMS-ээр OTP (нэг удаагийн нууц үг) авч болно. Шаардсан үед кодыг оруулна. </w:t>
      </w:r>
    </w:p>
    <w:p w14:paraId="78D998D4" w14:textId="4DA10D5B" w:rsidR="00EE3075" w:rsidRPr="00AB46C9" w:rsidRDefault="00204F2E" w:rsidP="00C00878">
      <w:pPr>
        <w:numPr>
          <w:ilvl w:val="0"/>
          <w:numId w:val="12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Төлбөр амжилттай болсныг баталгаажуулсан мессеж ирэхийг хүлээнэ.</w:t>
      </w:r>
    </w:p>
    <w:p w14:paraId="1161CB2D" w14:textId="77777777" w:rsidR="00EE3075" w:rsidRPr="00AB46C9" w:rsidRDefault="00EE3075" w:rsidP="00204F2E">
      <w:pPr>
        <w:spacing w:before="100" w:beforeAutospacing="1" w:after="100" w:afterAutospacing="1" w:line="240" w:lineRule="auto"/>
        <w:outlineLvl w:val="1"/>
        <w:rPr>
          <w:rFonts w:eastAsia="Times New Roman" w:cs="Arial"/>
          <w:b/>
          <w:bCs/>
          <w:sz w:val="22"/>
          <w:lang w:val="mn-MN"/>
        </w:rPr>
      </w:pPr>
    </w:p>
    <w:p w14:paraId="079C742A" w14:textId="4EC908C2"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Аюулгүй байдлын зөвлөмж</w:t>
      </w:r>
    </w:p>
    <w:p w14:paraId="1821140D" w14:textId="73C57340" w:rsidR="00204F2E" w:rsidRPr="00AB46C9" w:rsidRDefault="00204F2E">
      <w:pPr>
        <w:numPr>
          <w:ilvl w:val="0"/>
          <w:numId w:val="1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Картын мэдээллээ зөвхөн найдвартай </w:t>
      </w:r>
      <w:r w:rsidR="00F12C81" w:rsidRPr="00AB46C9">
        <w:rPr>
          <w:rFonts w:eastAsia="Times New Roman" w:cs="Arial"/>
          <w:sz w:val="22"/>
          <w:lang w:val="mn-MN"/>
        </w:rPr>
        <w:t>цахим хуудас</w:t>
      </w:r>
      <w:r w:rsidRPr="00AB46C9">
        <w:rPr>
          <w:rFonts w:eastAsia="Times New Roman" w:cs="Arial"/>
          <w:sz w:val="22"/>
          <w:lang w:val="mn-MN"/>
        </w:rPr>
        <w:t xml:space="preserve">ад оруулна. (https болон </w:t>
      </w:r>
      <w:r w:rsidRPr="00AB46C9">
        <w:rPr>
          <w:rFonts w:ascii="Segoe UI Emoji" w:eastAsia="Times New Roman" w:hAnsi="Segoe UI Emoji" w:cs="Segoe UI Emoji"/>
          <w:sz w:val="22"/>
          <w:lang w:val="mn-MN"/>
        </w:rPr>
        <w:t>🔒</w:t>
      </w:r>
      <w:r w:rsidRPr="00AB46C9">
        <w:rPr>
          <w:rFonts w:eastAsia="Times New Roman" w:cs="Arial"/>
          <w:sz w:val="22"/>
          <w:lang w:val="mn-MN"/>
        </w:rPr>
        <w:t xml:space="preserve"> цоожны тэмдэг байгаа эсэхийг шалгана.) </w:t>
      </w:r>
    </w:p>
    <w:p w14:paraId="480AF151" w14:textId="77777777" w:rsidR="00204F2E" w:rsidRPr="00AB46C9" w:rsidRDefault="00204F2E">
      <w:pPr>
        <w:numPr>
          <w:ilvl w:val="0"/>
          <w:numId w:val="1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Нийтийн компьютер эсвэл бусдын ашигладаг утсанд картын мэдээллээ хэзээ ч хадгалж болохгүй. </w:t>
      </w:r>
    </w:p>
    <w:p w14:paraId="66D88BE9" w14:textId="77777777" w:rsidR="00204F2E" w:rsidRPr="00AB46C9" w:rsidRDefault="00204F2E">
      <w:pPr>
        <w:numPr>
          <w:ilvl w:val="0"/>
          <w:numId w:val="12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 xml:space="preserve">Хэрэв таны хүсээгүй мессеж ирвэл — жишээ нь гэнэтийн OTP код ирсэн бол — банк руугаа нэн даруй залгана. </w:t>
      </w:r>
    </w:p>
    <w:p w14:paraId="535A7085" w14:textId="4F9B78AE" w:rsidR="00EE3075" w:rsidRPr="00AB46C9" w:rsidRDefault="00204F2E" w:rsidP="00EE3075">
      <w:pPr>
        <w:spacing w:before="100" w:beforeAutospacing="1" w:after="100" w:afterAutospacing="1" w:line="240" w:lineRule="auto"/>
        <w:jc w:val="center"/>
        <w:rPr>
          <w:rFonts w:eastAsia="Times New Roman" w:cs="Arial"/>
          <w:color w:val="00B050"/>
          <w:sz w:val="22"/>
          <w:lang w:val="mn-MN"/>
        </w:rPr>
      </w:pPr>
      <w:r w:rsidRPr="00AB46C9">
        <w:rPr>
          <w:rFonts w:eastAsia="Times New Roman" w:cs="Arial"/>
          <w:color w:val="00B050"/>
          <w:sz w:val="22"/>
          <w:lang w:val="mn-MN"/>
        </w:rPr>
        <w:t>Эхлээд хэн нэгний тусламжтайгаар бага хэмжээний төлбөр хийж дадлагажиж болно. Жишээлбэл, хэрэглээний төлбөр эсвэл гар утасны нэгж цэнэглэх.</w:t>
      </w:r>
    </w:p>
    <w:p w14:paraId="6AB669DB" w14:textId="1A71874D" w:rsidR="00204F2E" w:rsidRPr="00AB46C9" w:rsidRDefault="00204F2E" w:rsidP="00EE3075">
      <w:pPr>
        <w:spacing w:before="100" w:beforeAutospacing="1" w:after="100" w:afterAutospacing="1" w:line="240" w:lineRule="auto"/>
        <w:jc w:val="center"/>
        <w:rPr>
          <w:rFonts w:eastAsia="Times New Roman" w:cs="Arial"/>
          <w:color w:val="00B050"/>
          <w:sz w:val="22"/>
          <w:lang w:val="mn-MN"/>
        </w:rPr>
      </w:pPr>
      <w:r w:rsidRPr="00AB46C9">
        <w:rPr>
          <w:rFonts w:eastAsia="Times New Roman" w:cs="Arial"/>
          <w:color w:val="00B050"/>
          <w:sz w:val="22"/>
          <w:lang w:val="mn-MN"/>
        </w:rPr>
        <w:t>Энэ нь өөртөө итгэх итгэлийг нэмэгдүүлнэ.</w:t>
      </w:r>
    </w:p>
    <w:p w14:paraId="3BE45181" w14:textId="6B522BFA" w:rsidR="00D47DBA"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Зарим соёлд мөнгөтэй холбоотой зүйл асуухаас санаа зовж болох ч асуулт асуух нь хэвийн зүйл — энэ бол таны эрх бөгөөд таны аюулгүй байдалтай холбоотой</w:t>
      </w:r>
    </w:p>
    <w:p w14:paraId="03FDC73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3</w:t>
      </w:r>
    </w:p>
    <w:p w14:paraId="5827F38F" w14:textId="77777777" w:rsidR="00D47DBA" w:rsidRPr="00AB46C9" w:rsidRDefault="00D47DBA" w:rsidP="00D47DBA">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Аюулгүй төлбөр хийж үзье</w:t>
      </w:r>
    </w:p>
    <w:p w14:paraId="39CF28F2" w14:textId="41178DEA"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Төлбөрийг баталгаажуулахаас өмнө төлбөрийн мэдээллийг хэрхэн шалгахыг ойлгох.</w:t>
      </w:r>
    </w:p>
    <w:p w14:paraId="5B62A1B5"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71E275C4" w14:textId="77777777" w:rsidR="00204F2E" w:rsidRPr="00AB46C9" w:rsidRDefault="00204F2E">
      <w:pPr>
        <w:numPr>
          <w:ilvl w:val="0"/>
          <w:numId w:val="12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Мобайл банкны апп ашиглан төлбөр төлөх үйл явцыг үзүүлэнгээр харах эсвэл багшаасаа тусламж авна. </w:t>
      </w:r>
    </w:p>
    <w:p w14:paraId="17CCD851" w14:textId="77777777" w:rsidR="00204F2E" w:rsidRPr="00AB46C9" w:rsidRDefault="00204F2E">
      <w:pPr>
        <w:numPr>
          <w:ilvl w:val="0"/>
          <w:numId w:val="12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Хүлээн авагчийн нэр, дүн болон лавлагааг шалгана. </w:t>
      </w:r>
    </w:p>
    <w:p w14:paraId="2893557F" w14:textId="77777777" w:rsidR="00204F2E" w:rsidRPr="00AB46C9" w:rsidRDefault="00204F2E">
      <w:pPr>
        <w:numPr>
          <w:ilvl w:val="0"/>
          <w:numId w:val="124"/>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Жишээ төлбөрийн мэдээллийг оруулж үзнэ. Баталгаажуулах товчийг дарах шаардлагагүй. </w:t>
      </w:r>
    </w:p>
    <w:p w14:paraId="3743BA36"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3C4B71A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Төлбөр хийхийн өмнө өөртөө итгэлтэй болоход ямар алхам тус болсон бэ?</w:t>
      </w:r>
    </w:p>
    <w:p w14:paraId="3AC10110" w14:textId="4A6E040A" w:rsidR="006F2E8F" w:rsidRPr="00AB46C9" w:rsidRDefault="00204F2E" w:rsidP="007B31B2">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Аюулгүй бүртгэл хөтлөхийн тулд юу хийж болох </w:t>
      </w:r>
      <w:r w:rsidR="007B31B2" w:rsidRPr="00AB46C9">
        <w:rPr>
          <w:rFonts w:eastAsia="Times New Roman" w:cs="Arial"/>
          <w:sz w:val="22"/>
          <w:lang w:val="mn-MN"/>
        </w:rPr>
        <w:t>вэ?</w:t>
      </w:r>
    </w:p>
    <w:p w14:paraId="33767A66" w14:textId="59AF724E" w:rsidR="00204F2E" w:rsidRPr="00AB46C9" w:rsidRDefault="00204F2E" w:rsidP="007B31B2">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 Онлайн банкны үйлчилгээг аюулгүй ашиглах</w:t>
      </w:r>
    </w:p>
    <w:p w14:paraId="63426096"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Олон ахмад хүн банканд биечлэн очиж, ажилтантай уулзах, дугаарлах, хэвлэмэл хуулга авахыг илүүд үздэг. Энэ бол бүрэн хэвийн!</w:t>
      </w:r>
    </w:p>
    <w:p w14:paraId="048049EA"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Гэхдээ банкны мобайл апп ашиглах нь олон нөхцөлд илүү хялбар, хурдан, бүр аюулгүй байдгийг та мэдэх үү?</w:t>
      </w:r>
    </w:p>
    <w:p w14:paraId="48A04D4E"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Онлайн банк бол банкаа халаасандаа авч явж байгаатай адил. Та үлдэгдлээ шалгах, мөнгө шилжүүлэх, зарлагаа хянах боломжтой.</w:t>
      </w:r>
    </w:p>
    <w:p w14:paraId="48C2851F" w14:textId="093310BA" w:rsidR="00204F2E" w:rsidRPr="00AB46C9" w:rsidRDefault="00CA6300" w:rsidP="006F2E8F">
      <w:pPr>
        <w:spacing w:before="100" w:beforeAutospacing="1" w:after="100" w:afterAutospacing="1" w:line="240" w:lineRule="auto"/>
        <w:jc w:val="center"/>
        <w:outlineLvl w:val="2"/>
        <w:rPr>
          <w:rFonts w:eastAsia="Times New Roman" w:cs="Arial"/>
          <w:b/>
          <w:bCs/>
          <w:color w:val="00B050"/>
          <w:sz w:val="22"/>
          <w:lang w:val="mn-MN"/>
        </w:rPr>
      </w:pPr>
      <w:r w:rsidRPr="00AB46C9">
        <w:rPr>
          <w:rFonts w:eastAsia="Times New Roman" w:cs="Arial"/>
          <w:b/>
          <w:bCs/>
          <w:color w:val="00B050"/>
          <w:sz w:val="22"/>
          <w:lang w:val="mn-MN"/>
        </w:rPr>
        <w:t>Биечлэн очихоос илүүтэйгээр б</w:t>
      </w:r>
      <w:r w:rsidR="00204F2E" w:rsidRPr="00AB46C9">
        <w:rPr>
          <w:rFonts w:eastAsia="Times New Roman" w:cs="Arial"/>
          <w:b/>
          <w:bCs/>
          <w:color w:val="00B050"/>
          <w:sz w:val="22"/>
          <w:lang w:val="mn-MN"/>
        </w:rPr>
        <w:t>анкны апп суулгахын давуу тал</w:t>
      </w:r>
    </w:p>
    <w:p w14:paraId="6979E3A8" w14:textId="77777777" w:rsidR="00204F2E" w:rsidRPr="00AB46C9" w:rsidRDefault="00204F2E">
      <w:pPr>
        <w:numPr>
          <w:ilvl w:val="0"/>
          <w:numId w:val="1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Цаг, эрч хүч хэмнэнэ:</w:t>
      </w:r>
      <w:r w:rsidRPr="00AB46C9">
        <w:rPr>
          <w:rFonts w:eastAsia="Times New Roman" w:cs="Arial"/>
          <w:sz w:val="22"/>
          <w:lang w:val="mn-MN"/>
        </w:rPr>
        <w:t xml:space="preserve"> Гэрээсээ гарах, замын түгжрэлд орох, урт дараалалд зогсох шаардлагагүй. </w:t>
      </w:r>
    </w:p>
    <w:p w14:paraId="041F855E" w14:textId="77777777" w:rsidR="00204F2E" w:rsidRPr="00AB46C9" w:rsidRDefault="00204F2E">
      <w:pPr>
        <w:numPr>
          <w:ilvl w:val="0"/>
          <w:numId w:val="1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Урт дараалал болон ачаалалтай салбараас зайлсхийх:</w:t>
      </w:r>
      <w:r w:rsidRPr="00AB46C9">
        <w:rPr>
          <w:rFonts w:eastAsia="Times New Roman" w:cs="Arial"/>
          <w:sz w:val="22"/>
          <w:lang w:val="mn-MN"/>
        </w:rPr>
        <w:t xml:space="preserve"> Апп нь амралтын болон баярын өдрүүдэд ч 24/7 ажиллана. </w:t>
      </w:r>
    </w:p>
    <w:p w14:paraId="484C18C0" w14:textId="77777777" w:rsidR="00204F2E" w:rsidRPr="00AB46C9" w:rsidRDefault="00204F2E">
      <w:pPr>
        <w:numPr>
          <w:ilvl w:val="0"/>
          <w:numId w:val="1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Илүү нууцлал ба хяналт:</w:t>
      </w:r>
      <w:r w:rsidRPr="00AB46C9">
        <w:rPr>
          <w:rFonts w:eastAsia="Times New Roman" w:cs="Arial"/>
          <w:sz w:val="22"/>
          <w:lang w:val="mn-MN"/>
        </w:rPr>
        <w:t xml:space="preserve"> Санхүүгийн хувийн асуудлаар ажилтнаас тусламж хүсэхэд тухгүй байдаг хүмүүст тохиромжтой. </w:t>
      </w:r>
    </w:p>
    <w:p w14:paraId="2A5E6108" w14:textId="77777777" w:rsidR="00204F2E" w:rsidRPr="00AB46C9" w:rsidRDefault="00204F2E">
      <w:pPr>
        <w:numPr>
          <w:ilvl w:val="0"/>
          <w:numId w:val="1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Бодит цагийн мэдэгдэл:</w:t>
      </w:r>
      <w:r w:rsidRPr="00AB46C9">
        <w:rPr>
          <w:rFonts w:eastAsia="Times New Roman" w:cs="Arial"/>
          <w:sz w:val="22"/>
          <w:lang w:val="mn-MN"/>
        </w:rPr>
        <w:t xml:space="preserve"> Мөнгө орж, гарсан бүрд шууд мэдэгдэл авна. </w:t>
      </w:r>
    </w:p>
    <w:p w14:paraId="4AEEB25C" w14:textId="42DE2C2C" w:rsidR="00CA6300" w:rsidRPr="00AB46C9" w:rsidRDefault="00204F2E" w:rsidP="00C00878">
      <w:pPr>
        <w:numPr>
          <w:ilvl w:val="0"/>
          <w:numId w:val="125"/>
        </w:num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Бэлэн мөнгө эсвэл карт авч явахаас аюулгүй:</w:t>
      </w:r>
      <w:r w:rsidRPr="00AB46C9">
        <w:rPr>
          <w:rFonts w:eastAsia="Times New Roman" w:cs="Arial"/>
          <w:sz w:val="22"/>
          <w:lang w:val="mn-MN"/>
        </w:rPr>
        <w:t xml:space="preserve"> Нүүр царай эсвэл хурууны хээгээр нэвтрэх биометрийн хамгаалалт ашиглаж болно. </w:t>
      </w:r>
    </w:p>
    <w:p w14:paraId="5621A978" w14:textId="0BF4D444" w:rsidR="00204F2E" w:rsidRPr="00AB46C9" w:rsidRDefault="00CA6300"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 xml:space="preserve">Цахим </w:t>
      </w:r>
      <w:r w:rsidR="00204F2E" w:rsidRPr="00AB46C9">
        <w:rPr>
          <w:rFonts w:eastAsia="Times New Roman" w:cs="Arial"/>
          <w:b/>
          <w:bCs/>
          <w:sz w:val="22"/>
          <w:lang w:val="mn-MN"/>
        </w:rPr>
        <w:t>банкны үйлчилгээг зөв ашиглах</w:t>
      </w:r>
    </w:p>
    <w:p w14:paraId="646F564E" w14:textId="34B95F50" w:rsidR="00204F2E" w:rsidRPr="00AB46C9" w:rsidRDefault="00204F2E">
      <w:pPr>
        <w:numPr>
          <w:ilvl w:val="0"/>
          <w:numId w:val="1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Хүчтэй нууц үг ашиглаж, төрсөн </w:t>
      </w:r>
      <w:r w:rsidR="00CA6300" w:rsidRPr="00AB46C9">
        <w:rPr>
          <w:rFonts w:eastAsia="Times New Roman" w:cs="Arial"/>
          <w:sz w:val="22"/>
          <w:lang w:val="mn-MN"/>
        </w:rPr>
        <w:t xml:space="preserve">он сар, </w:t>
      </w:r>
      <w:r w:rsidRPr="00AB46C9">
        <w:rPr>
          <w:rFonts w:eastAsia="Times New Roman" w:cs="Arial"/>
          <w:sz w:val="22"/>
          <w:lang w:val="mn-MN"/>
        </w:rPr>
        <w:t xml:space="preserve">өдрөө нууц үг болгон бүү ашигла. </w:t>
      </w:r>
    </w:p>
    <w:p w14:paraId="1E4ED5E4" w14:textId="28C6F473" w:rsidR="00204F2E" w:rsidRPr="00AB46C9" w:rsidRDefault="00204F2E">
      <w:pPr>
        <w:numPr>
          <w:ilvl w:val="0"/>
          <w:numId w:val="1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Гүйлгээ бүр</w:t>
      </w:r>
      <w:r w:rsidR="00CA6300" w:rsidRPr="00AB46C9">
        <w:rPr>
          <w:rFonts w:eastAsia="Times New Roman" w:cs="Arial"/>
          <w:sz w:val="22"/>
          <w:lang w:val="mn-MN"/>
        </w:rPr>
        <w:t xml:space="preserve">т </w:t>
      </w:r>
      <w:r w:rsidRPr="00AB46C9">
        <w:rPr>
          <w:rFonts w:eastAsia="Times New Roman" w:cs="Arial"/>
          <w:sz w:val="22"/>
          <w:lang w:val="mn-MN"/>
        </w:rPr>
        <w:t>мэдэгд</w:t>
      </w:r>
      <w:r w:rsidR="00CA6300" w:rsidRPr="00AB46C9">
        <w:rPr>
          <w:rFonts w:eastAsia="Times New Roman" w:cs="Arial"/>
          <w:sz w:val="22"/>
          <w:lang w:val="mn-MN"/>
        </w:rPr>
        <w:t>э</w:t>
      </w:r>
      <w:r w:rsidRPr="00AB46C9">
        <w:rPr>
          <w:rFonts w:eastAsia="Times New Roman" w:cs="Arial"/>
          <w:sz w:val="22"/>
          <w:lang w:val="mn-MN"/>
        </w:rPr>
        <w:t>л</w:t>
      </w:r>
      <w:r w:rsidR="00CA6300" w:rsidRPr="00AB46C9">
        <w:rPr>
          <w:rFonts w:eastAsia="Times New Roman" w:cs="Arial"/>
          <w:sz w:val="22"/>
          <w:lang w:val="mn-MN"/>
        </w:rPr>
        <w:t xml:space="preserve"> авах тохиргоог </w:t>
      </w:r>
      <w:r w:rsidRPr="00AB46C9">
        <w:rPr>
          <w:rFonts w:eastAsia="Times New Roman" w:cs="Arial"/>
          <w:sz w:val="22"/>
          <w:lang w:val="mn-MN"/>
        </w:rPr>
        <w:t xml:space="preserve">асаа. </w:t>
      </w:r>
    </w:p>
    <w:p w14:paraId="5170405A" w14:textId="77777777" w:rsidR="00204F2E" w:rsidRPr="00AB46C9" w:rsidRDefault="00204F2E">
      <w:pPr>
        <w:numPr>
          <w:ilvl w:val="0"/>
          <w:numId w:val="1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Хурууны хээ эсвэл нүүр таних нэвтрэлтийг тохируул. </w:t>
      </w:r>
    </w:p>
    <w:p w14:paraId="5A61A332" w14:textId="77777777" w:rsidR="00204F2E" w:rsidRPr="00AB46C9" w:rsidRDefault="00204F2E">
      <w:pPr>
        <w:numPr>
          <w:ilvl w:val="0"/>
          <w:numId w:val="126"/>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Банкны үйлчилгээнд бусдын утас ашиглахаас зайлсхий. </w:t>
      </w:r>
    </w:p>
    <w:p w14:paraId="6EBEA195"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Бодит амьдралын жишээ</w:t>
      </w:r>
    </w:p>
    <w:p w14:paraId="2249CAF7" w14:textId="390E499B"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Авга эгч </w:t>
      </w:r>
      <w:r w:rsidR="006F2E8F" w:rsidRPr="00AB46C9">
        <w:rPr>
          <w:rFonts w:eastAsia="Times New Roman" w:cs="Arial"/>
          <w:sz w:val="22"/>
          <w:lang w:val="mn-MN"/>
        </w:rPr>
        <w:t>Нансаа</w:t>
      </w:r>
      <w:r w:rsidRPr="00AB46C9">
        <w:rPr>
          <w:rFonts w:eastAsia="Times New Roman" w:cs="Arial"/>
          <w:sz w:val="22"/>
          <w:lang w:val="mn-MN"/>
        </w:rPr>
        <w:t xml:space="preserve"> дансанд нь мөнгө орж, гар</w:t>
      </w:r>
      <w:r w:rsidR="00CA6300" w:rsidRPr="00AB46C9">
        <w:rPr>
          <w:rFonts w:eastAsia="Times New Roman" w:cs="Arial"/>
          <w:sz w:val="22"/>
          <w:lang w:val="mn-MN"/>
        </w:rPr>
        <w:t>ах</w:t>
      </w:r>
      <w:r w:rsidRPr="00AB46C9">
        <w:rPr>
          <w:rFonts w:eastAsia="Times New Roman" w:cs="Arial"/>
          <w:sz w:val="22"/>
          <w:lang w:val="mn-MN"/>
        </w:rPr>
        <w:t xml:space="preserve"> бүрд SMS мэдэгдэл авдаг. Тэрээр хүүгээсээ асуулгүйгээр өглөө бүр мөнгөө шалгаж чаддаг болсон тул өөртөө итгэлтэй байдаг.</w:t>
      </w:r>
    </w:p>
    <w:p w14:paraId="3C9538D6" w14:textId="0720CD14" w:rsidR="006F2E8F"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Авга ах</w:t>
      </w:r>
      <w:r w:rsidR="006F2E8F" w:rsidRPr="00AB46C9">
        <w:rPr>
          <w:rFonts w:eastAsia="Times New Roman" w:cs="Arial"/>
          <w:sz w:val="22"/>
          <w:lang w:val="mn-MN"/>
        </w:rPr>
        <w:t xml:space="preserve"> Дорж</w:t>
      </w:r>
      <w:r w:rsidRPr="00AB46C9">
        <w:rPr>
          <w:rFonts w:eastAsia="Times New Roman" w:cs="Arial"/>
          <w:b/>
          <w:bCs/>
          <w:sz w:val="22"/>
          <w:lang w:val="mn-MN"/>
        </w:rPr>
        <w:t xml:space="preserve"> </w:t>
      </w:r>
      <w:r w:rsidRPr="00AB46C9">
        <w:rPr>
          <w:rFonts w:eastAsia="Times New Roman" w:cs="Arial"/>
          <w:sz w:val="22"/>
          <w:lang w:val="mn-MN"/>
        </w:rPr>
        <w:t>өмнө нь үлдэгдлээ шалгахын тулд долоо хоног бүр банканд очдог байв. Одоо ач охин нь түүнд банкны апп суулгаж өгсөн. Тэр өглөө бүр апп-аа нээж тэтгэвэр нь орсон эсэхийг шалгадаг. Энэ нь ердөө 2 минут зарцуулдаг бөгөөд өөрөө хийж чаддагтаа бахарх</w:t>
      </w:r>
    </w:p>
    <w:p w14:paraId="204DAAE8" w14:textId="64982A22"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Эхлэх</w:t>
      </w:r>
    </w:p>
    <w:p w14:paraId="72228635" w14:textId="77777777"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Банкны апп-аа суулгах</w:t>
      </w:r>
    </w:p>
    <w:p w14:paraId="1D788C1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1.</w:t>
      </w:r>
      <w:r w:rsidRPr="00AB46C9">
        <w:rPr>
          <w:rFonts w:eastAsia="Times New Roman" w:cs="Arial"/>
          <w:sz w:val="22"/>
          <w:lang w:val="mn-MN"/>
        </w:rPr>
        <w:t xml:space="preserve"> Утасныхаа Play Store (Android) эсвэл App Store (iOS)-ыг нээнэ.</w:t>
      </w:r>
    </w:p>
    <w:p w14:paraId="34A2443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2.</w:t>
      </w:r>
      <w:r w:rsidRPr="00AB46C9">
        <w:rPr>
          <w:rFonts w:eastAsia="Times New Roman" w:cs="Arial"/>
          <w:sz w:val="22"/>
          <w:lang w:val="mn-MN"/>
        </w:rPr>
        <w:t xml:space="preserve"> Банкныхаа албан ёсны нэрийг бичиж хайна.</w:t>
      </w:r>
    </w:p>
    <w:p w14:paraId="501EC16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3.</w:t>
      </w:r>
      <w:r w:rsidRPr="00AB46C9">
        <w:rPr>
          <w:rFonts w:eastAsia="Times New Roman" w:cs="Arial"/>
          <w:sz w:val="22"/>
          <w:lang w:val="mn-MN"/>
        </w:rPr>
        <w:t xml:space="preserve"> Зөв лого болон хөгжүүлэгчийн нэрийг шалгана. Шаардлагатай бол хэн нэгнээс зөв эсэхийг шалгуулна.</w:t>
      </w:r>
    </w:p>
    <w:p w14:paraId="46ED54D8"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4.</w:t>
      </w:r>
      <w:r w:rsidRPr="00AB46C9">
        <w:rPr>
          <w:rFonts w:eastAsia="Times New Roman" w:cs="Arial"/>
          <w:sz w:val="22"/>
          <w:lang w:val="mn-MN"/>
        </w:rPr>
        <w:t xml:space="preserve"> Аппыг татаж аваад тохиргооны алхмуудыг дагана. Банк тань иргэний үнэмлэхийн дугаар асуух эсвэл OTP илгээж болно.</w:t>
      </w:r>
    </w:p>
    <w:p w14:paraId="19DCBB90"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5.</w:t>
      </w:r>
      <w:r w:rsidRPr="00AB46C9">
        <w:rPr>
          <w:rFonts w:eastAsia="Times New Roman" w:cs="Arial"/>
          <w:sz w:val="22"/>
          <w:lang w:val="mn-MN"/>
        </w:rPr>
        <w:t xml:space="preserve"> Хурууны хээ эсвэл нүүр таних нэвтрэлтийг тохируулж, хялбар бөгөөд аюулгүй нэвтрэх боломжтой болгоно.</w:t>
      </w:r>
    </w:p>
    <w:p w14:paraId="441435AA"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Санамж</w:t>
      </w:r>
    </w:p>
    <w:p w14:paraId="0276291E" w14:textId="202B599E" w:rsidR="006F2E8F"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та эргэлзэж байвал эхний удаа найз эсвэл гэр бүлийн гишүүнээсээ тусламж аваарай. Дараа нь өөрөө ашиглаж үзээрэй</w:t>
      </w:r>
      <w:r w:rsidR="00C00878" w:rsidRPr="00AB46C9">
        <w:rPr>
          <w:rFonts w:eastAsia="Times New Roman" w:cs="Arial"/>
          <w:sz w:val="22"/>
          <w:lang w:val="mn-MN"/>
        </w:rPr>
        <w:t>.</w:t>
      </w:r>
    </w:p>
    <w:p w14:paraId="796D1B8D" w14:textId="77777777" w:rsidR="00CA6300" w:rsidRPr="00AB46C9" w:rsidRDefault="00CA6300" w:rsidP="00204F2E">
      <w:pPr>
        <w:spacing w:before="100" w:beforeAutospacing="1" w:after="100" w:afterAutospacing="1" w:line="240" w:lineRule="auto"/>
        <w:outlineLvl w:val="2"/>
        <w:rPr>
          <w:rFonts w:eastAsia="Times New Roman" w:cs="Arial"/>
          <w:b/>
          <w:bCs/>
          <w:sz w:val="22"/>
          <w:lang w:val="mn-MN"/>
        </w:rPr>
      </w:pPr>
    </w:p>
    <w:p w14:paraId="070DB0B5"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Дадлага 4</w:t>
      </w:r>
    </w:p>
    <w:p w14:paraId="21B3B114" w14:textId="77777777"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Банкны апп-аа таньж мэдье</w:t>
      </w:r>
    </w:p>
    <w:p w14:paraId="770B3FA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Мобайл банкны апп дахь аюулгүй байдлын онцлогуудыг тодорхойлох.</w:t>
      </w:r>
    </w:p>
    <w:p w14:paraId="0595E022"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61C43292" w14:textId="77777777" w:rsidR="00204F2E" w:rsidRPr="00AB46C9" w:rsidRDefault="00204F2E">
      <w:pPr>
        <w:numPr>
          <w:ilvl w:val="0"/>
          <w:numId w:val="1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Банкны апп-аа нээнэ. </w:t>
      </w:r>
    </w:p>
    <w:p w14:paraId="3ED4EA0C" w14:textId="77777777" w:rsidR="00204F2E" w:rsidRPr="00AB46C9" w:rsidRDefault="00204F2E">
      <w:pPr>
        <w:numPr>
          <w:ilvl w:val="0"/>
          <w:numId w:val="1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Хурууны хээгээр нэвтрэх, мэдэгдэл, OTP ашиглах зэрэг боломжуудыг хайна. </w:t>
      </w:r>
    </w:p>
    <w:p w14:paraId="0923B47E" w14:textId="77777777" w:rsidR="00204F2E" w:rsidRPr="00AB46C9" w:rsidRDefault="00204F2E">
      <w:pPr>
        <w:numPr>
          <w:ilvl w:val="0"/>
          <w:numId w:val="127"/>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“Үлдэгдэл шалгах” болон “Гүйлгээний түүх</w:t>
      </w:r>
      <w:r w:rsidRPr="00AB46C9">
        <w:rPr>
          <w:rFonts w:eastAsia="Times New Roman" w:cs="Arial"/>
          <w:b/>
          <w:bCs/>
          <w:sz w:val="22"/>
          <w:lang w:val="mn-MN"/>
        </w:rPr>
        <w:t>”</w:t>
      </w:r>
      <w:r w:rsidRPr="00AB46C9">
        <w:rPr>
          <w:rFonts w:eastAsia="Times New Roman" w:cs="Arial"/>
          <w:sz w:val="22"/>
          <w:lang w:val="mn-MN"/>
        </w:rPr>
        <w:t xml:space="preserve"> хэсгийг олж үзнэ. </w:t>
      </w:r>
    </w:p>
    <w:p w14:paraId="0806FCAE" w14:textId="77777777" w:rsidR="00C00878" w:rsidRPr="00AB46C9" w:rsidRDefault="00C00878" w:rsidP="00204F2E">
      <w:pPr>
        <w:spacing w:before="100" w:beforeAutospacing="1" w:after="100" w:afterAutospacing="1" w:line="240" w:lineRule="auto"/>
        <w:rPr>
          <w:rFonts w:eastAsia="Times New Roman" w:cs="Arial"/>
          <w:b/>
          <w:bCs/>
          <w:sz w:val="22"/>
          <w:lang w:val="mn-MN"/>
        </w:rPr>
      </w:pPr>
    </w:p>
    <w:p w14:paraId="39CFE8FE" w14:textId="3A19BA25"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Эргэцүүлэн бодох:</w:t>
      </w:r>
    </w:p>
    <w:p w14:paraId="782A19FC"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Юу танд аюулгүй байдлыг мэдрүүлсэн бэ?</w:t>
      </w:r>
    </w:p>
    <w:p w14:paraId="519F22C0" w14:textId="211A93ED" w:rsidR="006F2E8F"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Банкны аппын талаар та өөр юу сурахыг хүсэж байна</w:t>
      </w:r>
    </w:p>
    <w:p w14:paraId="3980D053" w14:textId="77777777" w:rsidR="006F2E8F" w:rsidRPr="00AB46C9" w:rsidRDefault="006F2E8F" w:rsidP="00204F2E">
      <w:pPr>
        <w:spacing w:before="100" w:beforeAutospacing="1" w:after="100" w:afterAutospacing="1" w:line="240" w:lineRule="auto"/>
        <w:outlineLvl w:val="2"/>
        <w:rPr>
          <w:rFonts w:eastAsia="Times New Roman" w:cs="Arial"/>
          <w:b/>
          <w:bCs/>
          <w:sz w:val="22"/>
          <w:lang w:val="mn-MN"/>
        </w:rPr>
      </w:pPr>
    </w:p>
    <w:p w14:paraId="68C2158F" w14:textId="77777777"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5. Эрсдэлтэй үйлдлээс зайлсхийх</w:t>
      </w:r>
    </w:p>
    <w:p w14:paraId="78C1F646"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Хэрхэн аюулгүй байх вэ?</w:t>
      </w:r>
    </w:p>
    <w:p w14:paraId="4411C7C7" w14:textId="4AE1416B"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Интернет хэрэгтэй боловч болгоомжтой ашиглах ёстой. Зарим </w:t>
      </w:r>
      <w:r w:rsidR="00F12C81" w:rsidRPr="00AB46C9">
        <w:rPr>
          <w:rFonts w:eastAsia="Times New Roman" w:cs="Arial"/>
          <w:sz w:val="22"/>
          <w:lang w:val="mn-MN"/>
        </w:rPr>
        <w:t>цахим хуудас</w:t>
      </w:r>
      <w:r w:rsidRPr="00AB46C9">
        <w:rPr>
          <w:rFonts w:eastAsia="Times New Roman" w:cs="Arial"/>
          <w:sz w:val="22"/>
          <w:lang w:val="mn-MN"/>
        </w:rPr>
        <w:t xml:space="preserve"> болон мессеж нь таны мөнгө эсвэл хувийн мэдээллийг хулгайлах зорилготой урхи байдаг.</w:t>
      </w:r>
    </w:p>
    <w:p w14:paraId="7929E9F1"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Эрсдэлтэй үйлдлийн жишээ</w:t>
      </w:r>
    </w:p>
    <w:p w14:paraId="5800BBC9" w14:textId="77777777" w:rsidR="00204F2E" w:rsidRPr="00AB46C9" w:rsidRDefault="00204F2E">
      <w:pPr>
        <w:numPr>
          <w:ilvl w:val="0"/>
          <w:numId w:val="1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Мессежийн апп дээр танихгүй хүнээс ирсэн холбоос дээр дарах </w:t>
      </w:r>
    </w:p>
    <w:p w14:paraId="2F30E3F7" w14:textId="4A57B992" w:rsidR="00204F2E" w:rsidRPr="00AB46C9" w:rsidRDefault="00204F2E">
      <w:pPr>
        <w:numPr>
          <w:ilvl w:val="0"/>
          <w:numId w:val="1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Үл мэдэгдэх </w:t>
      </w:r>
      <w:r w:rsidR="00F12C81" w:rsidRPr="00AB46C9">
        <w:rPr>
          <w:rFonts w:eastAsia="Times New Roman" w:cs="Arial"/>
          <w:sz w:val="22"/>
          <w:lang w:val="mn-MN"/>
        </w:rPr>
        <w:t>цахим хуудас</w:t>
      </w:r>
      <w:r w:rsidRPr="00AB46C9">
        <w:rPr>
          <w:rFonts w:eastAsia="Times New Roman" w:cs="Arial"/>
          <w:sz w:val="22"/>
          <w:lang w:val="mn-MN"/>
        </w:rPr>
        <w:t xml:space="preserve">ад иргэний үнэмлэхийн дугаараа оруулах </w:t>
      </w:r>
    </w:p>
    <w:p w14:paraId="01A63B53" w14:textId="77777777" w:rsidR="00204F2E" w:rsidRPr="00AB46C9" w:rsidRDefault="00204F2E">
      <w:pPr>
        <w:numPr>
          <w:ilvl w:val="0"/>
          <w:numId w:val="128"/>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Худалдагчийн найдвартай эсэхийг шалгалгүйгээр төлбөр хийх </w:t>
      </w:r>
    </w:p>
    <w:p w14:paraId="613E824B"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Аюулгүй байдлыг хангахын тулд:</w:t>
      </w:r>
    </w:p>
    <w:p w14:paraId="3619585B" w14:textId="77777777" w:rsidR="00204F2E" w:rsidRPr="00AB46C9" w:rsidRDefault="00204F2E">
      <w:pPr>
        <w:numPr>
          <w:ilvl w:val="0"/>
          <w:numId w:val="1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Эргэлзэж байвал дарахаасаа өмнө хэн нэгнээс асуу. </w:t>
      </w:r>
    </w:p>
    <w:p w14:paraId="055F6996" w14:textId="77777777" w:rsidR="00204F2E" w:rsidRPr="00AB46C9" w:rsidRDefault="00204F2E">
      <w:pPr>
        <w:numPr>
          <w:ilvl w:val="0"/>
          <w:numId w:val="1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Мөнгөтэй холбоотой үйлдэл хийхдээ нийтийн Wi-Fi ашиглахаас зайлсхий. </w:t>
      </w:r>
    </w:p>
    <w:p w14:paraId="386260C1" w14:textId="77777777" w:rsidR="00204F2E" w:rsidRPr="00AB46C9" w:rsidRDefault="00204F2E">
      <w:pPr>
        <w:numPr>
          <w:ilvl w:val="0"/>
          <w:numId w:val="1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Зөвхөн найдвартай платформ ашигла. </w:t>
      </w:r>
    </w:p>
    <w:p w14:paraId="5938A93C" w14:textId="255F6B8B" w:rsidR="006F2E8F" w:rsidRPr="00AB46C9" w:rsidRDefault="00204F2E" w:rsidP="00C00878">
      <w:pPr>
        <w:numPr>
          <w:ilvl w:val="0"/>
          <w:numId w:val="129"/>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Хувийн мэдээллээ үргэлж нууцал. Найз нөхөддөө ч өгөхөөс зайлсхийж, мессеж эсвэл сошиал медиагаар хуваалцахгүй байх. </w:t>
      </w:r>
    </w:p>
    <w:p w14:paraId="16969F11" w14:textId="557A8B23"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Хакердсан байж болзошгүй гэж сэжиглэвэл яах вэ?</w:t>
      </w:r>
    </w:p>
    <w:p w14:paraId="2B60FB63"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Бид бүх арга хэмжээг авсан ч зарим цахим гэмт этгээд биднийг хуурч, бүртгэл эсвэл төхөөрөмжид нэвтэрч болдог. Үүнийг хакердуулсан гэж нэрлэдэг.</w:t>
      </w:r>
    </w:p>
    <w:p w14:paraId="4298BEE2"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Хакердуулсан байж болзошгүйг илтгэх жишээ</w:t>
      </w:r>
    </w:p>
    <w:p w14:paraId="78DFCD99" w14:textId="77777777" w:rsidR="00204F2E" w:rsidRPr="00AB46C9" w:rsidRDefault="00204F2E">
      <w:pPr>
        <w:numPr>
          <w:ilvl w:val="0"/>
          <w:numId w:val="1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мэдээгүй байхад банкны данснаас мөнгө алга болсон. </w:t>
      </w:r>
    </w:p>
    <w:p w14:paraId="3CDF5D32" w14:textId="77777777" w:rsidR="00204F2E" w:rsidRPr="00AB46C9" w:rsidRDefault="00204F2E">
      <w:pPr>
        <w:numPr>
          <w:ilvl w:val="0"/>
          <w:numId w:val="1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Найз нөхөд тань таны WhatsApp эсвэл Facebook-ээс хачин мессеж авсан гэж хэлсэн. </w:t>
      </w:r>
    </w:p>
    <w:p w14:paraId="60070F52" w14:textId="77777777" w:rsidR="00204F2E" w:rsidRPr="00AB46C9" w:rsidRDefault="00204F2E">
      <w:pPr>
        <w:numPr>
          <w:ilvl w:val="0"/>
          <w:numId w:val="1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апп руугаа нэвтэрч чадахгүй, өмнө ашигладаг нууц үг тань ажиллахгүй болсон. </w:t>
      </w:r>
    </w:p>
    <w:p w14:paraId="09E3938F" w14:textId="77777777" w:rsidR="00204F2E" w:rsidRPr="00AB46C9" w:rsidRDefault="00204F2E">
      <w:pPr>
        <w:numPr>
          <w:ilvl w:val="0"/>
          <w:numId w:val="130"/>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утас хачин ажиллаж эхэлсэн — шинэ аппууд гарч ирэх эсвэл маш удаан ажиллах. </w:t>
      </w:r>
    </w:p>
    <w:p w14:paraId="7AA09576"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Тайван байж, хурдан арга хэмжээ аваарай</w:t>
      </w:r>
    </w:p>
    <w:p w14:paraId="7D92B8C3"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Сандрах хэрэггүй.</w:t>
      </w:r>
      <w:r w:rsidRPr="00AB46C9">
        <w:rPr>
          <w:rFonts w:eastAsia="Times New Roman" w:cs="Arial"/>
          <w:sz w:val="22"/>
          <w:lang w:val="mn-MN"/>
        </w:rPr>
        <w:t xml:space="preserve"> Хакердуулах нь хэнд ч тохиолдож болно, тэр ч байтугай мэргэжилтнүүдэд ч тохиолддог. Та хэдий чинээ хурдан арга хэмжээ авна, төдий чинээ сайн.</w:t>
      </w:r>
    </w:p>
    <w:p w14:paraId="3731BB66" w14:textId="7CD34570" w:rsidR="006F2E8F" w:rsidRPr="00AB46C9" w:rsidRDefault="00204F2E" w:rsidP="00C00878">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Нууц үгээ нэн даруй солино:</w:t>
      </w:r>
      <w:r w:rsidRPr="00AB46C9">
        <w:rPr>
          <w:rFonts w:eastAsia="Times New Roman" w:cs="Arial"/>
          <w:sz w:val="22"/>
          <w:lang w:val="mn-MN"/>
        </w:rPr>
        <w:br/>
        <w:t>Нөлөөлөлд өртсөн бүртгэлдээ (жишээ нь Gmail, Facebook эсвэл банк) нэвтрэхийг оролдоно. Нэвтэрч чадвал тохиргоо руу орж нууц үгээ даруй солино.</w:t>
      </w:r>
    </w:p>
    <w:p w14:paraId="53083D10" w14:textId="2128D9A1" w:rsidR="00204F2E" w:rsidRPr="00AB46C9" w:rsidRDefault="00204F2E" w:rsidP="00204F2E">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Хакердсан байж болзошгүй гэж сэжиглэвэл яах вэ?</w:t>
      </w:r>
    </w:p>
    <w:p w14:paraId="7E1B820C"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Итгэдэг хүндээ хэл</w:t>
      </w:r>
    </w:p>
    <w:p w14:paraId="00591481"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Гэр бүлийн гишүүн, дотнын найз эсвэл багшдаа мэдэгдэнэ. Тэд дараагийн алхамыг тодорхойлоход тань тусална.</w:t>
      </w:r>
    </w:p>
    <w:p w14:paraId="74743C00"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Албан ёсны тусламжийн утас руу залга</w:t>
      </w:r>
    </w:p>
    <w:p w14:paraId="2A2ED379"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банкны апптай холбоотой бол банк руугаа нэн даруй залгаж дансаа түр хаалгах эсвэл зөвшөөрөлгүй гүйлгээ байгаа эсэхийг шалгуулна.</w:t>
      </w:r>
    </w:p>
    <w:p w14:paraId="61739A67"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гар утас тань асуудалтай бол гар утасны үйлчилгээний төвд очих эсвэл үүрэн холбооны оператортой холбогдоно.</w:t>
      </w:r>
    </w:p>
    <w:p w14:paraId="2AF74C44"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lastRenderedPageBreak/>
        <w:t>Сэжигтэй аппуудыг шинэчлэх эсвэл устгах</w:t>
      </w:r>
    </w:p>
    <w:p w14:paraId="6C35A74A"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Итгэдэг хүнээсээ тусламж авч үл мэдэгдэх аппууд эсвэл сэжигтэй зөвшөөрлүүдийг шалгана. Жишээлбэл, таны зөвшөөрөлгүйгээр камер эсвэл микрофон ашиглаж байгаа апп байгаа эсэхийг шалгана.</w:t>
      </w:r>
    </w:p>
    <w:p w14:paraId="615FB2DF"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Хоёр шатлалт баталгаажуулалт (2FA)-ыг идэвхжүүл</w:t>
      </w:r>
    </w:p>
    <w:p w14:paraId="2F5E11EB" w14:textId="77777777" w:rsidR="00204F2E" w:rsidRPr="00AB46C9" w:rsidRDefault="00204F2E" w:rsidP="00204F2E">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Энэ нь аюулгүй байдлын нэмэлт давхарга юм. Хэн нэгэн таны нууц үгийг мэдэж байсан ч таны утсанд илгээсэн тусгай кодгүйгээр бүртгэлд тань нэвтэрч чадахгүй.</w:t>
      </w:r>
    </w:p>
    <w:p w14:paraId="46E23658" w14:textId="77777777" w:rsidR="00204F2E" w:rsidRPr="00AB46C9" w:rsidRDefault="00204F2E" w:rsidP="00204F2E">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Санамж</w:t>
      </w:r>
    </w:p>
    <w:p w14:paraId="6F4B9CDE" w14:textId="77777777" w:rsidR="00204F2E" w:rsidRPr="00AB46C9" w:rsidRDefault="00204F2E">
      <w:pPr>
        <w:numPr>
          <w:ilvl w:val="0"/>
          <w:numId w:val="1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Банк, утасны компани зэрэг чухал байгууллагын яаралтай тусламжийн бүх дугаарыг бичиж аваад утасныхаа ойролцоо хадгал. </w:t>
      </w:r>
    </w:p>
    <w:p w14:paraId="42CDD4C1" w14:textId="77777777" w:rsidR="00204F2E" w:rsidRPr="00AB46C9" w:rsidRDefault="00204F2E">
      <w:pPr>
        <w:numPr>
          <w:ilvl w:val="0"/>
          <w:numId w:val="1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Таны бүртгэл хакердуулсан талаар ойр дотнын хүмүүстээ хэл. Ингэснээр тэд таны бүртгэлээс ирсэн хачин мессежүүдэд итгэхгүй. </w:t>
      </w:r>
    </w:p>
    <w:p w14:paraId="326394A8" w14:textId="3182101B" w:rsidR="006F2E8F" w:rsidRPr="00AB46C9" w:rsidRDefault="00204F2E" w:rsidP="00C00878">
      <w:pPr>
        <w:numPr>
          <w:ilvl w:val="0"/>
          <w:numId w:val="131"/>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Сард нэг удаа гэр бүлийнхэнтэйгээ “Дижитал аюулгүй байдлын шалгалт” хийж хэвшээрэй — яг л орой бүр хаалгаа түгждэгтэй адил. </w:t>
      </w:r>
    </w:p>
    <w:p w14:paraId="60073E04" w14:textId="0EACB80C" w:rsidR="00CA6300" w:rsidRPr="00AB46C9" w:rsidRDefault="00CA6300" w:rsidP="00CA6300">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Дадлага 4: Эрсдэлтэй юу, аюулгүй юу?</w:t>
      </w:r>
    </w:p>
    <w:p w14:paraId="10E317A4"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Зорилго:</w:t>
      </w:r>
      <w:r w:rsidRPr="00AB46C9">
        <w:rPr>
          <w:rFonts w:eastAsia="Times New Roman" w:cs="Arial"/>
          <w:sz w:val="22"/>
          <w:lang w:val="mn-MN"/>
        </w:rPr>
        <w:br/>
        <w:t>Аюулгүй болон эрсдэлтэй цахим үйлдлүүдийг ялгаж сурах.</w:t>
      </w:r>
    </w:p>
    <w:p w14:paraId="730EAF8A"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Заавар:</w:t>
      </w:r>
    </w:p>
    <w:p w14:paraId="15712D7B"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Дараах үйлдэл бүрийн хувьд “Аюулгүй” эсвэл “Эрсдэлтэй” гэдгийг тэмдэглэнэ үү.</w:t>
      </w:r>
    </w:p>
    <w:p w14:paraId="31EA9456"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Банкны нууц үгээ Facebook-ийн мессежээр илгээх</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Эрсдэлтэй</w:t>
      </w:r>
    </w:p>
    <w:p w14:paraId="0F497A1E"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Долоо хоног бүр гүйлгээний түүхээ шалгах</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Эрсдэлтэй</w:t>
      </w:r>
    </w:p>
    <w:p w14:paraId="34689993" w14:textId="3DDDB0C5" w:rsidR="00C00878" w:rsidRPr="00AB46C9" w:rsidRDefault="00CA6300" w:rsidP="00C00878">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Үл мэдэгдэх сурталчилгааны хуудсан дээрх QR кодыг уншуулах</w:t>
      </w:r>
      <w:r w:rsidRPr="00AB46C9">
        <w:rPr>
          <w:rFonts w:eastAsia="Times New Roman" w:cs="Arial"/>
          <w:sz w:val="22"/>
          <w:lang w:val="mn-MN"/>
        </w:rPr>
        <w:br/>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Аюулгүй </w:t>
      </w:r>
      <w:r w:rsidRPr="00AB46C9">
        <w:rPr>
          <w:rFonts w:ascii="Segoe UI Symbol" w:eastAsia="Times New Roman" w:hAnsi="Segoe UI Symbol" w:cs="Segoe UI Symbol"/>
          <w:sz w:val="22"/>
          <w:lang w:val="mn-MN"/>
        </w:rPr>
        <w:t>☐</w:t>
      </w:r>
      <w:r w:rsidRPr="00AB46C9">
        <w:rPr>
          <w:rFonts w:eastAsia="Times New Roman" w:cs="Arial"/>
          <w:sz w:val="22"/>
          <w:lang w:val="mn-MN"/>
        </w:rPr>
        <w:t xml:space="preserve"> Эрсдэлтэй</w:t>
      </w:r>
    </w:p>
    <w:p w14:paraId="281AD2C5" w14:textId="77777777" w:rsidR="00C00878" w:rsidRPr="00AB46C9" w:rsidRDefault="00C00878" w:rsidP="00C00878">
      <w:pPr>
        <w:spacing w:before="100" w:beforeAutospacing="1" w:after="100" w:afterAutospacing="1" w:line="240" w:lineRule="auto"/>
        <w:rPr>
          <w:rFonts w:eastAsia="Times New Roman" w:cs="Arial"/>
          <w:sz w:val="22"/>
          <w:lang w:val="mn-MN"/>
        </w:rPr>
      </w:pPr>
    </w:p>
    <w:p w14:paraId="42EDEF88" w14:textId="65B0AC94"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Эргэцүүлэн бодох</w:t>
      </w:r>
    </w:p>
    <w:p w14:paraId="3D0B0627" w14:textId="77777777" w:rsidR="00CA6300" w:rsidRPr="00AB46C9" w:rsidRDefault="00CA6300">
      <w:pPr>
        <w:numPr>
          <w:ilvl w:val="0"/>
          <w:numId w:val="13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Өөрийгөө хамгаалахын тулд та ямар шинэ дадлыг хэвшүүлж болох вэ? </w:t>
      </w:r>
    </w:p>
    <w:p w14:paraId="6AF7E686" w14:textId="77777777" w:rsidR="00CA6300" w:rsidRPr="00AB46C9" w:rsidRDefault="00CA6300">
      <w:pPr>
        <w:numPr>
          <w:ilvl w:val="0"/>
          <w:numId w:val="13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Эдгээр эрсдэлийг таньж мэдэхэд нь өөр хүнд хэрхэн зааж өгч болох вэ? </w:t>
      </w:r>
    </w:p>
    <w:p w14:paraId="45F5A07A" w14:textId="2D8CE3D5" w:rsidR="00626138" w:rsidRPr="00AB46C9" w:rsidRDefault="00CA6300" w:rsidP="00C00878">
      <w:pPr>
        <w:numPr>
          <w:ilvl w:val="0"/>
          <w:numId w:val="132"/>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Найз тань хувийн мэдээллээ онлайнаар хуваалцаж байгааг харвал та юу хийх вэ?</w:t>
      </w:r>
    </w:p>
    <w:p w14:paraId="69C07C18" w14:textId="77777777" w:rsidR="006F2E8F" w:rsidRPr="00AB46C9" w:rsidRDefault="006F2E8F" w:rsidP="00CA6300">
      <w:pPr>
        <w:spacing w:before="100" w:beforeAutospacing="1" w:after="100" w:afterAutospacing="1" w:line="240" w:lineRule="auto"/>
        <w:outlineLvl w:val="1"/>
        <w:rPr>
          <w:rFonts w:eastAsia="Times New Roman" w:cs="Arial"/>
          <w:b/>
          <w:bCs/>
          <w:sz w:val="22"/>
          <w:lang w:val="mn-MN"/>
        </w:rPr>
      </w:pPr>
    </w:p>
    <w:p w14:paraId="10029954" w14:textId="66E7E81D" w:rsidR="00CA6300" w:rsidRPr="00AB46C9" w:rsidRDefault="00CA6300" w:rsidP="00CA6300">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Зөвлөмж ба аргачлал</w:t>
      </w:r>
    </w:p>
    <w:p w14:paraId="4EC0DBFE" w14:textId="49FF83D7"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 xml:space="preserve">1. </w:t>
      </w:r>
      <w:r w:rsidR="00F12C81" w:rsidRPr="00AB46C9">
        <w:rPr>
          <w:rFonts w:eastAsia="Times New Roman" w:cs="Arial"/>
          <w:b/>
          <w:bCs/>
          <w:sz w:val="22"/>
          <w:lang w:val="mn-MN"/>
        </w:rPr>
        <w:t>Цахим хуудас</w:t>
      </w:r>
      <w:r w:rsidRPr="00AB46C9">
        <w:rPr>
          <w:rFonts w:eastAsia="Times New Roman" w:cs="Arial"/>
          <w:b/>
          <w:bCs/>
          <w:sz w:val="22"/>
          <w:lang w:val="mn-MN"/>
        </w:rPr>
        <w:t>ын URL хаягийг дахин шалгах</w:t>
      </w:r>
    </w:p>
    <w:p w14:paraId="57C48D1E" w14:textId="22FE3986"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 xml:space="preserve">Хуурамч </w:t>
      </w:r>
      <w:r w:rsidR="00F12C81" w:rsidRPr="00AB46C9">
        <w:rPr>
          <w:rFonts w:eastAsia="Times New Roman" w:cs="Arial"/>
          <w:sz w:val="22"/>
          <w:lang w:val="mn-MN"/>
        </w:rPr>
        <w:t>цахим хуудас</w:t>
      </w:r>
      <w:r w:rsidRPr="00AB46C9">
        <w:rPr>
          <w:rFonts w:eastAsia="Times New Roman" w:cs="Arial"/>
          <w:sz w:val="22"/>
          <w:lang w:val="mn-MN"/>
        </w:rPr>
        <w:t>ууд жинхэнэ мэт харагдаж болно.</w:t>
      </w:r>
    </w:p>
    <w:p w14:paraId="2A669CAE"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 xml:space="preserve">https болон цоожны тэмдэг </w:t>
      </w:r>
      <w:r w:rsidRPr="00AB46C9">
        <w:rPr>
          <w:rFonts w:ascii="Segoe UI Emoji" w:eastAsia="Times New Roman" w:hAnsi="Segoe UI Emoji" w:cs="Segoe UI Emoji"/>
          <w:sz w:val="22"/>
          <w:lang w:val="mn-MN"/>
        </w:rPr>
        <w:t>🔒</w:t>
      </w:r>
      <w:r w:rsidRPr="00AB46C9">
        <w:rPr>
          <w:rFonts w:eastAsia="Times New Roman" w:cs="Arial"/>
          <w:sz w:val="22"/>
          <w:lang w:val="mn-MN"/>
        </w:rPr>
        <w:t xml:space="preserve"> байгаа эсэхийг шалга. Эргэлзэж байвал хэн нэгнээс баталгаажуулж асуу.</w:t>
      </w:r>
    </w:p>
    <w:p w14:paraId="3D957E73" w14:textId="77777777"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lastRenderedPageBreak/>
        <w:t>2. Мэдэгдэл, сэрэмжлүүлгийг идэвхжүүлэх</w:t>
      </w:r>
    </w:p>
    <w:p w14:paraId="2B20E74F"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Хэн нэгэн таны бүртгэлийг ашиглавал та шууд мэдэх боломжтой.</w:t>
      </w:r>
    </w:p>
    <w:p w14:paraId="285679E6"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Аппын тохиргоо руу орж SMS эсвэл аппын мэдэгдлийг идэвхжүүл.</w:t>
      </w:r>
    </w:p>
    <w:p w14:paraId="188F28E0" w14:textId="77777777"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3. Зөвхөн албан ёсны апп ашиглах</w:t>
      </w:r>
    </w:p>
    <w:p w14:paraId="471FD551"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Хуурамч аппууд таны мэдээллийг хулгайлж болно.</w:t>
      </w:r>
    </w:p>
    <w:p w14:paraId="705FA565" w14:textId="1C7F84DD" w:rsidR="006F2E8F" w:rsidRPr="00AB46C9" w:rsidRDefault="00CA6300" w:rsidP="00C00878">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 xml:space="preserve">Аппыг зөвхөн </w:t>
      </w:r>
      <w:r w:rsidRPr="00AB46C9">
        <w:rPr>
          <w:rFonts w:eastAsia="Times New Roman" w:cs="Arial"/>
          <w:b/>
          <w:bCs/>
          <w:sz w:val="22"/>
          <w:lang w:val="mn-MN"/>
        </w:rPr>
        <w:t>Google Play</w:t>
      </w:r>
      <w:r w:rsidRPr="00AB46C9">
        <w:rPr>
          <w:rFonts w:eastAsia="Times New Roman" w:cs="Arial"/>
          <w:sz w:val="22"/>
          <w:lang w:val="mn-MN"/>
        </w:rPr>
        <w:t xml:space="preserve"> эсвэл </w:t>
      </w:r>
      <w:r w:rsidRPr="00AB46C9">
        <w:rPr>
          <w:rFonts w:eastAsia="Times New Roman" w:cs="Arial"/>
          <w:b/>
          <w:bCs/>
          <w:sz w:val="22"/>
          <w:lang w:val="mn-MN"/>
        </w:rPr>
        <w:t>Apple App Store</w:t>
      </w:r>
      <w:r w:rsidRPr="00AB46C9">
        <w:rPr>
          <w:rFonts w:eastAsia="Times New Roman" w:cs="Arial"/>
          <w:sz w:val="22"/>
          <w:lang w:val="mn-MN"/>
        </w:rPr>
        <w:t xml:space="preserve">-оос татаж аваарай. </w:t>
      </w:r>
    </w:p>
    <w:p w14:paraId="61F55372" w14:textId="402541F2"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4. Бүртгэл хөтөл</w:t>
      </w:r>
    </w:p>
    <w:p w14:paraId="1B8F1B20"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Ямар нэгэн асуудал гарвал юу болсныг дахин шалгах боломжтой.</w:t>
      </w:r>
    </w:p>
    <w:p w14:paraId="60A8915E" w14:textId="77777777" w:rsidR="00C00878" w:rsidRPr="00AB46C9" w:rsidRDefault="00C00878" w:rsidP="00CA6300">
      <w:pPr>
        <w:spacing w:before="100" w:beforeAutospacing="1" w:after="100" w:afterAutospacing="1" w:line="240" w:lineRule="auto"/>
        <w:rPr>
          <w:rFonts w:eastAsia="Times New Roman" w:cs="Arial"/>
          <w:b/>
          <w:bCs/>
          <w:sz w:val="22"/>
          <w:lang w:val="mn-MN"/>
        </w:rPr>
      </w:pPr>
    </w:p>
    <w:p w14:paraId="5C1064E1" w14:textId="5A393B66"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Чухал гүйлгээнүүдээ гэртээ хадгалдаг дэвтэртээ тэмдэглэж бай. Хэрэв дэлгэц</w:t>
      </w:r>
      <w:r w:rsidR="00626138" w:rsidRPr="00AB46C9">
        <w:rPr>
          <w:rFonts w:eastAsia="Times New Roman" w:cs="Arial"/>
          <w:sz w:val="22"/>
          <w:lang w:val="mn-MN"/>
        </w:rPr>
        <w:t xml:space="preserve"> дээр </w:t>
      </w:r>
      <w:r w:rsidRPr="00AB46C9">
        <w:rPr>
          <w:rFonts w:eastAsia="Times New Roman" w:cs="Arial"/>
          <w:sz w:val="22"/>
          <w:lang w:val="mn-MN"/>
        </w:rPr>
        <w:t xml:space="preserve">зураг </w:t>
      </w:r>
      <w:r w:rsidR="00626138" w:rsidRPr="00AB46C9">
        <w:rPr>
          <w:rFonts w:eastAsia="Times New Roman" w:cs="Arial"/>
          <w:sz w:val="22"/>
          <w:lang w:val="mn-MN"/>
        </w:rPr>
        <w:t xml:space="preserve">авч </w:t>
      </w:r>
      <w:r w:rsidRPr="00AB46C9">
        <w:rPr>
          <w:rFonts w:eastAsia="Times New Roman" w:cs="Arial"/>
          <w:sz w:val="22"/>
          <w:lang w:val="mn-MN"/>
        </w:rPr>
        <w:t>ашигладаг бол утсан дээрээ тэдгээрийг эмхэлж цэгцлэхэд хэн нэгнээс тусламж авч болно.</w:t>
      </w:r>
    </w:p>
    <w:p w14:paraId="7BFAE5CC" w14:textId="77777777" w:rsidR="00CA6300" w:rsidRPr="00AB46C9" w:rsidRDefault="00CA6300" w:rsidP="00CA6300">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5. Найзтайгаа хамт дадлага хий</w:t>
      </w:r>
    </w:p>
    <w:p w14:paraId="634ED00C"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t>Та илүү өөртөө итгэлтэй болж, хурдан суралцана.</w:t>
      </w:r>
    </w:p>
    <w:p w14:paraId="61904FD2"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r w:rsidRPr="00AB46C9">
        <w:rPr>
          <w:rFonts w:eastAsia="Times New Roman" w:cs="Arial"/>
          <w:sz w:val="22"/>
          <w:lang w:val="mn-MN"/>
        </w:rPr>
        <w:br/>
        <w:t>Долоо хоног бүр нэг шинэ зүйл дээр хамтдаа дадлага хийж үзээрэй.</w:t>
      </w:r>
    </w:p>
    <w:p w14:paraId="3D939696" w14:textId="6416D012" w:rsidR="00C00878" w:rsidRPr="00AB46C9" w:rsidRDefault="00CA6300" w:rsidP="00C00878">
      <w:pPr>
        <w:spacing w:before="100" w:beforeAutospacing="1" w:after="100" w:afterAutospacing="1" w:line="240" w:lineRule="auto"/>
        <w:outlineLvl w:val="2"/>
        <w:rPr>
          <w:rFonts w:eastAsia="Times New Roman" w:cs="Arial"/>
          <w:b/>
          <w:bCs/>
          <w:sz w:val="22"/>
          <w:lang w:val="mn-MN"/>
        </w:rPr>
      </w:pPr>
      <w:r w:rsidRPr="00AB46C9">
        <w:rPr>
          <w:rFonts w:eastAsia="Times New Roman" w:cs="Arial"/>
          <w:b/>
          <w:bCs/>
          <w:sz w:val="22"/>
          <w:lang w:val="mn-MN"/>
        </w:rPr>
        <w:t>6. Хурдан бөгөөд аюулгүй төлбөр хийхэд Apple Pay эсвэл Google Pay ашиглах</w:t>
      </w:r>
    </w:p>
    <w:p w14:paraId="29313886" w14:textId="5CAB9582" w:rsidR="00CA6300" w:rsidRPr="00AB46C9" w:rsidRDefault="00626138"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Яагаад чухал вэ?</w:t>
      </w:r>
      <w:r w:rsidRPr="00AB46C9">
        <w:rPr>
          <w:rFonts w:eastAsia="Times New Roman" w:cs="Arial"/>
          <w:sz w:val="22"/>
          <w:lang w:val="mn-MN"/>
        </w:rPr>
        <w:br/>
      </w:r>
      <w:r w:rsidR="00CA6300" w:rsidRPr="00AB46C9">
        <w:rPr>
          <w:rFonts w:eastAsia="Times New Roman" w:cs="Arial"/>
          <w:sz w:val="22"/>
          <w:lang w:val="mn-MN"/>
        </w:rPr>
        <w:t>Энэ нь хурдан, аюулгүй бөгөөд бэлэн мөнгө авч явах эсвэл түрийвчээ гаргах шаардлагагүй болгодог. Энэ нь ялангуяа худалдан авалт бүрт картын дугаар оруулахыг хүсдэггүй ахмад настнуудад тохиромжтой.</w:t>
      </w:r>
    </w:p>
    <w:p w14:paraId="4FA1AB67" w14:textId="62484CDA" w:rsidR="00CA6300" w:rsidRPr="00AB46C9" w:rsidRDefault="00CA6300">
      <w:pPr>
        <w:numPr>
          <w:ilvl w:val="0"/>
          <w:numId w:val="1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PIN кодоо бичих шаардлагагүй. </w:t>
      </w:r>
    </w:p>
    <w:p w14:paraId="0839621E" w14:textId="77777777" w:rsidR="00CA6300" w:rsidRPr="00AB46C9" w:rsidRDefault="00CA6300">
      <w:pPr>
        <w:numPr>
          <w:ilvl w:val="0"/>
          <w:numId w:val="1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Бэлэн мөнгө эсвэл биет карт ашиглахаас аюулгүй. </w:t>
      </w:r>
    </w:p>
    <w:p w14:paraId="4F641610" w14:textId="77777777" w:rsidR="00626138" w:rsidRPr="00AB46C9" w:rsidRDefault="00CA6300">
      <w:pPr>
        <w:numPr>
          <w:ilvl w:val="0"/>
          <w:numId w:val="1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Бараг шууд ажилладаг. </w:t>
      </w:r>
    </w:p>
    <w:p w14:paraId="0819602D" w14:textId="77777777" w:rsidR="00626138" w:rsidRPr="00AB46C9" w:rsidRDefault="00CA6300">
      <w:pPr>
        <w:numPr>
          <w:ilvl w:val="0"/>
          <w:numId w:val="1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Хөдөлгөөн эсвэл харааны боломж хязгаарлагдмал хүмүүст тохиромжтой — жижиг товчлууртай төхөөрөмж ашиглах шаардлагагүй! </w:t>
      </w:r>
    </w:p>
    <w:p w14:paraId="360E7450" w14:textId="21B5CA6A" w:rsidR="006F2E8F" w:rsidRPr="00AB46C9" w:rsidRDefault="00626138" w:rsidP="00C00878">
      <w:pPr>
        <w:numPr>
          <w:ilvl w:val="0"/>
          <w:numId w:val="133"/>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Хэрэглэхээсээ өмнө тухайн дэлгүүр эсвэл </w:t>
      </w:r>
      <w:r w:rsidR="00F12C81" w:rsidRPr="00AB46C9">
        <w:rPr>
          <w:rFonts w:eastAsia="Times New Roman" w:cs="Arial"/>
          <w:sz w:val="22"/>
          <w:lang w:val="mn-MN"/>
        </w:rPr>
        <w:t>цахим хуудас</w:t>
      </w:r>
      <w:r w:rsidRPr="00AB46C9">
        <w:rPr>
          <w:rFonts w:eastAsia="Times New Roman" w:cs="Arial"/>
          <w:sz w:val="22"/>
          <w:lang w:val="mn-MN"/>
        </w:rPr>
        <w:t xml:space="preserve"> мобайл төлбөр хүлээн авдаг эсэхийг шалгаарай. </w:t>
      </w:r>
    </w:p>
    <w:p w14:paraId="6C655587" w14:textId="525F88C3" w:rsidR="00CA6300" w:rsidRPr="00AB46C9" w:rsidRDefault="00CA6300" w:rsidP="00CA6300">
      <w:pPr>
        <w:spacing w:before="100" w:beforeAutospacing="1" w:after="100" w:afterAutospacing="1" w:line="240" w:lineRule="auto"/>
        <w:outlineLvl w:val="1"/>
        <w:rPr>
          <w:rFonts w:eastAsia="Times New Roman" w:cs="Arial"/>
          <w:b/>
          <w:bCs/>
          <w:sz w:val="22"/>
          <w:lang w:val="mn-MN"/>
        </w:rPr>
      </w:pPr>
      <w:r w:rsidRPr="00AB46C9">
        <w:rPr>
          <w:rFonts w:eastAsia="Times New Roman" w:cs="Arial"/>
          <w:b/>
          <w:bCs/>
          <w:sz w:val="22"/>
          <w:lang w:val="mn-MN"/>
        </w:rPr>
        <w:t xml:space="preserve">6. </w:t>
      </w:r>
      <w:r w:rsidR="006F2E8F" w:rsidRPr="00AB46C9">
        <w:rPr>
          <w:rFonts w:eastAsia="Times New Roman" w:cs="Arial"/>
          <w:b/>
          <w:bCs/>
          <w:sz w:val="22"/>
          <w:lang w:val="mn-MN"/>
        </w:rPr>
        <w:t>Хурдан бөгөөд аюулгүй төлбөр хийхэд Apple Pay эсвэл Google Pay ашиглах</w:t>
      </w:r>
    </w:p>
    <w:p w14:paraId="068F1941"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b/>
          <w:bCs/>
          <w:sz w:val="22"/>
          <w:lang w:val="mn-MN"/>
        </w:rPr>
        <w:t>Хэрхэн хийх вэ?</w:t>
      </w:r>
    </w:p>
    <w:p w14:paraId="3AC873CF" w14:textId="77777777" w:rsidR="00CA6300" w:rsidRPr="00AB46C9" w:rsidRDefault="00CA6300">
      <w:pPr>
        <w:pStyle w:val="ListParagraph"/>
        <w:numPr>
          <w:ilvl w:val="0"/>
          <w:numId w:val="1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та iPhone ашигладаг бол Wallet аппыг нээгээд кредит/дебит картаа нэмнэ. Үүнийг тохируулахад банк тань тусалж болно.</w:t>
      </w:r>
    </w:p>
    <w:p w14:paraId="370F9195" w14:textId="77777777" w:rsidR="00CA6300" w:rsidRPr="00AB46C9" w:rsidRDefault="00CA6300">
      <w:pPr>
        <w:pStyle w:val="ListParagraph"/>
        <w:numPr>
          <w:ilvl w:val="0"/>
          <w:numId w:val="1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t>Хэрэв та Android утас ашигладаг бол Google Wallet эсвэл Google Pay аппыг нээгээд картаа нэмнэ.</w:t>
      </w:r>
    </w:p>
    <w:p w14:paraId="6B50E29C" w14:textId="77777777" w:rsidR="00CA6300" w:rsidRPr="00AB46C9" w:rsidRDefault="00CA6300">
      <w:pPr>
        <w:pStyle w:val="ListParagraph"/>
        <w:numPr>
          <w:ilvl w:val="0"/>
          <w:numId w:val="135"/>
        </w:numPr>
        <w:spacing w:before="100" w:beforeAutospacing="1" w:after="100" w:afterAutospacing="1" w:line="240" w:lineRule="auto"/>
        <w:rPr>
          <w:rFonts w:eastAsia="Times New Roman" w:cs="Arial"/>
          <w:sz w:val="22"/>
          <w:lang w:val="mn-MN"/>
        </w:rPr>
      </w:pPr>
      <w:r w:rsidRPr="00AB46C9">
        <w:rPr>
          <w:rFonts w:eastAsia="Times New Roman" w:cs="Arial"/>
          <w:sz w:val="22"/>
          <w:lang w:val="mn-MN"/>
        </w:rPr>
        <w:lastRenderedPageBreak/>
        <w:t>Дараагийн удаа дэлгүүрт онлайнаар эсвэл биечлэн худалдан авалт хийхдээ утсаа төлбөрийн төхөөрөмжийн ойролцоо бариад Face ID эсвэл хурууны хээгээр баталгаажуулна.</w:t>
      </w:r>
    </w:p>
    <w:p w14:paraId="19126094" w14:textId="3030080A"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 xml:space="preserve">Та одоо </w:t>
      </w:r>
      <w:r w:rsidR="00626138" w:rsidRPr="00AB46C9">
        <w:rPr>
          <w:rFonts w:eastAsia="Times New Roman" w:cs="Arial"/>
          <w:sz w:val="22"/>
          <w:lang w:val="mn-MN"/>
        </w:rPr>
        <w:t xml:space="preserve">цахим </w:t>
      </w:r>
      <w:r w:rsidRPr="00AB46C9">
        <w:rPr>
          <w:rFonts w:eastAsia="Times New Roman" w:cs="Arial"/>
          <w:sz w:val="22"/>
          <w:lang w:val="mn-MN"/>
        </w:rPr>
        <w:t>хэрэгслийг ашиглан өдөр тутмын амьдралаа хэрхэн хялбар, аюулгүй болгох талаар сурлаа.</w:t>
      </w:r>
    </w:p>
    <w:p w14:paraId="710FC270" w14:textId="77777777" w:rsidR="00CA6300" w:rsidRPr="00AB46C9" w:rsidRDefault="00CA6300" w:rsidP="00CA6300">
      <w:pPr>
        <w:spacing w:before="100" w:beforeAutospacing="1" w:after="100" w:afterAutospacing="1" w:line="240" w:lineRule="auto"/>
        <w:rPr>
          <w:rFonts w:eastAsia="Times New Roman" w:cs="Arial"/>
          <w:sz w:val="22"/>
          <w:lang w:val="mn-MN"/>
        </w:rPr>
      </w:pPr>
      <w:r w:rsidRPr="00AB46C9">
        <w:rPr>
          <w:rFonts w:eastAsia="Times New Roman" w:cs="Arial"/>
          <w:sz w:val="22"/>
          <w:lang w:val="mn-MN"/>
        </w:rPr>
        <w:t>Өөрийн хурдаар үргэлжлүүлэн дадлага хийж, сурсан зүйлээ гэр бүл болон олон нийтийнхээ бусад хүмүүстэй хуваалцаарай.</w:t>
      </w:r>
    </w:p>
    <w:p w14:paraId="7A92D1B1" w14:textId="5FC4FE7A" w:rsidR="006F2E8F" w:rsidRPr="00AB46C9" w:rsidRDefault="00CA6300" w:rsidP="00C00878">
      <w:pPr>
        <w:spacing w:before="100" w:beforeAutospacing="1" w:after="100" w:afterAutospacing="1" w:line="240" w:lineRule="auto"/>
        <w:rPr>
          <w:rFonts w:eastAsia="Times New Roman" w:cs="Arial"/>
          <w:b/>
          <w:bCs/>
          <w:color w:val="00B050"/>
          <w:sz w:val="24"/>
          <w:szCs w:val="24"/>
          <w:lang w:val="mn-MN"/>
        </w:rPr>
      </w:pPr>
      <w:r w:rsidRPr="00AB46C9">
        <w:rPr>
          <w:rFonts w:eastAsia="Times New Roman" w:cs="Arial"/>
          <w:b/>
          <w:bCs/>
          <w:color w:val="00B050"/>
          <w:sz w:val="24"/>
          <w:szCs w:val="24"/>
          <w:lang w:val="mn-MN"/>
        </w:rPr>
        <w:t xml:space="preserve">Таны хийж буй алхам бүр </w:t>
      </w:r>
      <w:r w:rsidR="00626138" w:rsidRPr="00AB46C9">
        <w:rPr>
          <w:rFonts w:eastAsia="Times New Roman" w:cs="Arial"/>
          <w:b/>
          <w:bCs/>
          <w:color w:val="00B050"/>
          <w:sz w:val="24"/>
          <w:szCs w:val="24"/>
          <w:lang w:val="mn-MN"/>
        </w:rPr>
        <w:t>цахим</w:t>
      </w:r>
      <w:r w:rsidRPr="00AB46C9">
        <w:rPr>
          <w:rFonts w:eastAsia="Times New Roman" w:cs="Arial"/>
          <w:b/>
          <w:bCs/>
          <w:color w:val="00B050"/>
          <w:sz w:val="24"/>
          <w:szCs w:val="24"/>
          <w:lang w:val="mn-MN"/>
        </w:rPr>
        <w:t xml:space="preserve"> орчинд өөртөө итгэлтэй болох нэг алхам юм.</w:t>
      </w:r>
    </w:p>
    <w:p w14:paraId="7842BF57" w14:textId="77777777" w:rsidR="00FF2785" w:rsidRPr="00AB46C9" w:rsidRDefault="00FF2785" w:rsidP="00FF2785">
      <w:pPr>
        <w:pStyle w:val="Heading3"/>
        <w:rPr>
          <w:rFonts w:ascii="Arial" w:hAnsi="Arial" w:cs="Arial"/>
          <w:sz w:val="22"/>
          <w:lang w:val="mn-MN"/>
        </w:rPr>
      </w:pPr>
      <w:r w:rsidRPr="00AB46C9">
        <w:rPr>
          <w:rFonts w:ascii="Arial" w:hAnsi="Arial" w:cs="Arial"/>
          <w:sz w:val="22"/>
          <w:lang w:val="mn-MN"/>
        </w:rPr>
        <w:t>Ази, Номхон Далайн Эдийн засаг, Нийгмийн Комиссийн Хүн ам зүйн өөрчлөлтийн цахим хуудсаас дэлгэрэнгүй мэдээлэлтэй танилцана уу.</w:t>
      </w:r>
    </w:p>
    <w:p w14:paraId="33B376A0" w14:textId="77777777" w:rsidR="00FF2785" w:rsidRPr="00AB46C9" w:rsidRDefault="00FF2785" w:rsidP="00FF2785">
      <w:pPr>
        <w:pStyle w:val="FirstParagraph"/>
        <w:rPr>
          <w:rFonts w:ascii="Arial" w:hAnsi="Arial" w:cs="Arial"/>
          <w:sz w:val="22"/>
          <w:szCs w:val="22"/>
          <w:lang w:val="mn-MN"/>
        </w:rPr>
      </w:pPr>
      <w:r w:rsidRPr="00AB46C9">
        <w:rPr>
          <w:rFonts w:ascii="Arial" w:hAnsi="Arial" w:cs="Arial"/>
          <w:b/>
          <w:bCs/>
          <w:sz w:val="22"/>
          <w:szCs w:val="22"/>
          <w:lang w:val="mn-MN"/>
        </w:rPr>
        <w:t>www.population-trends-asiapacific.org</w:t>
      </w:r>
    </w:p>
    <w:p w14:paraId="06DAA215" w14:textId="77777777" w:rsidR="00FF2785" w:rsidRPr="00AB46C9" w:rsidRDefault="00FF2785" w:rsidP="00FF2785">
      <w:pPr>
        <w:pStyle w:val="Compact"/>
        <w:numPr>
          <w:ilvl w:val="0"/>
          <w:numId w:val="141"/>
        </w:numPr>
        <w:rPr>
          <w:rFonts w:ascii="Arial" w:hAnsi="Arial" w:cs="Arial"/>
          <w:sz w:val="22"/>
          <w:szCs w:val="22"/>
          <w:lang w:val="mn-MN"/>
        </w:rPr>
      </w:pPr>
      <w:r w:rsidRPr="00AB46C9">
        <w:rPr>
          <w:rFonts w:ascii="Arial" w:hAnsi="Arial" w:cs="Arial"/>
          <w:sz w:val="22"/>
          <w:szCs w:val="22"/>
          <w:lang w:val="mn-MN"/>
        </w:rPr>
        <w:t>Хүн ам зүйн чиг хандлагын талаарх мэдээлэл</w:t>
      </w:r>
    </w:p>
    <w:p w14:paraId="0C88BDD3" w14:textId="77777777" w:rsidR="00FF2785" w:rsidRPr="00AB46C9" w:rsidRDefault="00FF2785" w:rsidP="00FF2785">
      <w:pPr>
        <w:pStyle w:val="Compact"/>
        <w:numPr>
          <w:ilvl w:val="0"/>
          <w:numId w:val="141"/>
        </w:numPr>
        <w:rPr>
          <w:rFonts w:ascii="Arial" w:hAnsi="Arial" w:cs="Arial"/>
          <w:sz w:val="22"/>
          <w:szCs w:val="22"/>
          <w:lang w:val="mn-MN"/>
        </w:rPr>
      </w:pPr>
      <w:r w:rsidRPr="00AB46C9">
        <w:rPr>
          <w:rFonts w:ascii="Arial" w:hAnsi="Arial" w:cs="Arial"/>
          <w:sz w:val="22"/>
          <w:szCs w:val="22"/>
          <w:lang w:val="mn-MN"/>
        </w:rPr>
        <w:t>Бодлого, үйл ажиллагааны төлөвлөгөө болон сайн туршлагын сан</w:t>
      </w:r>
    </w:p>
    <w:p w14:paraId="3BFC5FE9" w14:textId="5E723E18" w:rsidR="00FF2785" w:rsidRPr="00AB46C9" w:rsidRDefault="00FF2785" w:rsidP="00C00878">
      <w:pPr>
        <w:pStyle w:val="Compact"/>
        <w:numPr>
          <w:ilvl w:val="0"/>
          <w:numId w:val="141"/>
        </w:numPr>
        <w:rPr>
          <w:rFonts w:ascii="Arial" w:hAnsi="Arial" w:cs="Arial"/>
          <w:sz w:val="22"/>
          <w:szCs w:val="22"/>
          <w:lang w:val="mn-MN"/>
        </w:rPr>
      </w:pPr>
      <w:r w:rsidRPr="00AB46C9">
        <w:rPr>
          <w:rFonts w:ascii="Arial" w:hAnsi="Arial" w:cs="Arial"/>
          <w:sz w:val="22"/>
          <w:szCs w:val="22"/>
          <w:lang w:val="mn-MN"/>
        </w:rPr>
        <w:t>Бодлого боловсруулагчид болон оролцогч талуудад зориулсан тайлан, арга хэрэгсэл, нөөц материал</w:t>
      </w:r>
    </w:p>
    <w:p w14:paraId="1FB3DCFA" w14:textId="77777777" w:rsidR="00FF2785" w:rsidRPr="00AB46C9" w:rsidRDefault="00FF2785" w:rsidP="00FF2785">
      <w:pPr>
        <w:pStyle w:val="Heading3"/>
        <w:rPr>
          <w:rFonts w:ascii="Arial" w:hAnsi="Arial" w:cs="Arial"/>
          <w:sz w:val="22"/>
          <w:lang w:val="mn-MN"/>
        </w:rPr>
      </w:pPr>
      <w:r w:rsidRPr="00AB46C9">
        <w:rPr>
          <w:rFonts w:ascii="Arial" w:hAnsi="Arial" w:cs="Arial"/>
          <w:sz w:val="22"/>
          <w:lang w:val="mn-MN"/>
        </w:rPr>
        <w:t>ESCAP</w:t>
      </w:r>
    </w:p>
    <w:p w14:paraId="523119D1" w14:textId="77777777" w:rsidR="00FF2785" w:rsidRPr="00AB46C9" w:rsidRDefault="00FF2785" w:rsidP="00FF2785">
      <w:pPr>
        <w:pStyle w:val="Heading3"/>
        <w:rPr>
          <w:rFonts w:ascii="Arial" w:hAnsi="Arial" w:cs="Arial"/>
          <w:sz w:val="22"/>
          <w:lang w:val="mn-MN"/>
        </w:rPr>
      </w:pPr>
      <w:r w:rsidRPr="00AB46C9">
        <w:rPr>
          <w:rFonts w:ascii="Arial" w:hAnsi="Arial" w:cs="Arial"/>
          <w:sz w:val="22"/>
          <w:lang w:val="mn-MN"/>
        </w:rPr>
        <w:t xml:space="preserve">НҮБ-ын Ази, Номхон далайн эдийн засаг, нийгмийн комисс </w:t>
      </w:r>
    </w:p>
    <w:p w14:paraId="40B84D34" w14:textId="77777777" w:rsidR="00FF2785" w:rsidRPr="00AB46C9" w:rsidRDefault="00FF2785" w:rsidP="00FF2785">
      <w:pPr>
        <w:rPr>
          <w:rFonts w:cs="Arial"/>
          <w:sz w:val="22"/>
          <w:lang w:val="mn-MN"/>
        </w:rPr>
      </w:pPr>
    </w:p>
    <w:p w14:paraId="79769B67" w14:textId="77777777" w:rsidR="00FF2785" w:rsidRPr="00AB46C9" w:rsidRDefault="00FF2785" w:rsidP="00FF2785">
      <w:pPr>
        <w:rPr>
          <w:rFonts w:cs="Arial"/>
          <w:sz w:val="22"/>
          <w:lang w:val="mn-MN"/>
        </w:rPr>
      </w:pPr>
    </w:p>
    <w:p w14:paraId="5634C49D" w14:textId="77777777" w:rsidR="00FF2785" w:rsidRPr="00AB46C9" w:rsidRDefault="00FF2785" w:rsidP="00FF2785">
      <w:pPr>
        <w:rPr>
          <w:rFonts w:cs="Arial"/>
          <w:sz w:val="22"/>
          <w:lang w:val="mn-MN"/>
        </w:rPr>
      </w:pPr>
    </w:p>
    <w:p w14:paraId="4167A12A" w14:textId="77777777" w:rsidR="00FF2785" w:rsidRPr="00AB46C9" w:rsidRDefault="00FF2785" w:rsidP="00FF2785">
      <w:pPr>
        <w:pStyle w:val="Heading3"/>
        <w:rPr>
          <w:rFonts w:ascii="Arial" w:hAnsi="Arial" w:cs="Arial"/>
          <w:sz w:val="22"/>
          <w:lang w:val="mn-MN"/>
        </w:rPr>
      </w:pPr>
      <w:bookmarkStart w:id="4" w:name="X4ac054630266b7864c62d622bd39346a0da92a2"/>
      <w:r w:rsidRPr="00AB46C9">
        <w:rPr>
          <w:rFonts w:ascii="Arial" w:hAnsi="Arial" w:cs="Arial"/>
          <w:sz w:val="22"/>
          <w:lang w:val="mn-MN"/>
        </w:rPr>
        <w:t>НҮБ-ын Ази, Номхон далайн эдийн засаг, нийгмийн комисс (ESCAP)</w:t>
      </w:r>
    </w:p>
    <w:p w14:paraId="3F9E91D6" w14:textId="77777777" w:rsidR="00FF2785" w:rsidRPr="00AB46C9" w:rsidRDefault="00FF2785" w:rsidP="00FF2785">
      <w:pPr>
        <w:pStyle w:val="FirstParagraph"/>
        <w:rPr>
          <w:rFonts w:ascii="Arial" w:hAnsi="Arial" w:cs="Arial"/>
          <w:sz w:val="22"/>
          <w:szCs w:val="22"/>
          <w:lang w:val="mn-MN"/>
        </w:rPr>
      </w:pPr>
      <w:r w:rsidRPr="00AB46C9">
        <w:rPr>
          <w:rFonts w:ascii="Arial" w:hAnsi="Arial" w:cs="Arial"/>
          <w:b/>
          <w:bCs/>
          <w:sz w:val="22"/>
          <w:szCs w:val="22"/>
          <w:lang w:val="mn-MN"/>
        </w:rPr>
        <w:t xml:space="preserve"> </w:t>
      </w:r>
    </w:p>
    <w:p w14:paraId="414DA6D1" w14:textId="77777777" w:rsidR="00FF2785" w:rsidRPr="00AB46C9" w:rsidRDefault="00FF2785" w:rsidP="00FF2785">
      <w:pPr>
        <w:pStyle w:val="BodyText"/>
        <w:rPr>
          <w:rFonts w:cs="Arial"/>
          <w:sz w:val="22"/>
          <w:lang w:val="mn-MN"/>
        </w:rPr>
      </w:pPr>
      <w:r w:rsidRPr="00AB46C9">
        <w:rPr>
          <w:rFonts w:cs="Arial"/>
          <w:b/>
          <w:bCs/>
          <w:sz w:val="22"/>
          <w:lang w:val="mn-MN"/>
        </w:rPr>
        <w:t>Биднийг дагаарай:                                                      Сургалтын материалтай танилцах</w:t>
      </w:r>
    </w:p>
    <w:bookmarkEnd w:id="4"/>
    <w:p w14:paraId="13A28E9A" w14:textId="77777777" w:rsidR="003A053A" w:rsidRPr="00E553C9" w:rsidRDefault="003A053A">
      <w:pPr>
        <w:spacing w:after="100"/>
        <w:rPr>
          <w:rFonts w:cs="Arial"/>
          <w:sz w:val="22"/>
          <w:lang w:val="mn-MN"/>
        </w:rPr>
      </w:pPr>
    </w:p>
    <w:p w14:paraId="27515C12" w14:textId="77777777" w:rsidR="003A053A" w:rsidRPr="00E553C9" w:rsidRDefault="003A053A">
      <w:pPr>
        <w:spacing w:after="100"/>
        <w:rPr>
          <w:rFonts w:cs="Arial"/>
          <w:sz w:val="22"/>
          <w:lang w:val="mn-MN"/>
        </w:rPr>
      </w:pPr>
    </w:p>
    <w:sectPr w:rsidR="003A053A" w:rsidRPr="00E553C9" w:rsidSect="00C00878">
      <w:pgSz w:w="12240" w:h="15840"/>
      <w:pgMar w:top="0" w:right="1152" w:bottom="45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0A991"/>
    <w:multiLevelType w:val="multilevel"/>
    <w:tmpl w:val="3620E50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7" w15:restartNumberingAfterBreak="0">
    <w:nsid w:val="004E54BC"/>
    <w:multiLevelType w:val="multilevel"/>
    <w:tmpl w:val="0180C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0A57685"/>
    <w:multiLevelType w:val="multilevel"/>
    <w:tmpl w:val="32BA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0E32C1D"/>
    <w:multiLevelType w:val="multilevel"/>
    <w:tmpl w:val="17EE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6512C4"/>
    <w:multiLevelType w:val="multilevel"/>
    <w:tmpl w:val="1710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9C2263"/>
    <w:multiLevelType w:val="hybridMultilevel"/>
    <w:tmpl w:val="C9BA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EE7CC6"/>
    <w:multiLevelType w:val="multilevel"/>
    <w:tmpl w:val="1C789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4BD64C8"/>
    <w:multiLevelType w:val="hybridMultilevel"/>
    <w:tmpl w:val="BFEC6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512774"/>
    <w:multiLevelType w:val="multilevel"/>
    <w:tmpl w:val="8786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AF3FD1"/>
    <w:multiLevelType w:val="multilevel"/>
    <w:tmpl w:val="FD7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CF0554"/>
    <w:multiLevelType w:val="multilevel"/>
    <w:tmpl w:val="31305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6005D2D"/>
    <w:multiLevelType w:val="hybridMultilevel"/>
    <w:tmpl w:val="7E18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4064F3"/>
    <w:multiLevelType w:val="multilevel"/>
    <w:tmpl w:val="37DAF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3778D2"/>
    <w:multiLevelType w:val="multilevel"/>
    <w:tmpl w:val="BB28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AC0BC2"/>
    <w:multiLevelType w:val="multilevel"/>
    <w:tmpl w:val="91EEF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7D8215B"/>
    <w:multiLevelType w:val="multilevel"/>
    <w:tmpl w:val="D0C6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33246E"/>
    <w:multiLevelType w:val="multilevel"/>
    <w:tmpl w:val="91E6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BA3D90"/>
    <w:multiLevelType w:val="hybridMultilevel"/>
    <w:tmpl w:val="08BA45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0AFB6885"/>
    <w:multiLevelType w:val="multilevel"/>
    <w:tmpl w:val="FC8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6A13D1"/>
    <w:multiLevelType w:val="multilevel"/>
    <w:tmpl w:val="D52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BD401F7"/>
    <w:multiLevelType w:val="multilevel"/>
    <w:tmpl w:val="2F28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5138C1"/>
    <w:multiLevelType w:val="multilevel"/>
    <w:tmpl w:val="0C207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E6B554F"/>
    <w:multiLevelType w:val="multilevel"/>
    <w:tmpl w:val="FFCE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707711"/>
    <w:multiLevelType w:val="multilevel"/>
    <w:tmpl w:val="1C14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EC56F2"/>
    <w:multiLevelType w:val="multilevel"/>
    <w:tmpl w:val="B6A699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4FB1027"/>
    <w:multiLevelType w:val="multilevel"/>
    <w:tmpl w:val="BA2E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B4406D"/>
    <w:multiLevelType w:val="multilevel"/>
    <w:tmpl w:val="AC141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805399F"/>
    <w:multiLevelType w:val="multilevel"/>
    <w:tmpl w:val="9344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3B30DB"/>
    <w:multiLevelType w:val="multilevel"/>
    <w:tmpl w:val="03B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F71C76"/>
    <w:multiLevelType w:val="multilevel"/>
    <w:tmpl w:val="3A16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9412E3"/>
    <w:multiLevelType w:val="multilevel"/>
    <w:tmpl w:val="6938E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4B0D00"/>
    <w:multiLevelType w:val="multilevel"/>
    <w:tmpl w:val="D48E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8B01EF"/>
    <w:multiLevelType w:val="multilevel"/>
    <w:tmpl w:val="C4FC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381277"/>
    <w:multiLevelType w:val="multilevel"/>
    <w:tmpl w:val="4394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1376D0"/>
    <w:multiLevelType w:val="multilevel"/>
    <w:tmpl w:val="913E5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F00868"/>
    <w:multiLevelType w:val="multilevel"/>
    <w:tmpl w:val="61F4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1E5F7D"/>
    <w:multiLevelType w:val="multilevel"/>
    <w:tmpl w:val="27E03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A4057B"/>
    <w:multiLevelType w:val="multilevel"/>
    <w:tmpl w:val="EE88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52B2A28"/>
    <w:multiLevelType w:val="multilevel"/>
    <w:tmpl w:val="DAF8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6F4651"/>
    <w:multiLevelType w:val="multilevel"/>
    <w:tmpl w:val="85E2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8DF311A"/>
    <w:multiLevelType w:val="multilevel"/>
    <w:tmpl w:val="CB2AA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9BE1512"/>
    <w:multiLevelType w:val="multilevel"/>
    <w:tmpl w:val="3358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D374F0B"/>
    <w:multiLevelType w:val="multilevel"/>
    <w:tmpl w:val="634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4E7ECC"/>
    <w:multiLevelType w:val="multilevel"/>
    <w:tmpl w:val="612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D745C2"/>
    <w:multiLevelType w:val="multilevel"/>
    <w:tmpl w:val="E7928B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8A0718"/>
    <w:multiLevelType w:val="multilevel"/>
    <w:tmpl w:val="BB58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6D95A03"/>
    <w:multiLevelType w:val="multilevel"/>
    <w:tmpl w:val="E022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BE2F35"/>
    <w:multiLevelType w:val="multilevel"/>
    <w:tmpl w:val="82DA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7DB1721"/>
    <w:multiLevelType w:val="multilevel"/>
    <w:tmpl w:val="00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F24E0D"/>
    <w:multiLevelType w:val="multilevel"/>
    <w:tmpl w:val="09508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9786008"/>
    <w:multiLevelType w:val="multilevel"/>
    <w:tmpl w:val="A91A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D67939"/>
    <w:multiLevelType w:val="hybridMultilevel"/>
    <w:tmpl w:val="AF04C14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8" w15:restartNumberingAfterBreak="0">
    <w:nsid w:val="39DD1A8D"/>
    <w:multiLevelType w:val="multilevel"/>
    <w:tmpl w:val="E348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B196A75"/>
    <w:multiLevelType w:val="multilevel"/>
    <w:tmpl w:val="A4D2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3E712F"/>
    <w:multiLevelType w:val="multilevel"/>
    <w:tmpl w:val="E460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B4744DD"/>
    <w:multiLevelType w:val="multilevel"/>
    <w:tmpl w:val="0A90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C281D90"/>
    <w:multiLevelType w:val="multilevel"/>
    <w:tmpl w:val="C8E8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EF522F"/>
    <w:multiLevelType w:val="multilevel"/>
    <w:tmpl w:val="46242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E365870"/>
    <w:multiLevelType w:val="multilevel"/>
    <w:tmpl w:val="F8EE5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613234"/>
    <w:multiLevelType w:val="multilevel"/>
    <w:tmpl w:val="7640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0A34F5"/>
    <w:multiLevelType w:val="multilevel"/>
    <w:tmpl w:val="A0F4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F51262"/>
    <w:multiLevelType w:val="multilevel"/>
    <w:tmpl w:val="BF1E6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9CD109C"/>
    <w:multiLevelType w:val="multilevel"/>
    <w:tmpl w:val="083E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067E18"/>
    <w:multiLevelType w:val="multilevel"/>
    <w:tmpl w:val="498CD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AB41663"/>
    <w:multiLevelType w:val="multilevel"/>
    <w:tmpl w:val="FD9E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B33353C"/>
    <w:multiLevelType w:val="multilevel"/>
    <w:tmpl w:val="2010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B4561B5"/>
    <w:multiLevelType w:val="multilevel"/>
    <w:tmpl w:val="3B20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9D06CB"/>
    <w:multiLevelType w:val="multilevel"/>
    <w:tmpl w:val="93D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BD902DF"/>
    <w:multiLevelType w:val="multilevel"/>
    <w:tmpl w:val="083E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ECC3F15"/>
    <w:multiLevelType w:val="multilevel"/>
    <w:tmpl w:val="9532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FB758E3"/>
    <w:multiLevelType w:val="multilevel"/>
    <w:tmpl w:val="9D2E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0AD4AFC"/>
    <w:multiLevelType w:val="multilevel"/>
    <w:tmpl w:val="B3C4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0D36FEA"/>
    <w:multiLevelType w:val="multilevel"/>
    <w:tmpl w:val="6B64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0DF3AFD"/>
    <w:multiLevelType w:val="multilevel"/>
    <w:tmpl w:val="7F38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22E70FB"/>
    <w:multiLevelType w:val="multilevel"/>
    <w:tmpl w:val="2498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296138F"/>
    <w:multiLevelType w:val="multilevel"/>
    <w:tmpl w:val="0052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3023BFF"/>
    <w:multiLevelType w:val="hybridMultilevel"/>
    <w:tmpl w:val="1DA00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350741E"/>
    <w:multiLevelType w:val="multilevel"/>
    <w:tmpl w:val="F9E8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6F1EDF"/>
    <w:multiLevelType w:val="multilevel"/>
    <w:tmpl w:val="FC365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3B17BCE"/>
    <w:multiLevelType w:val="multilevel"/>
    <w:tmpl w:val="E736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4853484"/>
    <w:multiLevelType w:val="multilevel"/>
    <w:tmpl w:val="F164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4EE0321"/>
    <w:multiLevelType w:val="multilevel"/>
    <w:tmpl w:val="6F1C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53B7F9D"/>
    <w:multiLevelType w:val="multilevel"/>
    <w:tmpl w:val="0270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63F7A96"/>
    <w:multiLevelType w:val="multilevel"/>
    <w:tmpl w:val="1F740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7593E8F"/>
    <w:multiLevelType w:val="multilevel"/>
    <w:tmpl w:val="62B8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97C2FDC"/>
    <w:multiLevelType w:val="multilevel"/>
    <w:tmpl w:val="B1AE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A5833ED"/>
    <w:multiLevelType w:val="multilevel"/>
    <w:tmpl w:val="8144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C586028"/>
    <w:multiLevelType w:val="multilevel"/>
    <w:tmpl w:val="70FE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C90513B"/>
    <w:multiLevelType w:val="multilevel"/>
    <w:tmpl w:val="3674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CD40414"/>
    <w:multiLevelType w:val="multilevel"/>
    <w:tmpl w:val="23CC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E0D6159"/>
    <w:multiLevelType w:val="multilevel"/>
    <w:tmpl w:val="E348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E25794A"/>
    <w:multiLevelType w:val="multilevel"/>
    <w:tmpl w:val="CCFC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762420"/>
    <w:multiLevelType w:val="multilevel"/>
    <w:tmpl w:val="411E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F172FFC"/>
    <w:multiLevelType w:val="multilevel"/>
    <w:tmpl w:val="3E1624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F1743F6"/>
    <w:multiLevelType w:val="multilevel"/>
    <w:tmpl w:val="0B14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07D5A80"/>
    <w:multiLevelType w:val="multilevel"/>
    <w:tmpl w:val="307E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2C1DA1"/>
    <w:multiLevelType w:val="multilevel"/>
    <w:tmpl w:val="CE22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301F8C"/>
    <w:multiLevelType w:val="multilevel"/>
    <w:tmpl w:val="C99AA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48C1E67"/>
    <w:multiLevelType w:val="multilevel"/>
    <w:tmpl w:val="326A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4973B16"/>
    <w:multiLevelType w:val="multilevel"/>
    <w:tmpl w:val="D4F0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5716848"/>
    <w:multiLevelType w:val="multilevel"/>
    <w:tmpl w:val="C00E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77077AE"/>
    <w:multiLevelType w:val="hybridMultilevel"/>
    <w:tmpl w:val="21DE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82941B0"/>
    <w:multiLevelType w:val="multilevel"/>
    <w:tmpl w:val="5F96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8D6226E"/>
    <w:multiLevelType w:val="multilevel"/>
    <w:tmpl w:val="0906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92A2D12"/>
    <w:multiLevelType w:val="multilevel"/>
    <w:tmpl w:val="7472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944369C"/>
    <w:multiLevelType w:val="multilevel"/>
    <w:tmpl w:val="869C9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A8121EA"/>
    <w:multiLevelType w:val="multilevel"/>
    <w:tmpl w:val="6BF8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AE657B3"/>
    <w:multiLevelType w:val="multilevel"/>
    <w:tmpl w:val="75803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B195C46"/>
    <w:multiLevelType w:val="multilevel"/>
    <w:tmpl w:val="57B6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DD54C0E"/>
    <w:multiLevelType w:val="multilevel"/>
    <w:tmpl w:val="E7C6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DDC4EC6"/>
    <w:multiLevelType w:val="multilevel"/>
    <w:tmpl w:val="AF84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6314B9"/>
    <w:multiLevelType w:val="multilevel"/>
    <w:tmpl w:val="494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EA73940"/>
    <w:multiLevelType w:val="multilevel"/>
    <w:tmpl w:val="0C06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056939"/>
    <w:multiLevelType w:val="multilevel"/>
    <w:tmpl w:val="D4D2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FE039AF"/>
    <w:multiLevelType w:val="multilevel"/>
    <w:tmpl w:val="51BE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0542882"/>
    <w:multiLevelType w:val="multilevel"/>
    <w:tmpl w:val="623A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0BF1DF5"/>
    <w:multiLevelType w:val="multilevel"/>
    <w:tmpl w:val="E43E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1866349"/>
    <w:multiLevelType w:val="multilevel"/>
    <w:tmpl w:val="7C84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1C565AC"/>
    <w:multiLevelType w:val="multilevel"/>
    <w:tmpl w:val="A212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2A449CA"/>
    <w:multiLevelType w:val="multilevel"/>
    <w:tmpl w:val="083E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2BB4F6B"/>
    <w:multiLevelType w:val="multilevel"/>
    <w:tmpl w:val="E1948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3C22188"/>
    <w:multiLevelType w:val="multilevel"/>
    <w:tmpl w:val="2EBC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53845F4"/>
    <w:multiLevelType w:val="multilevel"/>
    <w:tmpl w:val="A496A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5481B54"/>
    <w:multiLevelType w:val="multilevel"/>
    <w:tmpl w:val="510A6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88E36BA"/>
    <w:multiLevelType w:val="multilevel"/>
    <w:tmpl w:val="7B32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6B3CFA"/>
    <w:multiLevelType w:val="multilevel"/>
    <w:tmpl w:val="2100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851F26"/>
    <w:multiLevelType w:val="multilevel"/>
    <w:tmpl w:val="32C8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97176D"/>
    <w:multiLevelType w:val="multilevel"/>
    <w:tmpl w:val="D402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A00AE9"/>
    <w:multiLevelType w:val="multilevel"/>
    <w:tmpl w:val="A162D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BBD6505"/>
    <w:multiLevelType w:val="multilevel"/>
    <w:tmpl w:val="87D2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CC96EDF"/>
    <w:multiLevelType w:val="multilevel"/>
    <w:tmpl w:val="4B14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431A6A"/>
    <w:multiLevelType w:val="multilevel"/>
    <w:tmpl w:val="38A4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7E630A"/>
    <w:multiLevelType w:val="multilevel"/>
    <w:tmpl w:val="8036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926211"/>
    <w:multiLevelType w:val="multilevel"/>
    <w:tmpl w:val="D4B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F9B1F29"/>
    <w:multiLevelType w:val="multilevel"/>
    <w:tmpl w:val="56E0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7"/>
  </w:num>
  <w:num w:numId="8">
    <w:abstractNumId w:val="133"/>
  </w:num>
  <w:num w:numId="9">
    <w:abstractNumId w:val="16"/>
  </w:num>
  <w:num w:numId="10">
    <w:abstractNumId w:val="119"/>
  </w:num>
  <w:num w:numId="11">
    <w:abstractNumId w:val="125"/>
  </w:num>
  <w:num w:numId="12">
    <w:abstractNumId w:val="137"/>
  </w:num>
  <w:num w:numId="13">
    <w:abstractNumId w:val="31"/>
  </w:num>
  <w:num w:numId="14">
    <w:abstractNumId w:val="75"/>
  </w:num>
  <w:num w:numId="15">
    <w:abstractNumId w:val="77"/>
  </w:num>
  <w:num w:numId="16">
    <w:abstractNumId w:val="53"/>
  </w:num>
  <w:num w:numId="17">
    <w:abstractNumId w:val="40"/>
  </w:num>
  <w:num w:numId="18">
    <w:abstractNumId w:val="114"/>
  </w:num>
  <w:num w:numId="19">
    <w:abstractNumId w:val="104"/>
  </w:num>
  <w:num w:numId="20">
    <w:abstractNumId w:val="131"/>
  </w:num>
  <w:num w:numId="21">
    <w:abstractNumId w:val="83"/>
  </w:num>
  <w:num w:numId="22">
    <w:abstractNumId w:val="46"/>
  </w:num>
  <w:num w:numId="23">
    <w:abstractNumId w:val="15"/>
  </w:num>
  <w:num w:numId="24">
    <w:abstractNumId w:val="43"/>
  </w:num>
  <w:num w:numId="25">
    <w:abstractNumId w:val="113"/>
  </w:num>
  <w:num w:numId="26">
    <w:abstractNumId w:val="19"/>
  </w:num>
  <w:num w:numId="27">
    <w:abstractNumId w:val="55"/>
  </w:num>
  <w:num w:numId="28">
    <w:abstractNumId w:val="76"/>
  </w:num>
  <w:num w:numId="29">
    <w:abstractNumId w:val="7"/>
  </w:num>
  <w:num w:numId="30">
    <w:abstractNumId w:val="100"/>
  </w:num>
  <w:num w:numId="31">
    <w:abstractNumId w:val="8"/>
  </w:num>
  <w:num w:numId="32">
    <w:abstractNumId w:val="61"/>
  </w:num>
  <w:num w:numId="33">
    <w:abstractNumId w:val="70"/>
  </w:num>
  <w:num w:numId="34">
    <w:abstractNumId w:val="111"/>
  </w:num>
  <w:num w:numId="35">
    <w:abstractNumId w:val="67"/>
  </w:num>
  <w:num w:numId="36">
    <w:abstractNumId w:val="106"/>
  </w:num>
  <w:num w:numId="37">
    <w:abstractNumId w:val="110"/>
  </w:num>
  <w:num w:numId="38">
    <w:abstractNumId w:val="136"/>
  </w:num>
  <w:num w:numId="39">
    <w:abstractNumId w:val="129"/>
  </w:num>
  <w:num w:numId="40">
    <w:abstractNumId w:val="126"/>
  </w:num>
  <w:num w:numId="41">
    <w:abstractNumId w:val="9"/>
  </w:num>
  <w:num w:numId="42">
    <w:abstractNumId w:val="26"/>
  </w:num>
  <w:num w:numId="43">
    <w:abstractNumId w:val="91"/>
  </w:num>
  <w:num w:numId="44">
    <w:abstractNumId w:val="59"/>
  </w:num>
  <w:num w:numId="45">
    <w:abstractNumId w:val="56"/>
  </w:num>
  <w:num w:numId="46">
    <w:abstractNumId w:val="92"/>
  </w:num>
  <w:num w:numId="47">
    <w:abstractNumId w:val="101"/>
  </w:num>
  <w:num w:numId="48">
    <w:abstractNumId w:val="103"/>
  </w:num>
  <w:num w:numId="49">
    <w:abstractNumId w:val="86"/>
  </w:num>
  <w:num w:numId="50">
    <w:abstractNumId w:val="30"/>
  </w:num>
  <w:num w:numId="51">
    <w:abstractNumId w:val="98"/>
  </w:num>
  <w:num w:numId="52">
    <w:abstractNumId w:val="99"/>
  </w:num>
  <w:num w:numId="53">
    <w:abstractNumId w:val="44"/>
  </w:num>
  <w:num w:numId="54">
    <w:abstractNumId w:val="49"/>
  </w:num>
  <w:num w:numId="55">
    <w:abstractNumId w:val="45"/>
  </w:num>
  <w:num w:numId="56">
    <w:abstractNumId w:val="117"/>
  </w:num>
  <w:num w:numId="57">
    <w:abstractNumId w:val="97"/>
  </w:num>
  <w:num w:numId="58">
    <w:abstractNumId w:val="115"/>
  </w:num>
  <w:num w:numId="59">
    <w:abstractNumId w:val="116"/>
  </w:num>
  <w:num w:numId="60">
    <w:abstractNumId w:val="74"/>
  </w:num>
  <w:num w:numId="61">
    <w:abstractNumId w:val="68"/>
  </w:num>
  <w:num w:numId="62">
    <w:abstractNumId w:val="33"/>
  </w:num>
  <w:num w:numId="63">
    <w:abstractNumId w:val="27"/>
  </w:num>
  <w:num w:numId="64">
    <w:abstractNumId w:val="12"/>
  </w:num>
  <w:num w:numId="65">
    <w:abstractNumId w:val="24"/>
  </w:num>
  <w:num w:numId="66">
    <w:abstractNumId w:val="128"/>
  </w:num>
  <w:num w:numId="67">
    <w:abstractNumId w:val="140"/>
  </w:num>
  <w:num w:numId="68">
    <w:abstractNumId w:val="65"/>
  </w:num>
  <w:num w:numId="69">
    <w:abstractNumId w:val="120"/>
  </w:num>
  <w:num w:numId="70">
    <w:abstractNumId w:val="121"/>
  </w:num>
  <w:num w:numId="71">
    <w:abstractNumId w:val="29"/>
  </w:num>
  <w:num w:numId="72">
    <w:abstractNumId w:val="20"/>
  </w:num>
  <w:num w:numId="73">
    <w:abstractNumId w:val="41"/>
  </w:num>
  <w:num w:numId="74">
    <w:abstractNumId w:val="80"/>
  </w:num>
  <w:num w:numId="75">
    <w:abstractNumId w:val="134"/>
  </w:num>
  <w:num w:numId="76">
    <w:abstractNumId w:val="48"/>
  </w:num>
  <w:num w:numId="77">
    <w:abstractNumId w:val="69"/>
  </w:num>
  <w:num w:numId="78">
    <w:abstractNumId w:val="105"/>
  </w:num>
  <w:num w:numId="79">
    <w:abstractNumId w:val="64"/>
  </w:num>
  <w:num w:numId="80">
    <w:abstractNumId w:val="38"/>
  </w:num>
  <w:num w:numId="81">
    <w:abstractNumId w:val="102"/>
  </w:num>
  <w:num w:numId="82">
    <w:abstractNumId w:val="51"/>
  </w:num>
  <w:num w:numId="83">
    <w:abstractNumId w:val="39"/>
  </w:num>
  <w:num w:numId="84">
    <w:abstractNumId w:val="63"/>
  </w:num>
  <w:num w:numId="85">
    <w:abstractNumId w:val="112"/>
  </w:num>
  <w:num w:numId="86">
    <w:abstractNumId w:val="50"/>
  </w:num>
  <w:num w:numId="87">
    <w:abstractNumId w:val="122"/>
  </w:num>
  <w:num w:numId="88">
    <w:abstractNumId w:val="95"/>
  </w:num>
  <w:num w:numId="89">
    <w:abstractNumId w:val="60"/>
  </w:num>
  <w:num w:numId="90">
    <w:abstractNumId w:val="22"/>
  </w:num>
  <w:num w:numId="91">
    <w:abstractNumId w:val="123"/>
  </w:num>
  <w:num w:numId="92">
    <w:abstractNumId w:val="36"/>
  </w:num>
  <w:num w:numId="93">
    <w:abstractNumId w:val="138"/>
  </w:num>
  <w:num w:numId="94">
    <w:abstractNumId w:val="14"/>
  </w:num>
  <w:num w:numId="95">
    <w:abstractNumId w:val="62"/>
  </w:num>
  <w:num w:numId="96">
    <w:abstractNumId w:val="37"/>
  </w:num>
  <w:num w:numId="97">
    <w:abstractNumId w:val="124"/>
  </w:num>
  <w:num w:numId="98">
    <w:abstractNumId w:val="109"/>
  </w:num>
  <w:num w:numId="99">
    <w:abstractNumId w:val="28"/>
  </w:num>
  <w:num w:numId="100">
    <w:abstractNumId w:val="87"/>
  </w:num>
  <w:num w:numId="101">
    <w:abstractNumId w:val="135"/>
  </w:num>
  <w:num w:numId="102">
    <w:abstractNumId w:val="54"/>
  </w:num>
  <w:num w:numId="103">
    <w:abstractNumId w:val="66"/>
  </w:num>
  <w:num w:numId="104">
    <w:abstractNumId w:val="52"/>
  </w:num>
  <w:num w:numId="105">
    <w:abstractNumId w:val="118"/>
  </w:num>
  <w:num w:numId="106">
    <w:abstractNumId w:val="90"/>
  </w:num>
  <w:num w:numId="107">
    <w:abstractNumId w:val="88"/>
  </w:num>
  <w:num w:numId="108">
    <w:abstractNumId w:val="85"/>
  </w:num>
  <w:num w:numId="109">
    <w:abstractNumId w:val="79"/>
  </w:num>
  <w:num w:numId="110">
    <w:abstractNumId w:val="93"/>
  </w:num>
  <w:num w:numId="111">
    <w:abstractNumId w:val="81"/>
  </w:num>
  <w:num w:numId="112">
    <w:abstractNumId w:val="11"/>
  </w:num>
  <w:num w:numId="113">
    <w:abstractNumId w:val="96"/>
  </w:num>
  <w:num w:numId="114">
    <w:abstractNumId w:val="72"/>
  </w:num>
  <w:num w:numId="115">
    <w:abstractNumId w:val="139"/>
  </w:num>
  <w:num w:numId="116">
    <w:abstractNumId w:val="35"/>
  </w:num>
  <w:num w:numId="117">
    <w:abstractNumId w:val="18"/>
  </w:num>
  <w:num w:numId="118">
    <w:abstractNumId w:val="78"/>
  </w:num>
  <w:num w:numId="119">
    <w:abstractNumId w:val="42"/>
  </w:num>
  <w:num w:numId="120">
    <w:abstractNumId w:val="127"/>
  </w:num>
  <w:num w:numId="121">
    <w:abstractNumId w:val="89"/>
  </w:num>
  <w:num w:numId="122">
    <w:abstractNumId w:val="25"/>
  </w:num>
  <w:num w:numId="123">
    <w:abstractNumId w:val="132"/>
  </w:num>
  <w:num w:numId="124">
    <w:abstractNumId w:val="84"/>
  </w:num>
  <w:num w:numId="125">
    <w:abstractNumId w:val="34"/>
  </w:num>
  <w:num w:numId="126">
    <w:abstractNumId w:val="10"/>
  </w:num>
  <w:num w:numId="127">
    <w:abstractNumId w:val="32"/>
  </w:num>
  <w:num w:numId="128">
    <w:abstractNumId w:val="130"/>
  </w:num>
  <w:num w:numId="129">
    <w:abstractNumId w:val="73"/>
  </w:num>
  <w:num w:numId="130">
    <w:abstractNumId w:val="108"/>
  </w:num>
  <w:num w:numId="131">
    <w:abstractNumId w:val="21"/>
  </w:num>
  <w:num w:numId="132">
    <w:abstractNumId w:val="47"/>
  </w:num>
  <w:num w:numId="133">
    <w:abstractNumId w:val="71"/>
  </w:num>
  <w:num w:numId="134">
    <w:abstractNumId w:val="94"/>
  </w:num>
  <w:num w:numId="135">
    <w:abstractNumId w:val="58"/>
  </w:num>
  <w:num w:numId="136">
    <w:abstractNumId w:val="57"/>
  </w:num>
  <w:num w:numId="137">
    <w:abstractNumId w:val="23"/>
  </w:num>
  <w:num w:numId="138">
    <w:abstractNumId w:val="13"/>
  </w:num>
  <w:num w:numId="139">
    <w:abstractNumId w:val="82"/>
  </w:num>
  <w:num w:numId="140">
    <w:abstractNumId w:val="17"/>
  </w:num>
  <w:num w:numId="141">
    <w:abstractNumId w:val="6"/>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19B"/>
    <w:rsid w:val="000B7D44"/>
    <w:rsid w:val="00104523"/>
    <w:rsid w:val="0013350D"/>
    <w:rsid w:val="0015074B"/>
    <w:rsid w:val="001A6D64"/>
    <w:rsid w:val="001C446E"/>
    <w:rsid w:val="00204F2E"/>
    <w:rsid w:val="00234CC8"/>
    <w:rsid w:val="00244A98"/>
    <w:rsid w:val="002769BF"/>
    <w:rsid w:val="00276A9C"/>
    <w:rsid w:val="0029019A"/>
    <w:rsid w:val="0029639D"/>
    <w:rsid w:val="002A4F26"/>
    <w:rsid w:val="002B79F2"/>
    <w:rsid w:val="00307410"/>
    <w:rsid w:val="00326F90"/>
    <w:rsid w:val="003332C2"/>
    <w:rsid w:val="00364F9D"/>
    <w:rsid w:val="00366999"/>
    <w:rsid w:val="0039465A"/>
    <w:rsid w:val="003A053A"/>
    <w:rsid w:val="003A669D"/>
    <w:rsid w:val="003B48FD"/>
    <w:rsid w:val="003C75D3"/>
    <w:rsid w:val="0041204A"/>
    <w:rsid w:val="00424B4D"/>
    <w:rsid w:val="0046408A"/>
    <w:rsid w:val="00492797"/>
    <w:rsid w:val="004F1F8B"/>
    <w:rsid w:val="004F5567"/>
    <w:rsid w:val="005028FE"/>
    <w:rsid w:val="00516E2C"/>
    <w:rsid w:val="00551403"/>
    <w:rsid w:val="00581A7E"/>
    <w:rsid w:val="005D7817"/>
    <w:rsid w:val="00626138"/>
    <w:rsid w:val="00687160"/>
    <w:rsid w:val="006B5C0E"/>
    <w:rsid w:val="006C431A"/>
    <w:rsid w:val="006F2E8F"/>
    <w:rsid w:val="00703D1A"/>
    <w:rsid w:val="00712FBC"/>
    <w:rsid w:val="007A5A08"/>
    <w:rsid w:val="007B07A0"/>
    <w:rsid w:val="007B31B2"/>
    <w:rsid w:val="007E47AE"/>
    <w:rsid w:val="007E6591"/>
    <w:rsid w:val="008263D6"/>
    <w:rsid w:val="008309BD"/>
    <w:rsid w:val="00867D0B"/>
    <w:rsid w:val="00876F1C"/>
    <w:rsid w:val="008A1E62"/>
    <w:rsid w:val="008B180F"/>
    <w:rsid w:val="008B1970"/>
    <w:rsid w:val="008B66D9"/>
    <w:rsid w:val="009074BC"/>
    <w:rsid w:val="00946E90"/>
    <w:rsid w:val="00991931"/>
    <w:rsid w:val="009B158C"/>
    <w:rsid w:val="009B1C1E"/>
    <w:rsid w:val="009B77AE"/>
    <w:rsid w:val="009C4560"/>
    <w:rsid w:val="009D1DC2"/>
    <w:rsid w:val="00A03AB4"/>
    <w:rsid w:val="00A17DCB"/>
    <w:rsid w:val="00A4255C"/>
    <w:rsid w:val="00A42D80"/>
    <w:rsid w:val="00A506B4"/>
    <w:rsid w:val="00A56660"/>
    <w:rsid w:val="00AA1D8D"/>
    <w:rsid w:val="00AB0D50"/>
    <w:rsid w:val="00AB46C9"/>
    <w:rsid w:val="00AC27D5"/>
    <w:rsid w:val="00AD1AF5"/>
    <w:rsid w:val="00AF0109"/>
    <w:rsid w:val="00B47730"/>
    <w:rsid w:val="00BA453F"/>
    <w:rsid w:val="00BE7FCD"/>
    <w:rsid w:val="00BF7C0D"/>
    <w:rsid w:val="00C00878"/>
    <w:rsid w:val="00C3109F"/>
    <w:rsid w:val="00C40598"/>
    <w:rsid w:val="00C4717D"/>
    <w:rsid w:val="00C70A94"/>
    <w:rsid w:val="00C87BA2"/>
    <w:rsid w:val="00CA6300"/>
    <w:rsid w:val="00CB0664"/>
    <w:rsid w:val="00D24D5C"/>
    <w:rsid w:val="00D47DBA"/>
    <w:rsid w:val="00D721E2"/>
    <w:rsid w:val="00DE0350"/>
    <w:rsid w:val="00E06673"/>
    <w:rsid w:val="00E553C9"/>
    <w:rsid w:val="00EA319A"/>
    <w:rsid w:val="00EB39CC"/>
    <w:rsid w:val="00EB51EE"/>
    <w:rsid w:val="00ED506F"/>
    <w:rsid w:val="00EE3075"/>
    <w:rsid w:val="00EE68AD"/>
    <w:rsid w:val="00F01613"/>
    <w:rsid w:val="00F12C81"/>
    <w:rsid w:val="00F30EA3"/>
    <w:rsid w:val="00F76FCD"/>
    <w:rsid w:val="00FC693F"/>
    <w:rsid w:val="00FD641A"/>
    <w:rsid w:val="00FF2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DDDBDD"/>
  <w14:defaultImageDpi w14:val="300"/>
  <w15:docId w15:val="{63DAC820-6762-41BE-8D45-E5BD4D6E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AB4"/>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8309B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309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EE68AD"/>
    <w:pPr>
      <w:spacing w:before="180" w:after="180" w:line="240" w:lineRule="auto"/>
    </w:pPr>
    <w:rPr>
      <w:rFonts w:asciiTheme="minorHAnsi" w:hAnsiTheme="minorHAnsi"/>
      <w:sz w:val="24"/>
      <w:szCs w:val="24"/>
      <w:lang w:eastAsia="zh-CN"/>
    </w:rPr>
  </w:style>
  <w:style w:type="paragraph" w:customStyle="1" w:styleId="Compact">
    <w:name w:val="Compact"/>
    <w:basedOn w:val="BodyText"/>
    <w:qFormat/>
    <w:rsid w:val="00FF2785"/>
    <w:pPr>
      <w:spacing w:before="36" w:after="36" w:line="240" w:lineRule="auto"/>
    </w:pPr>
    <w:rPr>
      <w:rFonts w:asciiTheme="minorHAnsi" w:hAnsiTheme="minorHAnsi"/>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hat.opena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73</Pages>
  <Words>12753</Words>
  <Characters>72698</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5</cp:revision>
  <dcterms:created xsi:type="dcterms:W3CDTF">2026-09-10T10:31:00Z</dcterms:created>
  <dcterms:modified xsi:type="dcterms:W3CDTF">2026-10-09T07:31:00Z</dcterms:modified>
  <cp:category/>
</cp:coreProperties>
</file>